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1463040" cy="1223467"/>
            <wp:docPr id="1" name="Picture 1"/>
            <wp:cNvGraphicFramePr>
              <a:graphicFrameLocks noChangeAspect="1"/>
            </wp:cNvGraphicFramePr>
            <a:graphic>
              <a:graphicData uri="http://schemas.openxmlformats.org/drawingml/2006/picture">
                <pic:pic>
                  <pic:nvPicPr>
                    <pic:cNvPr id="0" name="speiro-logo.jpeg"/>
                    <pic:cNvPicPr/>
                  </pic:nvPicPr>
                  <pic:blipFill>
                    <a:blip r:embed="rId9"/>
                    <a:stretch>
                      <a:fillRect/>
                    </a:stretch>
                  </pic:blipFill>
                  <pic:spPr>
                    <a:xfrm>
                      <a:off x="0" y="0"/>
                      <a:ext cx="1463040" cy="1223467"/>
                    </a:xfrm>
                    <a:prstGeom prst="rect"/>
                  </pic:spPr>
                </pic:pic>
              </a:graphicData>
            </a:graphic>
          </wp:inline>
        </w:drawing>
      </w:r>
    </w:p>
    <w:p>
      <w:pPr>
        <w:jc w:val="center"/>
      </w:pPr>
      <w:r>
        <w:rPr>
          <w:b/>
          <w:color w:val="16A34A"/>
          <w:sz w:val="28"/>
        </w:rPr>
        <w:t>Speiro Church Management System</w:t>
      </w:r>
    </w:p>
    <w:p/>
    <w:p>
      <w:pPr>
        <w:pStyle w:val="Heading1"/>
      </w:pPr>
      <w:r>
        <w:t>Speiro CMS — Administrator Guide</w:t>
      </w:r>
    </w:p>
    <w:p>
      <w:r/>
      <w:r>
        <w:rPr>
          <w:b/>
        </w:rPr>
        <w:t>Version 4.5.3 (Build 32)</w:t>
      </w:r>
      <w:r>
        <w:t xml:space="preserve"> | Last Updated: September 2026</w:t>
      </w:r>
    </w:p>
    <w:p/>
    <w:p>
      <w:pPr>
        <w:pStyle w:val="Heading2"/>
      </w:pPr>
      <w:r>
        <w:t>Getting Started</w:t>
      </w:r>
    </w:p>
    <w:p>
      <w:pPr>
        <w:pStyle w:val="Heading3"/>
      </w:pPr>
      <w:r>
        <w:t>Joining Your Church</w:t>
      </w:r>
    </w:p>
    <w:p>
      <w:pPr>
        <w:pStyle w:val="ListNumber"/>
      </w:pPr>
      <w:r>
        <w:t>Open the Speiro CMS app</w:t>
      </w:r>
    </w:p>
    <w:p>
      <w:pPr>
        <w:pStyle w:val="ListNumber"/>
      </w:pPr>
      <w:r>
        <w:t>Enter your church code (provided by Speiro support during onboarding)</w:t>
      </w:r>
    </w:p>
    <w:p>
      <w:pPr>
        <w:pStyle w:val="ListNumber"/>
      </w:pPr>
      <w:r>
        <w:t>Tap Join Church</w:t>
      </w:r>
    </w:p>
    <w:p>
      <w:pPr>
        <w:pStyle w:val="ListNumber"/>
      </w:pPr>
      <w:r>
        <w:t>Register a new account with your details</w:t>
      </w:r>
    </w:p>
    <w:p>
      <w:pPr>
        <w:pStyle w:val="Heading3"/>
      </w:pPr>
      <w:r>
        <w:t>Activating Admin Permissions</w:t>
      </w:r>
    </w:p>
    <w:p>
      <w:r>
        <w:t>After creating your account, you need to request admin access:</w:t>
      </w:r>
    </w:p>
    <w:p>
      <w:pPr>
        <w:pStyle w:val="ListNumber"/>
      </w:pPr>
      <w:r>
        <w:t>Send an email to support@speiro.africa from your official church email address</w:t>
      </w:r>
    </w:p>
    <w:p>
      <w:pPr>
        <w:pStyle w:val="ListNumber"/>
      </w:pPr>
      <w:r>
        <w:t>In the email, specify which account (email address) should be designated as the administrator</w:t>
      </w:r>
    </w:p>
    <w:p>
      <w:pPr>
        <w:pStyle w:val="ListNumber"/>
      </w:pPr>
      <w:r>
        <w:t>Speiro support will verify the request and enable Admin permissions for that account</w:t>
      </w:r>
    </w:p>
    <w:p>
      <w:pPr>
        <w:pStyle w:val="ListNumber"/>
      </w:pPr>
      <w:r>
        <w:t>Once activated, log out and log back in — your navigation will update to show the full admin interface</w:t>
      </w:r>
    </w:p>
    <w:p>
      <w:r/>
      <w:r>
        <w:rPr>
          <w:b/>
        </w:rPr>
        <w:t>Important:</w:t>
      </w:r>
      <w:r>
        <w:t xml:space="preserve"> The request must come from a recognised church email address for security purposes. Personal email requests (Gmail, Yahoo, etc.) will require additional verification.</w:t>
      </w:r>
    </w:p>
    <w:p>
      <w:pPr>
        <w:pStyle w:val="Heading3"/>
      </w:pPr>
      <w:r>
        <w:t>Your Dashboard</w:t>
      </w:r>
    </w:p>
    <w:p>
      <w:r>
        <w:t>As an administrator, you have full access to all enabled features. Your bottom navigation shows:</w:t>
      </w:r>
    </w:p>
    <w:p>
      <w:pPr>
        <w:pStyle w:val="ListBullet"/>
      </w:pPr>
      <w:r>
        <w:t>Dashboard — Church statistics, KPIs, and overview</w:t>
      </w:r>
    </w:p>
    <w:p>
      <w:pPr>
        <w:pStyle w:val="ListBullet"/>
      </w:pPr>
      <w:r>
        <w:t>Members — Full member directory</w:t>
      </w:r>
    </w:p>
    <w:p>
      <w:pPr>
        <w:pStyle w:val="ListBullet"/>
      </w:pPr>
      <w:r>
        <w:t>Give — Giving/donation management and reports</w:t>
      </w:r>
    </w:p>
    <w:p>
      <w:pPr>
        <w:pStyle w:val="ListBullet"/>
      </w:pPr>
      <w:r>
        <w:t>Check-In — Attendance tracking</w:t>
      </w:r>
    </w:p>
    <w:p>
      <w:pPr>
        <w:pStyle w:val="ListBullet"/>
      </w:pPr>
      <w:r>
        <w:t>More — All additional features and settings</w:t>
      </w:r>
    </w:p>
    <w:p/>
    <w:p>
      <w:pPr>
        <w:pStyle w:val="Heading2"/>
      </w:pPr>
      <w:r>
        <w:t>Church Branding</w:t>
      </w:r>
    </w:p>
    <w:p>
      <w:r>
        <w:t>*More → Church Branding*</w:t>
      </w:r>
    </w:p>
    <w:p>
      <w:r>
        <w:t>Customise how your church appears in the app. Your branding shows on the login screen for your members.</w:t>
      </w:r>
    </w:p>
    <w:p>
      <w:pPr>
        <w:pStyle w:val="Heading3"/>
      </w:pPr>
      <w:r>
        <w:t>Setting up branding</w:t>
      </w:r>
    </w:p>
    <w:p>
      <w:pPr>
        <w:pStyle w:val="ListNumber"/>
      </w:pPr>
      <w:r>
        <w:t>Tap Upload Logo and select your church logo image</w:t>
      </w:r>
    </w:p>
    <w:p>
      <w:pPr>
        <w:pStyle w:val="ListNumber"/>
      </w:pPr>
      <w:r>
        <w:t>Enter your church name</w:t>
      </w:r>
    </w:p>
    <w:p>
      <w:pPr>
        <w:pStyle w:val="ListNumber"/>
      </w:pPr>
      <w:r>
        <w:t>Optionally add a slogan or tagline</w:t>
      </w:r>
    </w:p>
    <w:p>
      <w:pPr>
        <w:pStyle w:val="ListNumber"/>
      </w:pPr>
      <w:r>
        <w:t>Tap Save Branding</w:t>
      </w:r>
    </w:p>
    <w:p>
      <w:pPr>
        <w:pStyle w:val="Heading3"/>
      </w:pPr>
      <w:r>
        <w:t>Requirements</w:t>
      </w:r>
    </w:p>
    <w:p>
      <w:pPr>
        <w:pStyle w:val="ListBullet"/>
      </w:pPr>
      <w:r>
        <w:t>Logo: PNG or JPG, recommended 512×512px minimum</w:t>
      </w:r>
    </w:p>
    <w:p>
      <w:pPr>
        <w:pStyle w:val="ListBullet"/>
      </w:pPr>
      <w:r>
        <w:t>Church name: Appears below the logo on the login screen</w:t>
      </w:r>
    </w:p>
    <w:p>
      <w:pPr>
        <w:pStyle w:val="ListBullet"/>
      </w:pPr>
      <w:r>
        <w:t>Slogan: Optional, appears below the church name</w:t>
      </w:r>
    </w:p>
    <w:p>
      <w:pPr>
        <w:pStyle w:val="Heading3"/>
      </w:pPr>
      <w:r>
        <w:t>Custom Labels (web admin → Settings)</w:t>
      </w:r>
    </w:p>
    <w:p>
      <w:r>
        <w:t>In the web admin (Settings), you can rename two things to match your church's language. Both appear in the app wherever those items are referenced.</w:t>
      </w:r>
    </w:p>
    <w:p>
      <w:pPr>
        <w:pStyle w:val="ListBullet"/>
      </w:pPr>
      <w:r>
        <w:t>Small Group Label — what you call small groups (e.g. Cell Groups, Connect Groups, Sectors). Default: "Cell Groups".</w:t>
      </w:r>
    </w:p>
    <w:p>
      <w:pPr>
        <w:pStyle w:val="ListBullet"/>
      </w:pPr>
      <w:r>
        <w:t>Visitor Label — what you call visitors (e.g. Guests, Newcomers, Seekers, Friends, Attenders, First-Timers). Default: "Visitors".</w:t>
      </w:r>
    </w:p>
    <w:p>
      <w:r>
        <w:t xml:space="preserve">Leave a field blank to fall back to its default. Tap </w:t>
      </w:r>
      <w:r>
        <w:rPr>
          <w:b/>
        </w:rPr>
        <w:t>Save</w:t>
      </w:r>
      <w:r>
        <w:t xml:space="preserve"> to apply.</w:t>
      </w:r>
    </w:p>
    <w:p>
      <w:pPr>
        <w:pStyle w:val="Heading3"/>
      </w:pPr>
      <w:r>
        <w:t>Vision &amp; Mission (web admin → Settings)</w:t>
      </w:r>
    </w:p>
    <w:p>
      <w:r>
        <w:t xml:space="preserve">Set your church's </w:t>
      </w:r>
      <w:r>
        <w:rPr>
          <w:b/>
        </w:rPr>
        <w:t>Vision</w:t>
      </w:r>
      <w:r>
        <w:t xml:space="preserve"> and </w:t>
      </w:r>
      <w:r>
        <w:rPr>
          <w:b/>
        </w:rPr>
        <w:t>Mission</w:t>
      </w:r>
      <w:r>
        <w:t xml:space="preserve"> statements in the web admin Settings page. These appear as a header card at the top of the </w:t>
      </w:r>
      <w:r>
        <w:rPr>
          <w:b/>
        </w:rPr>
        <w:t>Meet Your Leaders</w:t>
      </w:r>
      <w:r>
        <w:t xml:space="preserve"> screen in the app.</w:t>
      </w:r>
    </w:p>
    <w:p>
      <w:pPr>
        <w:pStyle w:val="ListBullet"/>
      </w:pPr>
      <w:r>
        <w:t>Vision — where your church is going (aspirational)</w:t>
      </w:r>
    </w:p>
    <w:p>
      <w:pPr>
        <w:pStyle w:val="ListBullet"/>
      </w:pPr>
      <w:r>
        <w:t>Mission — what your church does (purpose)</w:t>
      </w:r>
    </w:p>
    <w:p>
      <w:r>
        <w:t xml:space="preserve">Keep each short and memorable. Tap </w:t>
      </w:r>
      <w:r>
        <w:rPr>
          <w:b/>
        </w:rPr>
        <w:t>Save</w:t>
      </w:r>
      <w:r>
        <w:t xml:space="preserve"> to apply — the change appears in the app immediately.</w:t>
      </w:r>
    </w:p>
    <w:p/>
    <w:p>
      <w:pPr>
        <w:pStyle w:val="Heading2"/>
      </w:pPr>
      <w:r>
        <w:t>Manage Leaders (Web Admin)</w:t>
      </w:r>
    </w:p>
    <w:p>
      <w:r>
        <w:t>*Web admin → Leaders*</w:t>
      </w:r>
    </w:p>
    <w:p>
      <w:r>
        <w:t xml:space="preserve">The web admin now has a full </w:t>
      </w:r>
      <w:r>
        <w:rPr>
          <w:b/>
        </w:rPr>
        <w:t>Manage Leaders</w:t>
      </w:r>
      <w:r>
        <w:t xml:space="preserve"> page, matching what leaders can do in the mobile app. Leaders are shown to members as a tiered </w:t>
      </w:r>
      <w:r>
        <w:rPr>
          <w:b/>
        </w:rPr>
        <w:t>organogram</w:t>
      </w:r>
      <w:r>
        <w:t>.</w:t>
      </w:r>
    </w:p>
    <w:p>
      <w:pPr>
        <w:pStyle w:val="Heading3"/>
      </w:pPr>
      <w:r>
        <w:t>Adding and editing leaders</w:t>
      </w:r>
    </w:p>
    <w:p>
      <w:pPr>
        <w:pStyle w:val="ListNumber"/>
      </w:pPr>
      <w:r>
        <w:t>Open the Leaders page (Content section of the web admin menu)</w:t>
      </w:r>
    </w:p>
    <w:p>
      <w:pPr>
        <w:pStyle w:val="ListNumber"/>
      </w:pPr>
      <w:r>
        <w:t>Tap + Add Leader</w:t>
      </w:r>
    </w:p>
    <w:p>
      <w:pPr>
        <w:pStyle w:val="ListNumber"/>
      </w:pPr>
      <w:r>
        <w:t>Enter Name, Title/Role, optional contact email, and a short bio</w:t>
      </w:r>
    </w:p>
    <w:p>
      <w:pPr>
        <w:pStyle w:val="ListNumber"/>
      </w:pPr>
      <w:r>
        <w:t>Set the Display order (tier) — `0` is the top row, `1` the next, and so on. Leaders sharing a tier appear side by side.</w:t>
      </w:r>
    </w:p>
    <w:p>
      <w:pPr>
        <w:pStyle w:val="ListNumber"/>
      </w:pPr>
      <w:r>
        <w:t>Tap Save</w:t>
      </w:r>
    </w:p>
    <w:p>
      <w:pPr>
        <w:pStyle w:val="Heading3"/>
      </w:pPr>
      <w:r>
        <w:t>Photos and removal</w:t>
      </w:r>
    </w:p>
    <w:p>
      <w:pPr>
        <w:pStyle w:val="ListBullet"/>
      </w:pPr>
      <w:r>
        <w:t>Tap Photo on a leader card to upload a headshot</w:t>
      </w:r>
    </w:p>
    <w:p>
      <w:pPr>
        <w:pStyle w:val="ListBullet"/>
      </w:pPr>
      <w:r>
        <w:t>Tap Edit to change details, or Delete to remove a leader</w:t>
      </w:r>
    </w:p>
    <w:p>
      <w:r>
        <w:t>&gt; Phone numbers are intentionally not part of the leader profile shown to members — contact is via email or through the church office.</w:t>
      </w:r>
    </w:p>
    <w:p/>
    <w:p>
      <w:pPr>
        <w:pStyle w:val="Heading2"/>
      </w:pPr>
      <w:r>
        <w:t>Prayer Requests</w:t>
      </w:r>
    </w:p>
    <w:p>
      <w:r>
        <w:t>*Web admin → Prayer*</w:t>
      </w:r>
    </w:p>
    <w:p>
      <w:r>
        <w:t xml:space="preserve">Prayer requests are </w:t>
      </w:r>
      <w:r>
        <w:rPr>
          <w:b/>
        </w:rPr>
        <w:t>leaders-first</w:t>
      </w:r>
      <w:r>
        <w:t xml:space="preserve">: when a member submits a request it goes privately to church leaders and pastors, not the whole congregation. Leaders and pastors (and Admins) can choose to publish a prayer to the </w:t>
      </w:r>
      <w:r>
        <w:rPr>
          <w:b/>
        </w:rPr>
        <w:t>whole church</w:t>
      </w:r>
      <w:r>
        <w:t xml:space="preserve"> using the </w:t>
      </w:r>
      <w:r>
        <w:rPr>
          <w:b/>
        </w:rPr>
        <w:t>Send to</w:t>
      </w:r>
      <w:r>
        <w:t xml:space="preserve"> dropdown when creating one.</w:t>
      </w:r>
    </w:p>
    <w:p>
      <w:pPr>
        <w:pStyle w:val="Heading3"/>
      </w:pPr>
      <w:r>
        <w:t>Creating a prayer request</w:t>
      </w:r>
    </w:p>
    <w:p>
      <w:pPr>
        <w:pStyle w:val="ListNumber"/>
      </w:pPr>
      <w:r>
        <w:t>Open the Prayer page → + Add Prayer</w:t>
      </w:r>
    </w:p>
    <w:p>
      <w:pPr>
        <w:pStyle w:val="ListNumber"/>
      </w:pPr>
      <w:r>
        <w:t>Enter the title and details</w:t>
      </w:r>
    </w:p>
    <w:p>
      <w:pPr>
        <w:pStyle w:val="ListNumber"/>
      </w:pPr>
      <w:r>
        <w:t>Choose Send to: *Leaders only (private)* or *Whole church (public)*</w:t>
      </w:r>
    </w:p>
    <w:p>
      <w:pPr>
        <w:pStyle w:val="ListNumber"/>
      </w:pPr>
      <w:r>
        <w:t>Tap Submit</w:t>
      </w:r>
    </w:p>
    <w:p>
      <w:pPr>
        <w:pStyle w:val="Heading3"/>
      </w:pPr>
      <w:r>
        <w:t>Deleting a prayer request</w:t>
      </w:r>
    </w:p>
    <w:p>
      <w:r>
        <w:t xml:space="preserve">As an admin you can </w:t>
      </w:r>
      <w:r>
        <w:rPr>
          <w:b/>
        </w:rPr>
        <w:t>delete any prayer request</w:t>
      </w:r>
      <w:r>
        <w:t xml:space="preserve"> — to remove a duplicate, spam, or a request that shouldn't be visible.</w:t>
      </w:r>
    </w:p>
    <w:p>
      <w:pPr>
        <w:pStyle w:val="ListNumber"/>
      </w:pPr>
      <w:r>
        <w:t>Find the request on the Prayer page</w:t>
      </w:r>
    </w:p>
    <w:p>
      <w:pPr>
        <w:pStyle w:val="ListNumber"/>
      </w:pPr>
      <w:r>
        <w:t>Tap Delete and confirm</w:t>
      </w:r>
    </w:p>
    <w:p>
      <w:r>
        <w:t>Deletion is permanent and cannot be undone. Members can still delete their own requests from the mobile app.</w:t>
      </w:r>
    </w:p>
    <w:p/>
    <w:p>
      <w:pPr>
        <w:pStyle w:val="Heading2"/>
      </w:pPr>
      <w:r>
        <w:t>Announcements — Members vs Seekers</w:t>
      </w:r>
    </w:p>
    <w:p>
      <w:r>
        <w:t>*Web admin → Announcements*</w:t>
      </w:r>
    </w:p>
    <w:p>
      <w:r>
        <w:t xml:space="preserve">When creating an announcement, choose the </w:t>
      </w:r>
      <w:r>
        <w:rPr>
          <w:b/>
        </w:rPr>
        <w:t>Audience</w:t>
      </w:r>
      <w:r>
        <w:t>:</w:t>
      </w:r>
    </w:p>
    <w:p>
      <w:pPr>
        <w:pStyle w:val="ListBullet"/>
      </w:pPr>
      <w:r>
        <w:t>Members — shown in the church app feed to your members (default)</w:t>
      </w:r>
    </w:p>
    <w:p>
      <w:pPr>
        <w:pStyle w:val="ListBullet"/>
      </w:pPr>
      <w:r>
        <w:t>Seekers / New Converts — shown only on the New Convert (seeker) web page for non-members in your discipleship track</w:t>
      </w:r>
    </w:p>
    <w:p>
      <w:r>
        <w:t xml:space="preserve">The two streams are isolated: members never see seeker announcements and vice versa. Seeker announcements you've posted appear in the </w:t>
      </w:r>
      <w:r>
        <w:rPr>
          <w:b/>
        </w:rPr>
        <w:t>Seeker Announcements</w:t>
      </w:r>
      <w:r>
        <w:t xml:space="preserve"> list below the main announcements, where you can review or delete them.</w:t>
      </w:r>
    </w:p>
    <w:p/>
    <w:p>
      <w:pPr>
        <w:pStyle w:val="Heading2"/>
      </w:pPr>
      <w:r>
        <w:t>Deleting a Group</w:t>
      </w:r>
    </w:p>
    <w:p>
      <w:r>
        <w:t>*Web admin → Ministries/Groups → group → Delete*</w:t>
      </w:r>
    </w:p>
    <w:p>
      <w:r>
        <w:t>Deleting a group removes the group and all of its associated data (members, join requests, meetings, resources, prayer requests, and any announcements that were scoped to that group). This is permanent. Members are not deleted — only their membership of that group.</w:t>
      </w:r>
    </w:p>
    <w:p/>
    <w:p>
      <w:pPr>
        <w:pStyle w:val="Heading2"/>
      </w:pPr>
      <w:r>
        <w:t>Member Management</w:t>
      </w:r>
    </w:p>
    <w:p>
      <w:r>
        <w:t>*Members tab*</w:t>
      </w:r>
    </w:p>
    <w:p>
      <w:pPr>
        <w:pStyle w:val="Heading3"/>
      </w:pPr>
      <w:r>
        <w:t>Viewing Members</w:t>
      </w:r>
    </w:p>
    <w:p>
      <w:r>
        <w:t>The member directory shows all registered members with:</w:t>
      </w:r>
    </w:p>
    <w:p>
      <w:pPr>
        <w:pStyle w:val="ListBullet"/>
      </w:pPr>
      <w:r>
        <w:t>Name and profile photo</w:t>
      </w:r>
    </w:p>
    <w:p>
      <w:pPr>
        <w:pStyle w:val="ListBullet"/>
      </w:pPr>
      <w:r>
        <w:t>Contact details (email, phone)</w:t>
      </w:r>
    </w:p>
    <w:p>
      <w:pPr>
        <w:pStyle w:val="ListBullet"/>
      </w:pPr>
      <w:r>
        <w:t>Role assignment</w:t>
      </w:r>
    </w:p>
    <w:p>
      <w:pPr>
        <w:pStyle w:val="ListBullet"/>
      </w:pPr>
      <w:r>
        <w:t>Groups they belong to</w:t>
      </w:r>
    </w:p>
    <w:p>
      <w:pPr>
        <w:pStyle w:val="ListBullet"/>
      </w:pPr>
      <w:r>
        <w:t>Join date</w:t>
      </w:r>
    </w:p>
    <w:p>
      <w:pPr>
        <w:pStyle w:val="Heading3"/>
      </w:pPr>
      <w:r>
        <w:t>Assigning Roles</w:t>
      </w:r>
    </w:p>
    <w:p>
      <w:r>
        <w:t>*More → Assign Roles*</w:t>
      </w:r>
    </w:p>
    <w:p>
      <w:r>
        <w:t>Control what each member can access by assigning roles:</w:t>
      </w:r>
    </w:p>
    <w:tbl>
      <w:tblPr>
        <w:tblStyle w:val="TableGrid"/>
        <w:tblW w:type="auto" w:w="0"/>
        <w:tblLook w:firstColumn="1" w:firstRow="1" w:lastColumn="0" w:lastRow="0" w:noHBand="0" w:noVBand="1" w:val="04A0"/>
      </w:tblPr>
      <w:tblGrid>
        <w:gridCol w:w="4320"/>
        <w:gridCol w:w="4320"/>
      </w:tblGrid>
      <w:tr>
        <w:tc>
          <w:tcPr>
            <w:tcW w:type="dxa" w:w="4320"/>
          </w:tcPr>
          <w:p>
            <w:r>
              <w:rPr>
                <w:b/>
              </w:rPr>
              <w:t>Role</w:t>
            </w:r>
          </w:p>
        </w:tc>
        <w:tc>
          <w:tcPr>
            <w:tcW w:type="dxa" w:w="4320"/>
          </w:tcPr>
          <w:p>
            <w:r>
              <w:rPr>
                <w:b/>
              </w:rPr>
              <w:t>Access Level</w:t>
            </w:r>
          </w:p>
        </w:tc>
      </w:tr>
      <w:tr>
        <w:tc>
          <w:tcPr>
            <w:tcW w:type="dxa" w:w="4320"/>
          </w:tcPr>
          <w:p>
            <w:r>
              <w:t>**Admin**</w:t>
            </w:r>
          </w:p>
        </w:tc>
        <w:tc>
          <w:tcPr>
            <w:tcW w:type="dxa" w:w="4320"/>
          </w:tcPr>
          <w:p>
            <w:r>
              <w:t>Full access to everything</w:t>
            </w:r>
          </w:p>
        </w:tc>
      </w:tr>
      <w:tr>
        <w:tc>
          <w:tcPr>
            <w:tcW w:type="dxa" w:w="4320"/>
          </w:tcPr>
          <w:p>
            <w:r>
              <w:t>**Church_Staff**</w:t>
            </w:r>
          </w:p>
        </w:tc>
        <w:tc>
          <w:tcPr>
            <w:tcW w:type="dxa" w:w="4320"/>
          </w:tcPr>
          <w:p>
            <w:r>
              <w:t>Staff-level access (members, services, reports)</w:t>
            </w:r>
          </w:p>
        </w:tc>
      </w:tr>
      <w:tr>
        <w:tc>
          <w:tcPr>
            <w:tcW w:type="dxa" w:w="4320"/>
          </w:tcPr>
          <w:p>
            <w:r>
              <w:t>**Church_Leader**</w:t>
            </w:r>
          </w:p>
        </w:tc>
        <w:tc>
          <w:tcPr>
            <w:tcW w:type="dxa" w:w="4320"/>
          </w:tcPr>
          <w:p>
            <w:r>
              <w:t>Leadership access (members, groups, services, notifications)</w:t>
            </w:r>
          </w:p>
        </w:tc>
      </w:tr>
      <w:tr>
        <w:tc>
          <w:tcPr>
            <w:tcW w:type="dxa" w:w="4320"/>
          </w:tcPr>
          <w:p>
            <w:r>
              <w:t>**Church_Group_Head**</w:t>
            </w:r>
          </w:p>
        </w:tc>
        <w:tc>
          <w:tcPr>
            <w:tcW w:type="dxa" w:w="4320"/>
          </w:tcPr>
          <w:p>
            <w:r>
              <w:t>Group management across multiple groups</w:t>
            </w:r>
          </w:p>
        </w:tc>
      </w:tr>
      <w:tr>
        <w:tc>
          <w:tcPr>
            <w:tcW w:type="dxa" w:w="4320"/>
          </w:tcPr>
          <w:p>
            <w:r>
              <w:t>**Worship_Leader**</w:t>
            </w:r>
          </w:p>
        </w:tc>
        <w:tc>
          <w:tcPr>
            <w:tcW w:type="dxa" w:w="4320"/>
          </w:tcPr>
          <w:p>
            <w:r>
              <w:t>Worship team management and service planning</w:t>
            </w:r>
          </w:p>
        </w:tc>
      </w:tr>
      <w:tr>
        <w:tc>
          <w:tcPr>
            <w:tcW w:type="dxa" w:w="4320"/>
          </w:tcPr>
          <w:p>
            <w:r>
              <w:t>**Cell_Group_Leader**</w:t>
            </w:r>
          </w:p>
        </w:tc>
        <w:tc>
          <w:tcPr>
            <w:tcW w:type="dxa" w:w="4320"/>
          </w:tcPr>
          <w:p>
            <w:r>
              <w:t>Individual cell group management</w:t>
            </w:r>
          </w:p>
        </w:tc>
      </w:tr>
      <w:tr>
        <w:tc>
          <w:tcPr>
            <w:tcW w:type="dxa" w:w="4320"/>
          </w:tcPr>
          <w:p>
            <w:r>
              <w:t>**Member**</w:t>
            </w:r>
          </w:p>
        </w:tc>
        <w:tc>
          <w:tcPr>
            <w:tcW w:type="dxa" w:w="4320"/>
          </w:tcPr>
          <w:p>
            <w:r>
              <w:t>Basic member access</w:t>
            </w:r>
          </w:p>
        </w:tc>
      </w:tr>
    </w:tbl>
    <w:p/>
    <w:p>
      <w:r>
        <w:t>To assign a role:</w:t>
      </w:r>
    </w:p>
    <w:p>
      <w:pPr>
        <w:pStyle w:val="ListNumber"/>
      </w:pPr>
      <w:r>
        <w:t>Find the member in the directory</w:t>
      </w:r>
    </w:p>
    <w:p>
      <w:pPr>
        <w:pStyle w:val="ListNumber"/>
      </w:pPr>
      <w:r>
        <w:t>Tap their profile</w:t>
      </w:r>
    </w:p>
    <w:p>
      <w:pPr>
        <w:pStyle w:val="ListNumber"/>
      </w:pPr>
      <w:r>
        <w:t>Tap Change Role</w:t>
      </w:r>
    </w:p>
    <w:p>
      <w:pPr>
        <w:pStyle w:val="ListNumber"/>
      </w:pPr>
      <w:r>
        <w:t>Select the new role</w:t>
      </w:r>
    </w:p>
    <w:p>
      <w:pPr>
        <w:pStyle w:val="ListNumber"/>
      </w:pPr>
      <w:r>
        <w:t>Confirm — their navigation and permissions update immediately</w:t>
      </w:r>
    </w:p>
    <w:p>
      <w:pPr>
        <w:pStyle w:val="Heading3"/>
      </w:pPr>
      <w:r>
        <w:t>Managing Campuses</w:t>
      </w:r>
    </w:p>
    <w:p>
      <w:r>
        <w:t>*More → Manage Campuses*</w:t>
      </w:r>
    </w:p>
    <w:p>
      <w:r>
        <w:t>If your church has multiple locations:</w:t>
      </w:r>
    </w:p>
    <w:p>
      <w:pPr>
        <w:pStyle w:val="ListNumber"/>
      </w:pPr>
      <w:r>
        <w:t>Tap Add Campus</w:t>
      </w:r>
    </w:p>
    <w:p>
      <w:pPr>
        <w:pStyle w:val="ListNumber"/>
      </w:pPr>
      <w:r>
        <w:t>Enter campus name and address</w:t>
      </w:r>
    </w:p>
    <w:p>
      <w:pPr>
        <w:pStyle w:val="ListNumber"/>
      </w:pPr>
      <w:r>
        <w:t>Assign a campus leader</w:t>
      </w:r>
    </w:p>
    <w:p>
      <w:pPr>
        <w:pStyle w:val="ListNumber"/>
      </w:pPr>
      <w:r>
        <w:t>Members can be associated with specific campuses</w:t>
      </w:r>
    </w:p>
    <w:p/>
    <w:p>
      <w:pPr>
        <w:pStyle w:val="Heading2"/>
      </w:pPr>
      <w:r>
        <w:t>Member Birthdays</w:t>
      </w:r>
    </w:p>
    <w:p>
      <w:r>
        <w:t>*More → Member Birthdays*</w:t>
      </w:r>
    </w:p>
    <w:p>
      <w:r>
        <w:t>View upcoming member birthdays to help your church celebrate and connect with members on their special day.</w:t>
      </w:r>
    </w:p>
    <w:p>
      <w:pPr>
        <w:pStyle w:val="Heading3"/>
      </w:pPr>
      <w:r>
        <w:t>Accessing Member Birthdays</w:t>
      </w:r>
    </w:p>
    <w:p>
      <w:pPr>
        <w:pStyle w:val="ListNumber"/>
      </w:pPr>
      <w:r>
        <w:t>Go to More → Member Birthdays</w:t>
      </w:r>
    </w:p>
    <w:p>
      <w:pPr>
        <w:pStyle w:val="ListNumber"/>
      </w:pPr>
      <w:r>
        <w:t>The screen shows three tabs:</w:t>
      </w:r>
    </w:p>
    <w:p>
      <w:pPr>
        <w:pStyle w:val="ListBullet"/>
      </w:pPr>
      <w:r>
        <w:t>Today — Members whose birthday is today</w:t>
      </w:r>
    </w:p>
    <w:p>
      <w:pPr>
        <w:pStyle w:val="ListBullet"/>
      </w:pPr>
      <w:r>
        <w:t>This Week — Members with birthdays this week</w:t>
      </w:r>
    </w:p>
    <w:p>
      <w:pPr>
        <w:pStyle w:val="ListBullet"/>
      </w:pPr>
      <w:r>
        <w:t>This Month — Members with birthdays this month</w:t>
      </w:r>
    </w:p>
    <w:p>
      <w:pPr>
        <w:pStyle w:val="Heading3"/>
      </w:pPr>
      <w:r>
        <w:t>Requirements</w:t>
      </w:r>
    </w:p>
    <w:p>
      <w:pPr>
        <w:pStyle w:val="ListBullet"/>
      </w:pPr>
      <w:r>
        <w:t>Members must have their date of birth set in My Details for their birthday to appear</w:t>
      </w:r>
    </w:p>
    <w:p>
      <w:pPr>
        <w:pStyle w:val="ListBullet"/>
      </w:pPr>
      <w:r>
        <w:t>This feature is available to Leaders and Admins</w:t>
      </w:r>
    </w:p>
    <w:p>
      <w:pPr>
        <w:pStyle w:val="Heading3"/>
      </w:pPr>
      <w:r>
        <w:t>Tips</w:t>
      </w:r>
    </w:p>
    <w:p>
      <w:pPr>
        <w:pStyle w:val="ListBullet"/>
      </w:pPr>
      <w:r>
        <w:t>Use the "Today" tab to send a quick birthday message or prayer</w:t>
      </w:r>
    </w:p>
    <w:p>
      <w:pPr>
        <w:pStyle w:val="ListBullet"/>
      </w:pPr>
      <w:r>
        <w:t>Check "This Week" at the start of each week to plan birthday acknowledgements</w:t>
      </w:r>
    </w:p>
    <w:p>
      <w:pPr>
        <w:pStyle w:val="ListBullet"/>
      </w:pPr>
      <w:r>
        <w:t>Encourage members to update their date of birth in More → My Details</w:t>
      </w:r>
    </w:p>
    <w:p/>
    <w:p>
      <w:pPr>
        <w:pStyle w:val="Heading2"/>
      </w:pPr>
      <w:r>
        <w:t>Approve Members</w:t>
      </w:r>
    </w:p>
    <w:p>
      <w:r>
        <w:t>*More → Approve Members*</w:t>
      </w:r>
    </w:p>
    <w:p>
      <w:r>
        <w:t>Review and approve new member registration requests before they gain access to your church's app.</w:t>
      </w:r>
    </w:p>
    <w:p>
      <w:pPr>
        <w:pStyle w:val="Heading3"/>
      </w:pPr>
      <w:r>
        <w:t>Approving Members</w:t>
      </w:r>
    </w:p>
    <w:p>
      <w:pPr>
        <w:pStyle w:val="ListNumber"/>
      </w:pPr>
      <w:r>
        <w:t>Go to More → Approve Members</w:t>
      </w:r>
    </w:p>
    <w:p>
      <w:pPr>
        <w:pStyle w:val="ListNumber"/>
      </w:pPr>
      <w:r>
        <w:t>View pending member registrations</w:t>
      </w:r>
    </w:p>
    <w:p>
      <w:pPr>
        <w:pStyle w:val="ListNumber"/>
      </w:pPr>
      <w:r>
        <w:t>Tap a member to review their details</w:t>
      </w:r>
    </w:p>
    <w:p>
      <w:pPr>
        <w:pStyle w:val="ListNumber"/>
      </w:pPr>
      <w:r>
        <w:t>Tap Approve or Decline</w:t>
      </w:r>
    </w:p>
    <w:p/>
    <w:p>
      <w:pPr>
        <w:pStyle w:val="Heading2"/>
      </w:pPr>
      <w:r>
        <w:t>Reset Member Password</w:t>
      </w:r>
    </w:p>
    <w:p>
      <w:r>
        <w:t>*More → Reset Member Password*</w:t>
      </w:r>
    </w:p>
    <w:p>
      <w:r>
        <w:t>Reset a member's password when they are unable to do so themselves.</w:t>
      </w:r>
    </w:p>
    <w:p>
      <w:pPr>
        <w:pStyle w:val="Heading3"/>
      </w:pPr>
      <w:r>
        <w:t>Resetting a Password</w:t>
      </w:r>
    </w:p>
    <w:p>
      <w:pPr>
        <w:pStyle w:val="ListNumber"/>
      </w:pPr>
      <w:r>
        <w:t>Go to More → Reset Member Password</w:t>
      </w:r>
    </w:p>
    <w:p>
      <w:pPr>
        <w:pStyle w:val="ListNumber"/>
      </w:pPr>
      <w:r>
        <w:t>Search for the member</w:t>
      </w:r>
    </w:p>
    <w:p>
      <w:pPr>
        <w:pStyle w:val="ListNumber"/>
      </w:pPr>
      <w:r>
        <w:t>Tap Reset Password</w:t>
      </w:r>
    </w:p>
    <w:p>
      <w:pPr>
        <w:pStyle w:val="ListNumber"/>
      </w:pPr>
      <w:r>
        <w:t>A temporary password or reset link is generated</w:t>
      </w:r>
    </w:p>
    <w:p>
      <w:pPr>
        <w:pStyle w:val="ListNumber"/>
      </w:pPr>
      <w:r>
        <w:t>Share the reset details with the member securely</w:t>
      </w:r>
    </w:p>
    <w:p/>
    <w:p>
      <w:pPr>
        <w:pStyle w:val="Heading2"/>
      </w:pPr>
      <w:r>
        <w:t>Feature Flag Management</w:t>
      </w:r>
    </w:p>
    <w:p>
      <w:pPr>
        <w:pStyle w:val="Heading3"/>
      </w:pPr>
      <w:r>
        <w:t>What are feature flags?</w:t>
      </w:r>
    </w:p>
    <w:p>
      <w:r>
        <w:t>Feature flags let you enable or disable specific modules for your church. You only activate what you need — keeping the app clean and focused for your members.</w:t>
      </w:r>
    </w:p>
    <w:p>
      <w:pPr>
        <w:pStyle w:val="Heading3"/>
      </w:pPr>
      <w:r>
        <w:t>Managing features</w:t>
      </w:r>
    </w:p>
    <w:p>
      <w:r>
        <w:t>Access the platform admin panel at: https://www.speiro.africa/admin/platform/</w:t>
      </w:r>
    </w:p>
    <w:p>
      <w:r>
        <w:t>Available feature flags:</w:t>
      </w:r>
    </w:p>
    <w:tbl>
      <w:tblPr>
        <w:tblStyle w:val="TableGrid"/>
        <w:tblW w:type="auto" w:w="0"/>
        <w:tblLook w:firstColumn="1" w:firstRow="1" w:lastColumn="0" w:lastRow="0" w:noHBand="0" w:noVBand="1" w:val="04A0"/>
      </w:tblPr>
      <w:tblGrid>
        <w:gridCol w:w="4320"/>
        <w:gridCol w:w="4320"/>
      </w:tblGrid>
      <w:tr>
        <w:tc>
          <w:tcPr>
            <w:tcW w:type="dxa" w:w="4320"/>
          </w:tcPr>
          <w:p>
            <w:r>
              <w:rPr>
                <w:b/>
              </w:rPr>
              <w:t>Feature</w:t>
            </w:r>
          </w:p>
        </w:tc>
        <w:tc>
          <w:tcPr>
            <w:tcW w:type="dxa" w:w="4320"/>
          </w:tcPr>
          <w:p>
            <w:r>
              <w:rPr>
                <w:b/>
              </w:rPr>
              <w:t>Description</w:t>
            </w:r>
          </w:p>
        </w:tc>
      </w:tr>
      <w:tr>
        <w:tc>
          <w:tcPr>
            <w:tcW w:type="dxa" w:w="4320"/>
          </w:tcPr>
          <w:p>
            <w:r>
              <w:t>**Giving**</w:t>
            </w:r>
          </w:p>
        </w:tc>
        <w:tc>
          <w:tcPr>
            <w:tcW w:type="dxa" w:w="4320"/>
          </w:tcPr>
          <w:p>
            <w:r>
              <w:t>Netcash donation integration</w:t>
            </w:r>
          </w:p>
        </w:tc>
      </w:tr>
      <w:tr>
        <w:tc>
          <w:tcPr>
            <w:tcW w:type="dxa" w:w="4320"/>
          </w:tcPr>
          <w:p>
            <w:r>
              <w:t>**Daily Devotions**</w:t>
            </w:r>
          </w:p>
        </w:tc>
        <w:tc>
          <w:tcPr>
            <w:tcW w:type="dxa" w:w="4320"/>
          </w:tcPr>
          <w:p>
            <w:r>
              <w:t>Pastor-authored daily readings</w:t>
            </w:r>
          </w:p>
        </w:tc>
      </w:tr>
      <w:tr>
        <w:tc>
          <w:tcPr>
            <w:tcW w:type="dxa" w:w="4320"/>
          </w:tcPr>
          <w:p>
            <w:r>
              <w:t>**Bible Study**</w:t>
            </w:r>
          </w:p>
        </w:tc>
        <w:tc>
          <w:tcPr>
            <w:tcW w:type="dxa" w:w="4320"/>
          </w:tcPr>
          <w:p>
            <w:r>
              <w:t>Interactive Bible study sessions</w:t>
            </w:r>
          </w:p>
        </w:tc>
      </w:tr>
      <w:tr>
        <w:tc>
          <w:tcPr>
            <w:tcW w:type="dxa" w:w="4320"/>
          </w:tcPr>
          <w:p>
            <w:r>
              <w:t>**Children Check-In**</w:t>
            </w:r>
          </w:p>
        </w:tc>
        <w:tc>
          <w:tcPr>
            <w:tcW w:type="dxa" w:w="4320"/>
          </w:tcPr>
          <w:p>
            <w:r>
              <w:t>Children's ministry check-in/out</w:t>
            </w:r>
          </w:p>
        </w:tc>
      </w:tr>
      <w:tr>
        <w:tc>
          <w:tcPr>
            <w:tcW w:type="dxa" w:w="4320"/>
          </w:tcPr>
          <w:p>
            <w:r>
              <w:t>**Calendar Sync**</w:t>
            </w:r>
          </w:p>
        </w:tc>
        <w:tc>
          <w:tcPr>
            <w:tcW w:type="dxa" w:w="4320"/>
          </w:tcPr>
          <w:p>
            <w:r>
              <w:t>Google/Outlook calendar integration</w:t>
            </w:r>
          </w:p>
        </w:tc>
      </w:tr>
      <w:tr>
        <w:tc>
          <w:tcPr>
            <w:tcW w:type="dxa" w:w="4320"/>
          </w:tcPr>
          <w:p>
            <w:r>
              <w:t>**Offline Sync**</w:t>
            </w:r>
          </w:p>
        </w:tc>
        <w:tc>
          <w:tcPr>
            <w:tcW w:type="dxa" w:w="4320"/>
          </w:tcPr>
          <w:p>
            <w:r>
              <w:t>Offline data caching for members</w:t>
            </w:r>
          </w:p>
        </w:tc>
      </w:tr>
      <w:tr>
        <w:tc>
          <w:tcPr>
            <w:tcW w:type="dxa" w:w="4320"/>
          </w:tcPr>
          <w:p>
            <w:r>
              <w:t>**Targeted Notifications**</w:t>
            </w:r>
          </w:p>
        </w:tc>
        <w:tc>
          <w:tcPr>
            <w:tcW w:type="dxa" w:w="4320"/>
          </w:tcPr>
          <w:p>
            <w:r>
              <w:t>Advanced notification composer</w:t>
            </w:r>
          </w:p>
        </w:tc>
      </w:tr>
      <w:tr>
        <w:tc>
          <w:tcPr>
            <w:tcW w:type="dxa" w:w="4320"/>
          </w:tcPr>
          <w:p>
            <w:r>
              <w:t>**Localization**</w:t>
            </w:r>
          </w:p>
        </w:tc>
        <w:tc>
          <w:tcPr>
            <w:tcW w:type="dxa" w:w="4320"/>
          </w:tcPr>
          <w:p>
            <w:r>
              <w:t>Multi-language support</w:t>
            </w:r>
          </w:p>
        </w:tc>
      </w:tr>
      <w:tr>
        <w:tc>
          <w:tcPr>
            <w:tcW w:type="dxa" w:w="4320"/>
          </w:tcPr>
          <w:p>
            <w:r>
              <w:t>**Custom Branding**</w:t>
            </w:r>
          </w:p>
        </w:tc>
        <w:tc>
          <w:tcPr>
            <w:tcW w:type="dxa" w:w="4320"/>
          </w:tcPr>
          <w:p>
            <w:r>
              <w:t>Church logo and slogan on login</w:t>
            </w:r>
          </w:p>
        </w:tc>
      </w:tr>
      <w:tr>
        <w:tc>
          <w:tcPr>
            <w:tcW w:type="dxa" w:w="4320"/>
          </w:tcPr>
          <w:p>
            <w:r>
              <w:t>**Worship Scheduling**</w:t>
            </w:r>
          </w:p>
        </w:tc>
        <w:tc>
          <w:tcPr>
            <w:tcW w:type="dxa" w:w="4320"/>
          </w:tcPr>
          <w:p>
            <w:r>
              <w:t>Worship team roster management</w:t>
            </w:r>
          </w:p>
        </w:tc>
      </w:tr>
      <w:tr>
        <w:tc>
          <w:tcPr>
            <w:tcW w:type="dxa" w:w="4320"/>
          </w:tcPr>
          <w:p>
            <w:r>
              <w:t>**Discipleship**</w:t>
            </w:r>
          </w:p>
        </w:tc>
        <w:tc>
          <w:tcPr>
            <w:tcW w:type="dxa" w:w="4320"/>
          </w:tcPr>
          <w:p>
            <w:r>
              <w:t>Discipleship programmes + the New Convert (seeker) self-service track</w:t>
            </w:r>
          </w:p>
        </w:tc>
      </w:tr>
    </w:tbl>
    <w:p/>
    <w:p>
      <w:pPr>
        <w:pStyle w:val="Heading3"/>
      </w:pPr>
      <w:r>
        <w:t>Enabling a feature</w:t>
      </w:r>
    </w:p>
    <w:p>
      <w:pPr>
        <w:pStyle w:val="ListNumber"/>
      </w:pPr>
      <w:r>
        <w:t>Log into the platform admin panel</w:t>
      </w:r>
    </w:p>
    <w:p>
      <w:pPr>
        <w:pStyle w:val="ListNumber"/>
      </w:pPr>
      <w:r>
        <w:t>Select your church</w:t>
      </w:r>
    </w:p>
    <w:p>
      <w:pPr>
        <w:pStyle w:val="ListNumber"/>
      </w:pPr>
      <w:r>
        <w:t>Toggle the feature on</w:t>
      </w:r>
    </w:p>
    <w:p>
      <w:pPr>
        <w:pStyle w:val="ListNumber"/>
      </w:pPr>
      <w:r>
        <w:t>The feature appears immediately for your members — no app update required</w:t>
      </w:r>
    </w:p>
    <w:p>
      <w:pPr>
        <w:pStyle w:val="Heading3"/>
      </w:pPr>
      <w:r>
        <w:t>Disabling a feature</w:t>
      </w:r>
    </w:p>
    <w:p>
      <w:r>
        <w:t>Toggle it off in the admin panel. The feature disappears from member navigation immediately.</w:t>
      </w:r>
    </w:p>
    <w:p/>
    <w:p>
      <w:pPr>
        <w:pStyle w:val="Heading2"/>
      </w:pPr>
      <w:r>
        <w:t>Daily Devotions Composer</w:t>
      </w:r>
    </w:p>
    <w:p>
      <w:r>
        <w:t>*More → Compose Devotion*</w:t>
      </w:r>
    </w:p>
    <w:p>
      <w:r>
        <w:t xml:space="preserve">Daily Devotions let you publish short daily spiritual readings for your congregation. These come from </w:t>
      </w:r>
      <w:r>
        <w:rPr>
          <w:b/>
        </w:rPr>
        <w:t>your voice</w:t>
      </w:r>
      <w:r>
        <w:t xml:space="preserve"> as a pastor — not generic content.</w:t>
      </w:r>
    </w:p>
    <w:p>
      <w:pPr>
        <w:pStyle w:val="Heading3"/>
      </w:pPr>
      <w:r>
        <w:t>Composing a Devotion</w:t>
      </w:r>
    </w:p>
    <w:p>
      <w:pPr>
        <w:pStyle w:val="ListNumber"/>
      </w:pPr>
      <w:r>
        <w:t>Title — A short title (e.g., "Walking in Faith")</w:t>
      </w:r>
    </w:p>
    <w:p>
      <w:pPr>
        <w:pStyle w:val="ListNumber"/>
      </w:pPr>
      <w:r>
        <w:t>Scripture Reference — The verse reference (e.g., "Hebrews 11:1-6")</w:t>
      </w:r>
    </w:p>
    <w:p>
      <w:pPr>
        <w:pStyle w:val="ListNumber"/>
      </w:pPr>
      <w:r>
        <w:t>Scripture Text — The actual verse text</w:t>
      </w:r>
    </w:p>
    <w:p>
      <w:pPr>
        <w:pStyle w:val="ListNumber"/>
      </w:pPr>
      <w:r>
        <w:t>Reflection — Your devotional thought (aim for 300–500 words, ~2–3 min read)</w:t>
      </w:r>
    </w:p>
    <w:p>
      <w:pPr>
        <w:pStyle w:val="ListNumber"/>
      </w:pPr>
      <w:r>
        <w:t>Prayer (optional) — A short closing prayer</w:t>
      </w:r>
    </w:p>
    <w:p>
      <w:pPr>
        <w:pStyle w:val="ListNumber"/>
      </w:pPr>
      <w:r>
        <w:t>Action Point (optional) — A practical challenge for the day</w:t>
      </w:r>
    </w:p>
    <w:p>
      <w:pPr>
        <w:pStyle w:val="ListNumber"/>
      </w:pPr>
      <w:r>
        <w:t>Publish Date — The date this devotion goes live</w:t>
      </w:r>
    </w:p>
    <w:p>
      <w:pPr>
        <w:pStyle w:val="Heading3"/>
      </w:pPr>
      <w:r>
        <w:t>Publishing options</w:t>
      </w:r>
    </w:p>
    <w:p>
      <w:pPr>
        <w:pStyle w:val="ListBullet"/>
      </w:pPr>
      <w:r>
        <w:t>Schedule — Queue it for the selected date (auto-publishes at midnight)</w:t>
      </w:r>
    </w:p>
    <w:p>
      <w:pPr>
        <w:pStyle w:val="ListBullet"/>
      </w:pPr>
      <w:r>
        <w:t>Save Draft — Save without scheduling (finish later)</w:t>
      </w:r>
    </w:p>
    <w:p>
      <w:pPr>
        <w:pStyle w:val="Heading3"/>
      </w:pPr>
      <w:r>
        <w:t>How publishing works</w:t>
      </w:r>
    </w:p>
    <w:p>
      <w:pPr>
        <w:pStyle w:val="ListBullet"/>
      </w:pPr>
      <w:r>
        <w:t>Devotions auto-publish at the scheduled date</w:t>
      </w:r>
    </w:p>
    <w:p>
      <w:pPr>
        <w:pStyle w:val="ListBullet"/>
      </w:pPr>
      <w:r>
        <w:t>Members receive a push notification: "Daily Devotion: [title]"</w:t>
      </w:r>
    </w:p>
    <w:p>
      <w:pPr>
        <w:pStyle w:val="ListBullet"/>
      </w:pPr>
      <w:r>
        <w:t>One devotion per day per church (no duplicates allowed)</w:t>
      </w:r>
    </w:p>
    <w:p>
      <w:pPr>
        <w:pStyle w:val="ListBullet"/>
      </w:pPr>
      <w:r>
        <w:t>You can batch-author a week's worth in one sitting</w:t>
      </w:r>
    </w:p>
    <w:p>
      <w:pPr>
        <w:pStyle w:val="Heading3"/>
      </w:pPr>
      <w:r>
        <w:t>Viewing engagement</w:t>
      </w:r>
    </w:p>
    <w:p>
      <w:r>
        <w:t>In the Devotions list, see how many members have read each devotion. Use this to understand what content resonates.</w:t>
      </w:r>
    </w:p>
    <w:p>
      <w:pPr>
        <w:pStyle w:val="Heading3"/>
      </w:pPr>
      <w:r>
        <w:t>Tips for effective devotions</w:t>
      </w:r>
    </w:p>
    <w:p>
      <w:pPr>
        <w:pStyle w:val="ListBullet"/>
      </w:pPr>
      <w:r>
        <w:t>Keep reflections to 2–3 minutes reading time</w:t>
      </w:r>
    </w:p>
    <w:p>
      <w:pPr>
        <w:pStyle w:val="ListBullet"/>
      </w:pPr>
      <w:r>
        <w:t>Include a specific, actionable prayer</w:t>
      </w:r>
    </w:p>
    <w:p>
      <w:pPr>
        <w:pStyle w:val="ListBullet"/>
      </w:pPr>
      <w:r>
        <w:t>Make the action point achievable in one day</w:t>
      </w:r>
    </w:p>
    <w:p>
      <w:pPr>
        <w:pStyle w:val="ListBullet"/>
      </w:pPr>
      <w:r>
        <w:t>Connect to your current sermon series for continuity</w:t>
      </w:r>
    </w:p>
    <w:p>
      <w:pPr>
        <w:pStyle w:val="ListBullet"/>
      </w:pPr>
      <w:r>
        <w:t>Write in the language your congregation is most comfortable with</w:t>
      </w:r>
    </w:p>
    <w:p/>
    <w:p>
      <w:pPr>
        <w:pStyle w:val="Heading2"/>
      </w:pPr>
      <w:r>
        <w:t>Targeted Notifications</w:t>
      </w:r>
    </w:p>
    <w:p>
      <w:r>
        <w:t>*More → Send Notification*</w:t>
      </w:r>
    </w:p>
    <w:p>
      <w:r>
        <w:t>Send push notifications to your entire congregation or specific segments.</w:t>
      </w:r>
    </w:p>
    <w:p>
      <w:pPr>
        <w:pStyle w:val="Heading3"/>
      </w:pPr>
      <w:r>
        <w:t>Sending to everyone</w:t>
      </w:r>
    </w:p>
    <w:p>
      <w:pPr>
        <w:pStyle w:val="ListNumber"/>
      </w:pPr>
      <w:r>
        <w:t>Enter a Title (max 100 characters)</w:t>
      </w:r>
    </w:p>
    <w:p>
      <w:pPr>
        <w:pStyle w:val="ListNumber"/>
      </w:pPr>
      <w:r>
        <w:t>Enter a Message (max 500 characters)</w:t>
      </w:r>
    </w:p>
    <w:p>
      <w:pPr>
        <w:pStyle w:val="ListNumber"/>
      </w:pPr>
      <w:r>
        <w:t>Select a Category (Announcements, Prayer Updates, Schedule, etc.)</w:t>
      </w:r>
    </w:p>
    <w:p>
      <w:pPr>
        <w:pStyle w:val="ListNumber"/>
      </w:pPr>
      <w:r>
        <w:t>Target defaults to "All"</w:t>
      </w:r>
    </w:p>
    <w:p>
      <w:pPr>
        <w:pStyle w:val="ListNumber"/>
      </w:pPr>
      <w:r>
        <w:t>Tap Send Now</w:t>
      </w:r>
    </w:p>
    <w:p>
      <w:pPr>
        <w:pStyle w:val="ListNumber"/>
      </w:pPr>
      <w:r>
        <w:t>Review the confirmation dialog and confirm</w:t>
      </w:r>
    </w:p>
    <w:p>
      <w:pPr>
        <w:pStyle w:val="Heading3"/>
      </w:pPr>
      <w:r>
        <w:t>Targeting specific groups</w:t>
      </w:r>
    </w:p>
    <w:p>
      <w:pPr>
        <w:pStyle w:val="ListNumber"/>
      </w:pPr>
      <w:r>
        <w:t>Fill in title and message</w:t>
      </w:r>
    </w:p>
    <w:p>
      <w:pPr>
        <w:pStyle w:val="ListNumber"/>
      </w:pPr>
      <w:r>
        <w:t>Tap the Groups chip</w:t>
      </w:r>
    </w:p>
    <w:p>
      <w:pPr>
        <w:pStyle w:val="ListNumber"/>
      </w:pPr>
      <w:r>
        <w:t>Select one or more groups from the list</w:t>
      </w:r>
    </w:p>
    <w:p>
      <w:pPr>
        <w:pStyle w:val="ListNumber"/>
      </w:pPr>
      <w:r>
        <w:t>The estimated recipient count updates automatically</w:t>
      </w:r>
    </w:p>
    <w:p>
      <w:pPr>
        <w:pStyle w:val="ListNumber"/>
      </w:pPr>
      <w:r>
        <w:t>Tap Send Now and confirm</w:t>
      </w:r>
    </w:p>
    <w:p>
      <w:pPr>
        <w:pStyle w:val="Heading3"/>
      </w:pPr>
      <w:r>
        <w:t>Targeting by role</w:t>
      </w:r>
    </w:p>
    <w:p>
      <w:pPr>
        <w:pStyle w:val="ListNumber"/>
      </w:pPr>
      <w:r>
        <w:t>Fill in title and message</w:t>
      </w:r>
    </w:p>
    <w:p>
      <w:pPr>
        <w:pStyle w:val="ListNumber"/>
      </w:pPr>
      <w:r>
        <w:t>Tap the Roles chip</w:t>
      </w:r>
    </w:p>
    <w:p>
      <w:pPr>
        <w:pStyle w:val="ListNumber"/>
      </w:pPr>
      <w:r>
        <w:t>Select roles (e.g., Worship_Leader, Cell_Group_Leader)</w:t>
      </w:r>
    </w:p>
    <w:p>
      <w:pPr>
        <w:pStyle w:val="ListNumber"/>
      </w:pPr>
      <w:r>
        <w:t>Only members with those roles receive the notification</w:t>
      </w:r>
    </w:p>
    <w:p>
      <w:pPr>
        <w:pStyle w:val="Heading3"/>
      </w:pPr>
      <w:r>
        <w:t>Targeting worship teams</w:t>
      </w:r>
    </w:p>
    <w:p>
      <w:pPr>
        <w:pStyle w:val="ListNumber"/>
      </w:pPr>
      <w:r>
        <w:t>Fill in title and message</w:t>
      </w:r>
    </w:p>
    <w:p>
      <w:pPr>
        <w:pStyle w:val="ListNumber"/>
      </w:pPr>
      <w:r>
        <w:t>Tap the Teams chip</w:t>
      </w:r>
    </w:p>
    <w:p>
      <w:pPr>
        <w:pStyle w:val="ListNumber"/>
      </w:pPr>
      <w:r>
        <w:t>Select specific ministry teams</w:t>
      </w:r>
    </w:p>
    <w:p>
      <w:pPr>
        <w:pStyle w:val="ListNumber"/>
      </w:pPr>
      <w:r>
        <w:t>Only team members receive the notification</w:t>
      </w:r>
    </w:p>
    <w:p>
      <w:pPr>
        <w:pStyle w:val="Heading3"/>
      </w:pPr>
      <w:r>
        <w:t>Scheduling for later</w:t>
      </w:r>
    </w:p>
    <w:p>
      <w:pPr>
        <w:pStyle w:val="ListNumber"/>
      </w:pPr>
      <w:r>
        <w:t>Fill in your notification</w:t>
      </w:r>
    </w:p>
    <w:p>
      <w:pPr>
        <w:pStyle w:val="ListNumber"/>
      </w:pPr>
      <w:r>
        <w:t>Toggle Schedule for later</w:t>
      </w:r>
    </w:p>
    <w:p>
      <w:pPr>
        <w:pStyle w:val="ListNumber"/>
      </w:pPr>
      <w:r>
        <w:t>Pick a date and time (must be at least 5 minutes in the future)</w:t>
      </w:r>
    </w:p>
    <w:p>
      <w:pPr>
        <w:pStyle w:val="ListNumber"/>
      </w:pPr>
      <w:r>
        <w:t>Tap Schedule and confirm</w:t>
      </w:r>
    </w:p>
    <w:p>
      <w:pPr>
        <w:pStyle w:val="Heading3"/>
      </w:pPr>
      <w:r>
        <w:t>Viewing history</w:t>
      </w:r>
    </w:p>
    <w:p>
      <w:r>
        <w:t>Tap the clock icon in the top-right corner to see all sent notifications with:</w:t>
      </w:r>
    </w:p>
    <w:p>
      <w:pPr>
        <w:pStyle w:val="ListBullet"/>
      </w:pPr>
      <w:r>
        <w:t>Delivery statistics (sent, delivered, opened)</w:t>
      </w:r>
    </w:p>
    <w:p>
      <w:pPr>
        <w:pStyle w:val="ListBullet"/>
      </w:pPr>
      <w:r>
        <w:t>Target audience</w:t>
      </w:r>
    </w:p>
    <w:p>
      <w:pPr>
        <w:pStyle w:val="ListBullet"/>
      </w:pPr>
      <w:r>
        <w:t>Send time</w:t>
      </w:r>
    </w:p>
    <w:p>
      <w:pPr>
        <w:pStyle w:val="ListBullet"/>
      </w:pPr>
      <w:r>
        <w:t>Category</w:t>
      </w:r>
    </w:p>
    <w:p/>
    <w:p>
      <w:pPr>
        <w:pStyle w:val="Heading2"/>
      </w:pPr>
      <w:r>
        <w:t>Service Plans &amp; Templates</w:t>
      </w:r>
    </w:p>
    <w:p>
      <w:pPr>
        <w:pStyle w:val="Heading3"/>
      </w:pPr>
      <w:r>
        <w:t>Creating a Service Template</w:t>
      </w:r>
    </w:p>
    <w:p>
      <w:r>
        <w:t>*More → Service Templates → New Template*</w:t>
      </w:r>
    </w:p>
    <w:p>
      <w:pPr>
        <w:pStyle w:val="ListNumber"/>
      </w:pPr>
      <w:r>
        <w:t>Enter a template name (e.g., "Sunday Morning Service")</w:t>
      </w:r>
    </w:p>
    <w:p>
      <w:pPr>
        <w:pStyle w:val="ListNumber"/>
      </w:pPr>
      <w:r>
        <w:t>Add elements using the Add button:</w:t>
      </w:r>
    </w:p>
    <w:p>
      <w:pPr>
        <w:pStyle w:val="ListBullet"/>
      </w:pPr>
      <w:r>
        <w:t>Welcome, Worship, Prayer, Offering, Sermon, Announcement, Scripture, Benediction, Song</w:t>
      </w:r>
    </w:p>
    <w:p>
      <w:pPr>
        <w:pStyle w:val="ListNumber"/>
      </w:pPr>
      <w:r>
        <w:t>Set duration for each element using +/- buttons</w:t>
      </w:r>
    </w:p>
    <w:p>
      <w:pPr>
        <w:pStyle w:val="ListNumber"/>
      </w:pPr>
      <w:r>
        <w:t>Tap Create</w:t>
      </w:r>
    </w:p>
    <w:p>
      <w:pPr>
        <w:pStyle w:val="Heading3"/>
      </w:pPr>
      <w:r>
        <w:t>Using templates for service planning</w:t>
      </w:r>
    </w:p>
    <w:p>
      <w:pPr>
        <w:pStyle w:val="ListNumber"/>
      </w:pPr>
      <w:r>
        <w:t>Go to More → Service Plans (or the web portal 🗓️ Services)</w:t>
      </w:r>
    </w:p>
    <w:p>
      <w:pPr>
        <w:pStyle w:val="ListNumber"/>
      </w:pPr>
      <w:r>
        <w:t>Tap New Service Plan</w:t>
      </w:r>
    </w:p>
    <w:p>
      <w:pPr>
        <w:pStyle w:val="ListNumber"/>
      </w:pPr>
      <w:r>
        <w:t>Select a template as your starting point</w:t>
      </w:r>
    </w:p>
    <w:p>
      <w:pPr>
        <w:pStyle w:val="ListNumber"/>
      </w:pPr>
      <w:r>
        <w:t>Set the service date and start/end times (these drive automatic go-live/auto-end)</w:t>
      </w:r>
    </w:p>
    <w:p>
      <w:pPr>
        <w:pStyle w:val="ListNumber"/>
      </w:pPr>
      <w:r>
        <w:t>Assign members to each element (Welcome, Offering, prayer, etc.). Each assignee is notified; members with a blockout on the service date are greyed out and can't be selected; an assignee can decline, which notifies the organiser and reopens the slot</w:t>
      </w:r>
    </w:p>
    <w:p>
      <w:pPr>
        <w:pStyle w:val="ListNumber"/>
      </w:pPr>
      <w:r>
        <w:t>Tap Approve &amp; schedule to approve the plan (Pastor/Admin only) — assigned members receive notifications and calendar events</w:t>
      </w:r>
    </w:p>
    <w:p>
      <w:pPr>
        <w:pStyle w:val="Heading3"/>
      </w:pPr>
      <w:r>
        <w:t>Approval &amp; automatic go-live</w:t>
      </w:r>
    </w:p>
    <w:p>
      <w:pPr>
        <w:pStyle w:val="ListBullet"/>
      </w:pPr>
      <w:r>
        <w:t>Staff and leaders build a plan in Draft; only a Pastor or Admin approves it (Approve &amp; schedule). The approved plan shows as Approved.</w:t>
      </w:r>
    </w:p>
    <w:p>
      <w:pPr>
        <w:pStyle w:val="ListBullet"/>
      </w:pPr>
      <w:r>
        <w:t>An approved plan goes live automatically at its start time and ends automatically at its end time (or end of day). Morning and evening services are independent. Times use the church timezone (default South Africa Standard Time).</w:t>
      </w:r>
    </w:p>
    <w:p>
      <w:pPr>
        <w:pStyle w:val="ListBullet"/>
      </w:pPr>
      <w:r>
        <w:t>A Pastor/Admin can override with Go live now / End service.</w:t>
      </w:r>
    </w:p>
    <w:p>
      <w:pPr>
        <w:pStyle w:val="ListBullet"/>
      </w:pPr>
      <w:r>
        <w:t>Builder roles: Church Staff, Church Leader, Ministry Leader (build only). Approver roles: Pastor, Admin.</w:t>
      </w:r>
    </w:p>
    <w:p>
      <w:pPr>
        <w:pStyle w:val="Heading3"/>
      </w:pPr>
      <w:r>
        <w:t>Editing templates</w:t>
      </w:r>
    </w:p>
    <w:p>
      <w:pPr>
        <w:pStyle w:val="ListNumber"/>
      </w:pPr>
      <w:r>
        <w:t>Tap a template in the list</w:t>
      </w:r>
    </w:p>
    <w:p>
      <w:pPr>
        <w:pStyle w:val="ListNumber"/>
      </w:pPr>
      <w:r>
        <w:t>Select Edit from the menu</w:t>
      </w:r>
    </w:p>
    <w:p>
      <w:pPr>
        <w:pStyle w:val="ListNumber"/>
      </w:pPr>
      <w:r>
        <w:t>Modify elements, add new ones, or remove existing</w:t>
      </w:r>
    </w:p>
    <w:p>
      <w:pPr>
        <w:pStyle w:val="ListNumber"/>
      </w:pPr>
      <w:r>
        <w:t>Tap Save</w:t>
      </w:r>
    </w:p>
    <w:p/>
    <w:p>
      <w:pPr>
        <w:pStyle w:val="Heading2"/>
      </w:pPr>
      <w:r>
        <w:t>Worship Team Scheduling</w:t>
      </w:r>
    </w:p>
    <w:p>
      <w:pPr>
        <w:pStyle w:val="Heading3"/>
      </w:pPr>
      <w:r>
        <w:t>Creating rosters</w:t>
      </w:r>
    </w:p>
    <w:p>
      <w:pPr>
        <w:pStyle w:val="ListNumber"/>
      </w:pPr>
      <w:r>
        <w:t>Go to More → Worship Schedule</w:t>
      </w:r>
    </w:p>
    <w:p>
      <w:pPr>
        <w:pStyle w:val="ListNumber"/>
      </w:pPr>
      <w:r>
        <w:t>Select a date range</w:t>
      </w:r>
    </w:p>
    <w:p>
      <w:pPr>
        <w:pStyle w:val="ListNumber"/>
      </w:pPr>
      <w:r>
        <w:t>Assign team members to roles (vocals, keys, drums, guitar, sound, etc.)</w:t>
      </w:r>
    </w:p>
    <w:p>
      <w:pPr>
        <w:pStyle w:val="ListNumber"/>
      </w:pPr>
      <w:r>
        <w:t>Publish the roster</w:t>
      </w:r>
    </w:p>
    <w:p>
      <w:pPr>
        <w:pStyle w:val="Heading3"/>
      </w:pPr>
      <w:r>
        <w:t>What happens when you publish</w:t>
      </w:r>
    </w:p>
    <w:p>
      <w:pPr>
        <w:pStyle w:val="ListBullet"/>
      </w:pPr>
      <w:r>
        <w:t>Assigned members receive a push notification</w:t>
      </w:r>
    </w:p>
    <w:p>
      <w:pPr>
        <w:pStyle w:val="ListBullet"/>
      </w:pPr>
      <w:r>
        <w:t>The assignment appears in their "My Schedule"</w:t>
      </w:r>
    </w:p>
    <w:p>
      <w:pPr>
        <w:pStyle w:val="ListBullet"/>
      </w:pPr>
      <w:r>
        <w:t>If Calendar Sync is enabled, it appears in their Google/Outlook calendar</w:t>
      </w:r>
    </w:p>
    <w:p>
      <w:pPr>
        <w:pStyle w:val="ListBullet"/>
      </w:pPr>
      <w:r>
        <w:t>Members can confirm or decline their assignment</w:t>
      </w:r>
    </w:p>
    <w:p>
      <w:pPr>
        <w:pStyle w:val="Heading3"/>
      </w:pPr>
      <w:r>
        <w:t>Managing availability</w:t>
      </w:r>
    </w:p>
    <w:p>
      <w:pPr>
        <w:pStyle w:val="ListBullet"/>
      </w:pPr>
      <w:r>
        <w:t>Team members can set their availability in advance</w:t>
      </w:r>
    </w:p>
    <w:p>
      <w:pPr>
        <w:pStyle w:val="ListBullet"/>
      </w:pPr>
      <w:r>
        <w:t>View availability when creating rosters to avoid conflicts</w:t>
      </w:r>
    </w:p>
    <w:p>
      <w:pPr>
        <w:pStyle w:val="ListBullet"/>
      </w:pPr>
      <w:r>
        <w:t>The system warns you if you assign someone who marked themselves unavailable</w:t>
      </w:r>
    </w:p>
    <w:p>
      <w:pPr>
        <w:pStyle w:val="Heading3"/>
      </w:pPr>
      <w:r>
        <w:t>Assigning Instruments / Voice Types</w:t>
      </w:r>
    </w:p>
    <w:p>
      <w:r>
        <w:t xml:space="preserve">Instruments and voice types are assigned by </w:t>
      </w:r>
      <w:r>
        <w:rPr>
          <w:b/>
        </w:rPr>
        <w:t>Worship Leaders</w:t>
      </w:r>
      <w:r>
        <w:t xml:space="preserve">, </w:t>
      </w:r>
      <w:r>
        <w:rPr>
          <w:b/>
        </w:rPr>
        <w:t>Church Leaders</w:t>
      </w:r>
      <w:r>
        <w:t xml:space="preserve">, and </w:t>
      </w:r>
      <w:r>
        <w:rPr>
          <w:b/>
        </w:rPr>
        <w:t>Admins</w:t>
      </w:r>
      <w:r>
        <w:t xml:space="preserve"> only. Regular members do </w:t>
      </w:r>
      <w:r>
        <w:rPr>
          <w:b/>
        </w:rPr>
        <w:t>not</w:t>
      </w:r>
      <w:r>
        <w:t xml:space="preserve"> have access to edit their own instruments or voice type.</w:t>
      </w:r>
    </w:p>
    <w:p>
      <w:r>
        <w:t>To assign instruments to a team member:</w:t>
      </w:r>
    </w:p>
    <w:p>
      <w:pPr>
        <w:pStyle w:val="ListNumber"/>
      </w:pPr>
      <w:r>
        <w:t>Go to More → Manage Worship Team</w:t>
      </w:r>
    </w:p>
    <w:p>
      <w:pPr>
        <w:pStyle w:val="ListNumber"/>
      </w:pPr>
      <w:r>
        <w:t>View the volunteer list</w:t>
      </w:r>
    </w:p>
    <w:p>
      <w:pPr>
        <w:pStyle w:val="ListNumber"/>
      </w:pPr>
      <w:r>
        <w:t>Tap a member's name</w:t>
      </w:r>
    </w:p>
    <w:p>
      <w:pPr>
        <w:pStyle w:val="ListNumber"/>
      </w:pPr>
      <w:r>
        <w:t>Select their instruments and/or voice type from the available options</w:t>
      </w:r>
    </w:p>
    <w:p>
      <w:pPr>
        <w:pStyle w:val="ListNumber"/>
      </w:pPr>
      <w:r>
        <w:t>Toggle their primary instrument if applicable</w:t>
      </w:r>
    </w:p>
    <w:p>
      <w:pPr>
        <w:pStyle w:val="ListNumber"/>
      </w:pPr>
      <w:r>
        <w:t>Tap Save</w:t>
      </w:r>
    </w:p>
    <w:p>
      <w:r>
        <w:t xml:space="preserve">Alternatively, use </w:t>
      </w:r>
      <w:r>
        <w:rPr>
          <w:b/>
        </w:rPr>
        <w:t>More → Assign Instruments</w:t>
      </w:r>
      <w:r>
        <w:t xml:space="preserve"> for a streamlined view focused on instrument/voice assignments.</w:t>
      </w:r>
    </w:p>
    <w:p>
      <w:r>
        <w:t xml:space="preserve">&gt; </w:t>
      </w:r>
      <w:r>
        <w:rPr>
          <w:b/>
        </w:rPr>
        <w:t>Note:</w:t>
      </w:r>
      <w:r>
        <w:t xml:space="preserve"> The Worship Profile screen has been removed from the member's "More" screen as of v4.2.0. Members can no longer self-assign their instruments — this is now a leader-managed function.</w:t>
      </w:r>
    </w:p>
    <w:p/>
    <w:p>
      <w:pPr>
        <w:pStyle w:val="Heading2"/>
      </w:pPr>
      <w:r>
        <w:t>Calendar Sync Setup</w:t>
      </w:r>
    </w:p>
    <w:p>
      <w:pPr>
        <w:pStyle w:val="Heading3"/>
      </w:pPr>
      <w:r>
        <w:t>Enabling for your church</w:t>
      </w:r>
    </w:p>
    <w:p>
      <w:pPr>
        <w:pStyle w:val="ListNumber"/>
      </w:pPr>
      <w:r>
        <w:t>Log into the platform admin panel</w:t>
      </w:r>
    </w:p>
    <w:p>
      <w:pPr>
        <w:pStyle w:val="ListNumber"/>
      </w:pPr>
      <w:r>
        <w:t>Enable the Calendar Sync feature flag for your church</w:t>
      </w:r>
    </w:p>
    <w:p>
      <w:pPr>
        <w:pStyle w:val="ListNumber"/>
      </w:pPr>
      <w:r>
        <w:t>Members will see the Calendar Sync option under More</w:t>
      </w:r>
    </w:p>
    <w:p>
      <w:pPr>
        <w:pStyle w:val="Heading3"/>
      </w:pPr>
      <w:r>
        <w:t>How it works</w:t>
      </w:r>
    </w:p>
    <w:p>
      <w:pPr>
        <w:pStyle w:val="ListBullet"/>
      </w:pPr>
      <w:r>
        <w:t>Each member connects their own calendar (Google or Outlook)</w:t>
      </w:r>
    </w:p>
    <w:p>
      <w:pPr>
        <w:pStyle w:val="ListBullet"/>
      </w:pPr>
      <w:r>
        <w:t>Speiro writes church events to their calendar — it doesn't read personal events</w:t>
      </w:r>
    </w:p>
    <w:p>
      <w:pPr>
        <w:pStyle w:val="ListBullet"/>
      </w:pPr>
      <w:r>
        <w:t>Events sync based on the member's assignments and group memberships</w:t>
      </w:r>
    </w:p>
    <w:p>
      <w:pPr>
        <w:pStyle w:val="ListBullet"/>
      </w:pPr>
      <w:r>
        <w:t>Schedule changes in Speiro automatically update in members' calendars</w:t>
      </w:r>
    </w:p>
    <w:p>
      <w:pPr>
        <w:pStyle w:val="Heading3"/>
      </w:pPr>
      <w:r>
        <w:t>What syncs for members</w:t>
      </w:r>
    </w:p>
    <w:p>
      <w:pPr>
        <w:pStyle w:val="ListBullet"/>
      </w:pPr>
      <w:r>
        <w:t>Service assignments (worship team, sound, ushers, etc.)</w:t>
      </w:r>
    </w:p>
    <w:p>
      <w:pPr>
        <w:pStyle w:val="ListBullet"/>
      </w:pPr>
      <w:r>
        <w:t>Cell group meetings (recurring)</w:t>
      </w:r>
    </w:p>
    <w:p>
      <w:pPr>
        <w:pStyle w:val="ListBullet"/>
      </w:pPr>
      <w:r>
        <w:t>Rehearsals</w:t>
      </w:r>
    </w:p>
    <w:p>
      <w:pPr>
        <w:pStyle w:val="ListBullet"/>
      </w:pPr>
      <w:r>
        <w:t>Church events they've RSVP'd to</w:t>
      </w:r>
    </w:p>
    <w:p>
      <w:pPr>
        <w:pStyle w:val="Heading3"/>
      </w:pPr>
      <w:r>
        <w:t>No additional configuration needed</w:t>
      </w:r>
    </w:p>
    <w:p>
      <w:r>
        <w:t>Once the feature flag is enabled, members self-serve. They connect their own calendar account and manage their own sync preferences.</w:t>
      </w:r>
    </w:p>
    <w:p/>
    <w:p>
      <w:pPr>
        <w:pStyle w:val="Heading2"/>
      </w:pPr>
      <w:r>
        <w:t>Giving / Netcash Configuration</w:t>
      </w:r>
    </w:p>
    <w:p>
      <w:pPr>
        <w:pStyle w:val="Heading3"/>
      </w:pPr>
      <w:r>
        <w:t>Setting up giving</w:t>
      </w:r>
    </w:p>
    <w:p>
      <w:pPr>
        <w:pStyle w:val="ListNumber"/>
      </w:pPr>
      <w:r>
        <w:t>Ensure you have a Netcash merchant account (register at netcash.co.za if needed)</w:t>
      </w:r>
    </w:p>
    <w:p>
      <w:pPr>
        <w:pStyle w:val="ListNumber"/>
      </w:pPr>
      <w:r>
        <w:t>Log into the platform admin panel</w:t>
      </w:r>
    </w:p>
    <w:p>
      <w:pPr>
        <w:pStyle w:val="ListNumber"/>
      </w:pPr>
      <w:r>
        <w:t>Enable the Giving feature flag</w:t>
      </w:r>
    </w:p>
    <w:p>
      <w:pPr>
        <w:pStyle w:val="ListNumber"/>
      </w:pPr>
      <w:r>
        <w:t>Enter your Netcash service key</w:t>
      </w:r>
    </w:p>
    <w:p>
      <w:pPr>
        <w:pStyle w:val="ListNumber"/>
      </w:pPr>
      <w:r>
        <w:t>Save and test with a small donation</w:t>
      </w:r>
    </w:p>
    <w:p>
      <w:pPr>
        <w:pStyle w:val="Heading3"/>
      </w:pPr>
      <w:r>
        <w:t>Viewing giving reports</w:t>
      </w:r>
    </w:p>
    <w:p>
      <w:pPr>
        <w:pStyle w:val="ListBullet"/>
      </w:pPr>
      <w:r>
        <w:t>Go to the Give tab as an admin</w:t>
      </w:r>
    </w:p>
    <w:p>
      <w:pPr>
        <w:pStyle w:val="ListBullet"/>
      </w:pPr>
      <w:r>
        <w:t>View donation totals by period (weekly, monthly, yearly)</w:t>
      </w:r>
    </w:p>
    <w:p>
      <w:pPr>
        <w:pStyle w:val="ListBullet"/>
      </w:pPr>
      <w:r>
        <w:t>See individual donation history (for receipting purposes)</w:t>
      </w:r>
    </w:p>
    <w:p>
      <w:pPr>
        <w:pStyle w:val="ListBullet"/>
      </w:pPr>
      <w:r>
        <w:t>Export reports for your church treasurer</w:t>
      </w:r>
    </w:p>
    <w:p>
      <w:pPr>
        <w:pStyle w:val="Heading3"/>
      </w:pPr>
      <w:r>
        <w:t>Member experience</w:t>
      </w:r>
    </w:p>
    <w:p>
      <w:pPr>
        <w:pStyle w:val="ListBullet"/>
      </w:pPr>
      <w:r>
        <w:t>Members tap Give → enter amount → complete on Netcash</w:t>
      </w:r>
    </w:p>
    <w:p>
      <w:pPr>
        <w:pStyle w:val="ListBullet"/>
      </w:pPr>
      <w:r>
        <w:t>Card details are handled entirely by Netcash (PCI compliant)</w:t>
      </w:r>
    </w:p>
    <w:p>
      <w:pPr>
        <w:pStyle w:val="ListBullet"/>
      </w:pPr>
      <w:r>
        <w:t>Speiro never stores payment card information</w:t>
      </w:r>
    </w:p>
    <w:p>
      <w:pPr>
        <w:pStyle w:val="Heading3"/>
      </w:pPr>
      <w:r>
        <w:t>Bursar — EFT / Cash Capture &amp; Verification</w:t>
      </w:r>
    </w:p>
    <w:p>
      <w:r>
        <w:t xml:space="preserve">For offline giving (EFT and cash), the </w:t>
      </w:r>
      <w:r>
        <w:rPr>
          <w:b/>
        </w:rPr>
        <w:t>Bursar</w:t>
      </w:r>
      <w:r>
        <w:t xml:space="preserve"> module lets staff record payments manually with </w:t>
      </w:r>
      <w:r>
        <w:rPr>
          <w:b/>
        </w:rPr>
        <w:t>segregation of duties</w:t>
      </w:r>
      <w:r>
        <w:t>:</w:t>
      </w:r>
    </w:p>
    <w:p>
      <w:pPr>
        <w:pStyle w:val="ListBullet"/>
      </w:pPr>
      <w:r>
        <w:t>Bursar_Capture role — records an EFT/cash payment (amount, type, category, optional member). It's saved as *pending verification* and does not count toward giving totals yet.</w:t>
      </w:r>
    </w:p>
    <w:p>
      <w:pPr>
        <w:pStyle w:val="ListBullet"/>
      </w:pPr>
      <w:r>
        <w:t>Bursar_Verify role — sees the pending queue and verifies, amends, or rejects each payment. Only on verification does it count toward totals.</w:t>
      </w:r>
    </w:p>
    <w:p>
      <w:r/>
      <w:r>
        <w:rPr>
          <w:b/>
        </w:rPr>
        <w:t>Segregation of duties (enforced by the system):</w:t>
      </w:r>
      <w:r>
        <w:t xml:space="preserve"> the person who *captured* a payment can never verify, amend, or reject that same payment — even an Admin. "Verify All" automatically skips anything you captured yourself. Amending an amount and rejecting a payment both </w:t>
      </w:r>
      <w:r>
        <w:rPr>
          <w:b/>
        </w:rPr>
        <w:t>require a reason</w:t>
      </w:r>
      <w:r>
        <w:t>, which is recorded.</w:t>
      </w:r>
    </w:p>
    <w:p>
      <w:r>
        <w:t xml:space="preserve">Everything a bursar does is written to the </w:t>
      </w:r>
      <w:r>
        <w:rPr>
          <w:b/>
        </w:rPr>
        <w:t>Audit Log</w:t>
      </w:r>
      <w:r>
        <w:t xml:space="preserve"> (capture, verify, amend, reject — with the reason).</w:t>
      </w:r>
    </w:p>
    <w:p>
      <w:r/>
      <w:r>
        <w:rPr>
          <w:b/>
        </w:rPr>
        <w:t>Single-purpose logins:</w:t>
      </w:r>
      <w:r>
        <w:t xml:space="preserve"> a user given *only* `Bursar_Capture` or *only* `Bursar_Verify` (and no admin-type role) sees a stripped-down menu with just their bursar function — useful for a dedicated capturer or verifier. Available on the web admin and the mobile app (More → Bursar).</w:t>
      </w:r>
    </w:p>
    <w:p/>
    <w:p>
      <w:pPr>
        <w:pStyle w:val="Heading2"/>
      </w:pPr>
      <w:r>
        <w:t>Attendance &amp; Check-In</w:t>
      </w:r>
    </w:p>
    <w:p>
      <w:r>
        <w:t>*Check-In tab*</w:t>
      </w:r>
    </w:p>
    <w:p>
      <w:pPr>
        <w:pStyle w:val="Heading3"/>
      </w:pPr>
      <w:r>
        <w:t>Service check-in</w:t>
      </w:r>
    </w:p>
    <w:p>
      <w:pPr>
        <w:pStyle w:val="ListNumber"/>
      </w:pPr>
      <w:r>
        <w:t>Select the service (date and time)</w:t>
      </w:r>
    </w:p>
    <w:p>
      <w:pPr>
        <w:pStyle w:val="ListNumber"/>
      </w:pPr>
      <w:r>
        <w:t>Members check in via:</w:t>
      </w:r>
    </w:p>
    <w:p>
      <w:pPr>
        <w:pStyle w:val="ListBullet"/>
      </w:pPr>
      <w:r>
        <w:t>QR code scan at the door</w:t>
      </w:r>
    </w:p>
    <w:p>
      <w:pPr>
        <w:pStyle w:val="ListBullet"/>
      </w:pPr>
      <w:r>
        <w:t>Manual check-in by an usher/admin</w:t>
      </w:r>
    </w:p>
    <w:p>
      <w:pPr>
        <w:pStyle w:val="ListNumber"/>
      </w:pPr>
      <w:r>
        <w:t>View real-time attendance count</w:t>
      </w:r>
    </w:p>
    <w:p>
      <w:pPr>
        <w:pStyle w:val="Heading3"/>
      </w:pPr>
      <w:r>
        <w:t>Children's check-in</w:t>
      </w:r>
    </w:p>
    <w:p>
      <w:r>
        <w:t xml:space="preserve">If enabled, the </w:t>
      </w:r>
      <w:r>
        <w:rPr>
          <w:b/>
        </w:rPr>
        <w:t>Children Check-In</w:t>
      </w:r>
      <w:r>
        <w:t xml:space="preserve"> feature provides:</w:t>
      </w:r>
    </w:p>
    <w:p>
      <w:pPr>
        <w:pStyle w:val="ListBullet"/>
      </w:pPr>
      <w:r>
        <w:t>Parent check-in / check-out with security codes</w:t>
      </w:r>
    </w:p>
    <w:p>
      <w:pPr>
        <w:pStyle w:val="ListBullet"/>
      </w:pPr>
      <w:r>
        <w:t>Allergy and medical notes visible to children's workers</w:t>
      </w:r>
    </w:p>
    <w:p>
      <w:pPr>
        <w:pStyle w:val="ListBullet"/>
      </w:pPr>
      <w:r>
        <w:t>Attendance tracking per child</w:t>
      </w:r>
    </w:p>
    <w:p>
      <w:pPr>
        <w:pStyle w:val="ListBullet"/>
      </w:pPr>
      <w:r>
        <w:t>A staffed web kiosk (People → Children Check-In) for families without the app, with printed sticker tags (parent pickup tag + child name tags, matching code + QR, allergy/medical banner) and a visitor/guest path</w:t>
      </w:r>
    </w:p>
    <w:p>
      <w:r/>
      <w:r>
        <w:rPr>
          <w:b/>
        </w:rPr>
        <w:t>Every checkout is audit-logged</w:t>
      </w:r>
      <w:r>
        <w:t xml:space="preserve"> — code-based, QR, PIN, and manual override — so there's a complete record of who released which child and how.</w:t>
      </w:r>
    </w:p>
    <w:p>
      <w:r/>
      <w:r>
        <w:rPr>
          <w:b/>
        </w:rPr>
        <w:t>Manual override (no code):</w:t>
      </w:r>
      <w:r>
        <w:t xml:space="preserve"> if a parent lost their tag, staff can release a child </w:t>
      </w:r>
      <w:r>
        <w:rPr>
          <w:b/>
        </w:rPr>
        <w:t>without</w:t>
      </w:r>
      <w:r>
        <w:t xml:space="preserve"> the security code via the red "Manual check-out" option. This </w:t>
      </w:r>
      <w:r>
        <w:rPr>
          <w:b/>
        </w:rPr>
        <w:t>requires a mandatory reason</w:t>
      </w:r>
      <w:r>
        <w:t>, is flagged as an override, and is recorded in the audit log with that reason.</w:t>
      </w:r>
    </w:p>
    <w:p>
      <w:r>
        <w:t xml:space="preserve">&gt; Note: the feature is labelled </w:t>
      </w:r>
      <w:r>
        <w:rPr>
          <w:b/>
        </w:rPr>
        <w:t>"Children Check-In"</w:t>
      </w:r>
      <w:r>
        <w:t xml:space="preserve"> throughout (previously "Kids Check-In").</w:t>
      </w:r>
    </w:p>
    <w:p>
      <w:pPr>
        <w:pStyle w:val="Heading3"/>
      </w:pPr>
      <w:r>
        <w:t>Attendance reports</w:t>
      </w:r>
    </w:p>
    <w:p>
      <w:pPr>
        <w:pStyle w:val="ListBullet"/>
      </w:pPr>
      <w:r>
        <w:t>View trends over time (weekly, monthly)</w:t>
      </w:r>
    </w:p>
    <w:p>
      <w:pPr>
        <w:pStyle w:val="ListBullet"/>
      </w:pPr>
      <w:r>
        <w:t>Compare attendance across services and campuses</w:t>
      </w:r>
    </w:p>
    <w:p>
      <w:pPr>
        <w:pStyle w:val="ListBullet"/>
      </w:pPr>
      <w:r>
        <w:t>Identify growth or decline patterns</w:t>
      </w:r>
    </w:p>
    <w:p/>
    <w:p>
      <w:pPr>
        <w:pStyle w:val="Heading2"/>
      </w:pPr>
      <w:r>
        <w:t>Language Settings</w:t>
      </w:r>
    </w:p>
    <w:p>
      <w:r>
        <w:t>*More → Language*</w:t>
      </w:r>
    </w:p>
    <w:p>
      <w:r>
        <w:t>The app supports four languages:</w:t>
      </w:r>
    </w:p>
    <w:p>
      <w:pPr>
        <w:pStyle w:val="ListBullet"/>
      </w:pPr>
      <w:r>
        <w:t>English</w:t>
      </w:r>
    </w:p>
    <w:p>
      <w:pPr>
        <w:pStyle w:val="ListBullet"/>
      </w:pPr>
      <w:r>
        <w:t>Afrikaans</w:t>
      </w:r>
    </w:p>
    <w:p>
      <w:pPr>
        <w:pStyle w:val="ListBullet"/>
      </w:pPr>
      <w:r>
        <w:t>isiZulu</w:t>
      </w:r>
    </w:p>
    <w:p>
      <w:pPr>
        <w:pStyle w:val="ListBullet"/>
      </w:pPr>
      <w:r>
        <w:t>isiXhosa</w:t>
      </w:r>
    </w:p>
    <w:p>
      <w:r>
        <w:t>Select your preferred language — the app switches immediately.</w:t>
      </w:r>
    </w:p>
    <w:p>
      <w:r/>
      <w:r>
        <w:rPr>
          <w:b/>
        </w:rPr>
        <w:t>For your members:</w:t>
      </w:r>
      <w:r>
        <w:t xml:space="preserve"> Encourage members to set their preferred language. The app interface (buttons, labels, menus) translates fully. Content you create (announcements, devotions) appears in whatever language you write it in.</w:t>
      </w:r>
    </w:p>
    <w:p>
      <w:r/>
      <w:r>
        <w:rPr>
          <w:b/>
        </w:rPr>
        <w:t>Tip:</w:t>
      </w:r>
      <w:r>
        <w:t xml:space="preserve"> If your congregation is multilingual, consider writing key announcements in multiple languages or using the language your majority speaks.</w:t>
      </w:r>
    </w:p>
    <w:p/>
    <w:p>
      <w:pPr>
        <w:pStyle w:val="Heading2"/>
      </w:pPr>
      <w:r>
        <w:t>Offline Mode (Admin Perspective)</w:t>
      </w:r>
    </w:p>
    <w:p>
      <w:pPr>
        <w:pStyle w:val="Heading3"/>
      </w:pPr>
      <w:r>
        <w:t>How offline works for your members</w:t>
      </w:r>
    </w:p>
    <w:p>
      <w:pPr>
        <w:pStyle w:val="ListBullet"/>
      </w:pPr>
      <w:r>
        <w:t>Members can access cached data without internet</w:t>
      </w:r>
    </w:p>
    <w:p>
      <w:pPr>
        <w:pStyle w:val="ListBullet"/>
      </w:pPr>
      <w:r>
        <w:t>Changes made offline queue locally and sync when reconnected</w:t>
      </w:r>
    </w:p>
    <w:p>
      <w:pPr>
        <w:pStyle w:val="ListBullet"/>
      </w:pPr>
      <w:r>
        <w:t>The app shows an "Offline" banner so members know their connection state</w:t>
      </w:r>
    </w:p>
    <w:p>
      <w:pPr>
        <w:pStyle w:val="Heading3"/>
      </w:pPr>
      <w:r>
        <w:t>What this means for you</w:t>
      </w:r>
    </w:p>
    <w:p>
      <w:pPr>
        <w:pStyle w:val="ListBullet"/>
      </w:pPr>
      <w:r>
        <w:t>Members in areas with poor connectivity can still use the app</w:t>
      </w:r>
    </w:p>
    <w:p>
      <w:pPr>
        <w:pStyle w:val="ListBullet"/>
      </w:pPr>
      <w:r>
        <w:t>Data entered offline (attendance, prayer requests) syncs when they reconnect</w:t>
      </w:r>
    </w:p>
    <w:p>
      <w:pPr>
        <w:pStyle w:val="ListBullet"/>
      </w:pPr>
      <w:r>
        <w:t>There may be a delay between when you publish content and when offline members see it</w:t>
      </w:r>
    </w:p>
    <w:p>
      <w:pPr>
        <w:pStyle w:val="ListBullet"/>
      </w:pPr>
      <w:r>
        <w:t>Conflict resolution: if the same record is edited offline by two people, the app prompts the user to choose which version to keep</w:t>
      </w:r>
    </w:p>
    <w:p>
      <w:pPr>
        <w:pStyle w:val="Heading3"/>
      </w:pPr>
      <w:r>
        <w:t>Optimising for offline members</w:t>
      </w:r>
    </w:p>
    <w:p>
      <w:pPr>
        <w:pStyle w:val="ListBullet"/>
      </w:pPr>
      <w:r>
        <w:t>Publish announcements and devotions early (gives time for members to cache while connected)</w:t>
      </w:r>
    </w:p>
    <w:p>
      <w:pPr>
        <w:pStyle w:val="ListBullet"/>
      </w:pPr>
      <w:r>
        <w:t>Keep media files small (large images take longer to cache)</w:t>
      </w:r>
    </w:p>
    <w:p>
      <w:pPr>
        <w:pStyle w:val="ListBullet"/>
      </w:pPr>
      <w:r>
        <w:t>Encourage members to open the app on Wi-Fi periodically to sync</w:t>
      </w:r>
    </w:p>
    <w:p/>
    <w:p>
      <w:pPr>
        <w:pStyle w:val="Heading2"/>
      </w:pPr>
      <w:r>
        <w:t>Security &amp; Biometrics</w:t>
      </w:r>
    </w:p>
    <w:p>
      <w:pPr>
        <w:pStyle w:val="Heading3"/>
      </w:pPr>
      <w:r>
        <w:t>Biometric login</w:t>
      </w:r>
    </w:p>
    <w:p>
      <w:r>
        <w:t>After first password login, the app offers biometric authentication:</w:t>
      </w:r>
    </w:p>
    <w:p>
      <w:pPr>
        <w:pStyle w:val="ListBullet"/>
      </w:pPr>
      <w:r>
        <w:t>Face ID (iPhone X+)</w:t>
      </w:r>
    </w:p>
    <w:p>
      <w:pPr>
        <w:pStyle w:val="ListBullet"/>
      </w:pPr>
      <w:r>
        <w:t>Fingerprint (Android, iPhone 8 and earlier)</w:t>
      </w:r>
    </w:p>
    <w:p>
      <w:r>
        <w:t xml:space="preserve">Enable later via </w:t>
      </w:r>
      <w:r>
        <w:rPr>
          <w:b/>
        </w:rPr>
        <w:t>More → Account → Use Face ID / Fingerprint</w:t>
      </w:r>
      <w:r>
        <w:t>.</w:t>
      </w:r>
    </w:p>
    <w:p>
      <w:pPr>
        <w:pStyle w:val="Heading3"/>
      </w:pPr>
      <w:r>
        <w:t>Privacy &amp; Data</w:t>
      </w:r>
    </w:p>
    <w:p>
      <w:r>
        <w:t>*More → Privacy &amp; Data*</w:t>
      </w:r>
    </w:p>
    <w:p>
      <w:pPr>
        <w:pStyle w:val="ListBullet"/>
      </w:pPr>
      <w:r>
        <w:t>View and manage data consent preferences</w:t>
      </w:r>
    </w:p>
    <w:p>
      <w:pPr>
        <w:pStyle w:val="ListBullet"/>
      </w:pPr>
      <w:r>
        <w:t>POPIA compliant — built-in consent management</w:t>
      </w:r>
    </w:p>
    <w:p>
      <w:pPr>
        <w:pStyle w:val="ListBullet"/>
      </w:pPr>
      <w:r>
        <w:t>Data hosted in AWS Cape Town (af-south-1)</w:t>
      </w:r>
    </w:p>
    <w:p>
      <w:pPr>
        <w:pStyle w:val="ListBullet"/>
      </w:pPr>
      <w:r>
        <w:t>Each church's data is isolated via row-level security</w:t>
      </w:r>
    </w:p>
    <w:p>
      <w:pPr>
        <w:pStyle w:val="ListBullet"/>
      </w:pPr>
      <w:r>
        <w:t>Members can request data deletion (you'll receive the request to process)</w:t>
      </w:r>
    </w:p>
    <w:p>
      <w:pPr>
        <w:pStyle w:val="Heading3"/>
      </w:pPr>
      <w:r>
        <w:t>Data you can access</w:t>
      </w:r>
    </w:p>
    <w:p>
      <w:r>
        <w:t>As an admin, you can see:</w:t>
      </w:r>
    </w:p>
    <w:p>
      <w:pPr>
        <w:pStyle w:val="ListBullet"/>
      </w:pPr>
      <w:r>
        <w:t>Member registration information (name, email, phone)</w:t>
      </w:r>
    </w:p>
    <w:p>
      <w:pPr>
        <w:pStyle w:val="ListBullet"/>
      </w:pPr>
      <w:r>
        <w:t>Group memberships and roles</w:t>
      </w:r>
    </w:p>
    <w:p>
      <w:pPr>
        <w:pStyle w:val="ListBullet"/>
      </w:pPr>
      <w:r>
        <w:t>Attendance records</w:t>
      </w:r>
    </w:p>
    <w:p>
      <w:pPr>
        <w:pStyle w:val="ListBullet"/>
      </w:pPr>
      <w:r>
        <w:t>Giving totals (not card details)</w:t>
      </w:r>
    </w:p>
    <w:p>
      <w:pPr>
        <w:pStyle w:val="ListBullet"/>
      </w:pPr>
      <w:r>
        <w:t>Devotion read counts</w:t>
      </w:r>
    </w:p>
    <w:p>
      <w:r>
        <w:t>You cannot see:</w:t>
      </w:r>
    </w:p>
    <w:p>
      <w:pPr>
        <w:pStyle w:val="ListBullet"/>
      </w:pPr>
      <w:r>
        <w:t>Member device information</w:t>
      </w:r>
    </w:p>
    <w:p>
      <w:pPr>
        <w:pStyle w:val="ListBullet"/>
      </w:pPr>
      <w:r>
        <w:t>Biometric data</w:t>
      </w:r>
    </w:p>
    <w:p>
      <w:pPr>
        <w:pStyle w:val="ListBullet"/>
      </w:pPr>
      <w:r>
        <w:t>Payment card details</w:t>
      </w:r>
    </w:p>
    <w:p>
      <w:pPr>
        <w:pStyle w:val="ListBullet"/>
      </w:pPr>
      <w:r>
        <w:t>Members' personal calendar content</w:t>
      </w:r>
    </w:p>
    <w:p/>
    <w:p>
      <w:pPr>
        <w:pStyle w:val="Heading2"/>
      </w:pPr>
      <w:r>
        <w:t>Reports &amp; Analytics</w:t>
      </w:r>
    </w:p>
    <w:p>
      <w:r>
        <w:t>*More → Reports*</w:t>
      </w:r>
    </w:p>
    <w:p>
      <w:r>
        <w:t xml:space="preserve">The Reports module provides comprehensive insights into your church's health, engagement, and growth. Access all reports from the </w:t>
      </w:r>
      <w:r>
        <w:rPr>
          <w:b/>
        </w:rPr>
        <w:t>Reports</w:t>
      </w:r>
      <w:r>
        <w:t xml:space="preserve"> menu in the church admin navigation.</w:t>
      </w:r>
    </w:p>
    <w:p>
      <w:pPr>
        <w:pStyle w:val="Heading3"/>
      </w:pPr>
      <w:r>
        <w:t>Available Reports</w:t>
      </w:r>
    </w:p>
    <w:tbl>
      <w:tblPr>
        <w:tblStyle w:val="TableGrid"/>
        <w:tblW w:type="auto" w:w="0"/>
        <w:tblLook w:firstColumn="1" w:firstRow="1" w:lastColumn="0" w:lastRow="0" w:noHBand="0" w:noVBand="1" w:val="04A0"/>
      </w:tblPr>
      <w:tblGrid>
        <w:gridCol w:w="4320"/>
        <w:gridCol w:w="4320"/>
      </w:tblGrid>
      <w:tr>
        <w:tc>
          <w:tcPr>
            <w:tcW w:type="dxa" w:w="4320"/>
          </w:tcPr>
          <w:p>
            <w:r>
              <w:rPr>
                <w:b/>
              </w:rPr>
              <w:t>Report</w:t>
            </w:r>
          </w:p>
        </w:tc>
        <w:tc>
          <w:tcPr>
            <w:tcW w:type="dxa" w:w="4320"/>
          </w:tcPr>
          <w:p>
            <w:r>
              <w:rPr>
                <w:b/>
              </w:rPr>
              <w:t>Description</w:t>
            </w:r>
          </w:p>
        </w:tc>
      </w:tr>
      <w:tr>
        <w:tc>
          <w:tcPr>
            <w:tcW w:type="dxa" w:w="4320"/>
          </w:tcPr>
          <w:p>
            <w:r>
              <w:t>**Geographic Member Map**</w:t>
            </w:r>
          </w:p>
        </w:tc>
        <w:tc>
          <w:tcPr>
            <w:tcW w:type="dxa" w:w="4320"/>
          </w:tcPr>
          <w:p>
            <w:r>
              <w:t>Interactive map showing member home addresses as coloured pins grouped by cell group</w:t>
            </w:r>
          </w:p>
        </w:tc>
      </w:tr>
      <w:tr>
        <w:tc>
          <w:tcPr>
            <w:tcW w:type="dxa" w:w="4320"/>
          </w:tcPr>
          <w:p>
            <w:r>
              <w:t>**Attendance Reports**</w:t>
            </w:r>
          </w:p>
        </w:tc>
        <w:tc>
          <w:tcPr>
            <w:tcW w:type="dxa" w:w="4320"/>
          </w:tcPr>
          <w:p>
            <w:r>
              <w:t>Service attendance over time, by campus, with trend analysis</w:t>
            </w:r>
          </w:p>
        </w:tc>
      </w:tr>
      <w:tr>
        <w:tc>
          <w:tcPr>
            <w:tcW w:type="dxa" w:w="4320"/>
          </w:tcPr>
          <w:p>
            <w:r>
              <w:t>**Giving Reports**</w:t>
            </w:r>
          </w:p>
        </w:tc>
        <w:tc>
          <w:tcPr>
            <w:tcW w:type="dxa" w:w="4320"/>
          </w:tcPr>
          <w:p>
            <w:r>
              <w:t>Donation totals, trends, averages, and per-member history</w:t>
            </w:r>
          </w:p>
        </w:tc>
      </w:tr>
      <w:tr>
        <w:tc>
          <w:tcPr>
            <w:tcW w:type="dxa" w:w="4320"/>
          </w:tcPr>
          <w:p>
            <w:r>
              <w:t>**Demographics**</w:t>
            </w:r>
          </w:p>
        </w:tc>
        <w:tc>
          <w:tcPr>
            <w:tcW w:type="dxa" w:w="4320"/>
          </w:tcPr>
          <w:p>
            <w:r>
              <w:t>Member age, gender, and location breakdown</w:t>
            </w:r>
          </w:p>
        </w:tc>
      </w:tr>
      <w:tr>
        <w:tc>
          <w:tcPr>
            <w:tcW w:type="dxa" w:w="4320"/>
          </w:tcPr>
          <w:p>
            <w:r>
              <w:t>**Group Attendance**</w:t>
            </w:r>
          </w:p>
        </w:tc>
        <w:tc>
          <w:tcPr>
            <w:tcW w:type="dxa" w:w="4320"/>
          </w:tcPr>
          <w:p>
            <w:r>
              <w:t>Meeting frequency and member participation per group</w:t>
            </w:r>
          </w:p>
        </w:tc>
      </w:tr>
      <w:tr>
        <w:tc>
          <w:tcPr>
            <w:tcW w:type="dxa" w:w="4320"/>
          </w:tcPr>
          <w:p>
            <w:r>
              <w:t>**New/Inactive Members**</w:t>
            </w:r>
          </w:p>
        </w:tc>
        <w:tc>
          <w:tcPr>
            <w:tcW w:type="dxa" w:w="4320"/>
          </w:tcPr>
          <w:p>
            <w:r>
              <w:t>Members who recently joined or haven't engaged in 30+ days</w:t>
            </w:r>
          </w:p>
        </w:tc>
      </w:tr>
      <w:tr>
        <w:tc>
          <w:tcPr>
            <w:tcW w:type="dxa" w:w="4320"/>
          </w:tcPr>
          <w:p>
            <w:r>
              <w:t>**Volunteer Summary**</w:t>
            </w:r>
          </w:p>
        </w:tc>
        <w:tc>
          <w:tcPr>
            <w:tcW w:type="dxa" w:w="4320"/>
          </w:tcPr>
          <w:p>
            <w:r>
              <w:t>Fill rates, scheduling gaps, team load distribution</w:t>
            </w:r>
          </w:p>
        </w:tc>
      </w:tr>
    </w:tbl>
    <w:p/>
    <w:p>
      <w:pPr>
        <w:pStyle w:val="Heading3"/>
      </w:pPr>
      <w:r>
        <w:t>Geographic Member Map</w:t>
      </w:r>
    </w:p>
    <w:p>
      <w:r>
        <w:t>The geographic map plots member home addresses on an interactive Leaflet-based map. Each pin is colour-coded by cell group membership.</w:t>
      </w:r>
    </w:p>
    <w:p>
      <w:r/>
      <w:r>
        <w:rPr>
          <w:b/>
        </w:rPr>
        <w:t>Accessing the map:</w:t>
      </w:r>
      <w:r/>
    </w:p>
    <w:p>
      <w:pPr>
        <w:pStyle w:val="ListNumber"/>
      </w:pPr>
      <w:r>
        <w:t>Go to More → Reports → Geographic Map</w:t>
      </w:r>
    </w:p>
    <w:p>
      <w:pPr>
        <w:pStyle w:val="ListNumber"/>
      </w:pPr>
      <w:r>
        <w:t>The map loads with all geocoded member addresses</w:t>
      </w:r>
    </w:p>
    <w:p>
      <w:pPr>
        <w:pStyle w:val="ListNumber"/>
      </w:pPr>
      <w:r>
        <w:t>Use the group filter to show/hide specific groups</w:t>
      </w:r>
    </w:p>
    <w:p>
      <w:pPr>
        <w:pStyle w:val="ListNumber"/>
      </w:pPr>
      <w:r>
        <w:t>Tap a pin to see the member's name and group</w:t>
      </w:r>
    </w:p>
    <w:p>
      <w:r/>
      <w:r>
        <w:rPr>
          <w:b/>
        </w:rPr>
        <w:t>Cell group split suggestions:</w:t>
      </w:r>
      <w:r/>
    </w:p>
    <w:p>
      <w:pPr>
        <w:pStyle w:val="ListBullet"/>
      </w:pPr>
      <w:r>
        <w:t>When a group's members are geographically spread more than 5 km apart, the system flags the group with a split suggestion</w:t>
      </w:r>
    </w:p>
    <w:p>
      <w:pPr>
        <w:pStyle w:val="ListBullet"/>
      </w:pPr>
      <w:r>
        <w:t>The suggestion shows which members could form a closer sub-group</w:t>
      </w:r>
    </w:p>
    <w:p>
      <w:pPr>
        <w:pStyle w:val="ListBullet"/>
      </w:pPr>
      <w:r>
        <w:t>Use this to make informed decisions about creating new groups in underserved areas</w:t>
      </w:r>
    </w:p>
    <w:p>
      <w:r/>
      <w:r>
        <w:rPr>
          <w:b/>
        </w:rPr>
        <w:t>Batch geocoding:</w:t>
      </w:r>
      <w:r/>
    </w:p>
    <w:p>
      <w:pPr>
        <w:pStyle w:val="ListBullet"/>
      </w:pPr>
      <w:r>
        <w:t>If members' addresses haven't been geocoded yet, go to More → Reports → Geographic Map</w:t>
      </w:r>
    </w:p>
    <w:p>
      <w:pPr>
        <w:pStyle w:val="ListBullet"/>
      </w:pPr>
      <w:r>
        <w:t>Tap Trigger Batch Geocoding to process all un-geocoded addresses</w:t>
      </w:r>
    </w:p>
    <w:p>
      <w:pPr>
        <w:pStyle w:val="ListBullet"/>
      </w:pPr>
      <w:r>
        <w:t>Geocoding runs in the background — addresses are resolved via the mapping service</w:t>
      </w:r>
    </w:p>
    <w:p>
      <w:pPr>
        <w:pStyle w:val="ListBullet"/>
      </w:pPr>
      <w:r>
        <w:t>Once complete, pins appear on the map for all resolved addresses</w:t>
      </w:r>
    </w:p>
    <w:p>
      <w:r/>
      <w:r>
        <w:rPr>
          <w:b/>
        </w:rPr>
        <w:t>Requirements:</w:t>
      </w:r>
      <w:r/>
    </w:p>
    <w:p>
      <w:pPr>
        <w:pStyle w:val="ListBullet"/>
      </w:pPr>
      <w:r>
        <w:t>Members must have a home address in their profile (More → My Details)</w:t>
      </w:r>
    </w:p>
    <w:p>
      <w:pPr>
        <w:pStyle w:val="ListBullet"/>
      </w:pPr>
      <w:r>
        <w:t>Geocoding requires a valid address (street, suburb, city)</w:t>
      </w:r>
    </w:p>
    <w:p>
      <w:pPr>
        <w:pStyle w:val="ListBullet"/>
      </w:pPr>
      <w:r>
        <w:t>Addresses that can't be resolved will not appear on the map</w:t>
      </w:r>
    </w:p>
    <w:p>
      <w:pPr>
        <w:pStyle w:val="Heading3"/>
      </w:pPr>
      <w:r>
        <w:t>Other Reports</w:t>
      </w:r>
    </w:p>
    <w:p>
      <w:pPr>
        <w:pStyle w:val="ListBullet"/>
      </w:pPr>
      <w:r>
        <w:t>Membership: Total members, new registrations, growth trend</w:t>
      </w:r>
    </w:p>
    <w:p>
      <w:pPr>
        <w:pStyle w:val="ListBullet"/>
      </w:pPr>
      <w:r>
        <w:t>Attendance: Service attendance over time, by campus</w:t>
      </w:r>
    </w:p>
    <w:p>
      <w:pPr>
        <w:pStyle w:val="ListBullet"/>
      </w:pPr>
      <w:r>
        <w:t>Groups: Group health, meeting frequency, member participation</w:t>
      </w:r>
    </w:p>
    <w:p>
      <w:pPr>
        <w:pStyle w:val="ListBullet"/>
      </w:pPr>
      <w:r>
        <w:t>Giving: Donation totals, trends, averages</w:t>
      </w:r>
    </w:p>
    <w:p>
      <w:pPr>
        <w:pStyle w:val="ListBullet"/>
      </w:pPr>
      <w:r>
        <w:t>Engagement: App usage, devotion reads, notification opens</w:t>
      </w:r>
    </w:p>
    <w:p>
      <w:pPr>
        <w:pStyle w:val="ListBullet"/>
      </w:pPr>
      <w:r>
        <w:t>Volunteers: Fill rates, scheduling gaps, team load</w:t>
      </w:r>
    </w:p>
    <w:p>
      <w:pPr>
        <w:pStyle w:val="Heading3"/>
      </w:pPr>
      <w:r>
        <w:t>Exporting</w:t>
      </w:r>
    </w:p>
    <w:p>
      <w:r>
        <w:t>Reports can be exported as CSV for use in spreadsheets or board presentations.</w:t>
      </w:r>
    </w:p>
    <w:p/>
    <w:p>
      <w:pPr>
        <w:pStyle w:val="Heading2"/>
      </w:pPr>
      <w:r>
        <w:t>Audit Log</w:t>
      </w:r>
    </w:p>
    <w:p>
      <w:r>
        <w:t>*Web admin → Audit Logs*</w:t>
      </w:r>
    </w:p>
    <w:p>
      <w:r>
        <w:t>The Audit Log is the central, queryable record of security-sensitive actions in your church — including children checkouts (code / QR / PIN / manual override) and bursar activity (payment captured / verified / amount corrected / rejected).</w:t>
      </w:r>
    </w:p>
    <w:p>
      <w:pPr>
        <w:pStyle w:val="ListBullet"/>
      </w:pPr>
      <w:r>
        <w:t>Filter by Action (e.g. "Child checked out", "Payment verified", "Amount corrected") and by Type to narrow the list.</w:t>
      </w:r>
    </w:p>
    <w:p>
      <w:pPr>
        <w:pStyle w:val="ListBullet"/>
      </w:pPr>
      <w:r>
        <w:t>The Details column surfaces the important context — e.g. the reason for a manual child checkout or a payment correction/rejection, the child's name, the checkout method, or the corrected amount.</w:t>
      </w:r>
    </w:p>
    <w:p>
      <w:r>
        <w:t>Use it to answer "who did what, when, and why" for finance and child-safety accountability.</w:t>
      </w:r>
    </w:p>
    <w:p/>
    <w:p>
      <w:pPr>
        <w:pStyle w:val="Heading2"/>
      </w:pPr>
      <w:r>
        <w:t>Troubleshooting (Admin)</w:t>
      </w:r>
    </w:p>
    <w:tbl>
      <w:tblPr>
        <w:tblStyle w:val="TableGrid"/>
        <w:tblW w:type="auto" w:w="0"/>
        <w:tblLook w:firstColumn="1" w:firstRow="1" w:lastColumn="0" w:lastRow="0" w:noHBand="0" w:noVBand="1" w:val="04A0"/>
      </w:tblPr>
      <w:tblGrid>
        <w:gridCol w:w="4320"/>
        <w:gridCol w:w="4320"/>
      </w:tblGrid>
      <w:tr>
        <w:tc>
          <w:tcPr>
            <w:tcW w:type="dxa" w:w="4320"/>
          </w:tcPr>
          <w:p>
            <w:r>
              <w:rPr>
                <w:b/>
              </w:rPr>
              <w:t>Issue</w:t>
            </w:r>
          </w:p>
        </w:tc>
        <w:tc>
          <w:tcPr>
            <w:tcW w:type="dxa" w:w="4320"/>
          </w:tcPr>
          <w:p>
            <w:r>
              <w:rPr>
                <w:b/>
              </w:rPr>
              <w:t>Solution</w:t>
            </w:r>
          </w:p>
        </w:tc>
      </w:tr>
      <w:tr>
        <w:tc>
          <w:tcPr>
            <w:tcW w:type="dxa" w:w="4320"/>
          </w:tcPr>
          <w:p>
            <w:r>
              <w:t>"Feature not enabled" for members</w:t>
            </w:r>
          </w:p>
        </w:tc>
        <w:tc>
          <w:tcPr>
            <w:tcW w:type="dxa" w:w="4320"/>
          </w:tcPr>
          <w:p>
            <w:r>
              <w:t>Enable the feature in the platform admin panel</w:t>
            </w:r>
          </w:p>
        </w:tc>
      </w:tr>
      <w:tr>
        <w:tc>
          <w:tcPr>
            <w:tcW w:type="dxa" w:w="4320"/>
          </w:tcPr>
          <w:p>
            <w:r>
              <w:t>Member can't see admin features</w:t>
            </w:r>
          </w:p>
        </w:tc>
        <w:tc>
          <w:tcPr>
            <w:tcW w:type="dxa" w:w="4320"/>
          </w:tcPr>
          <w:p>
            <w:r>
              <w:t>Check their role assignment — they may need a role upgrade</w:t>
            </w:r>
          </w:p>
        </w:tc>
      </w:tr>
      <w:tr>
        <w:tc>
          <w:tcPr>
            <w:tcW w:type="dxa" w:w="4320"/>
          </w:tcPr>
          <w:p>
            <w:r>
              <w:t>Biometric login fails for members</w:t>
            </w:r>
          </w:p>
        </w:tc>
        <w:tc>
          <w:tcPr>
            <w:tcW w:type="dxa" w:w="4320"/>
          </w:tcPr>
          <w:p>
            <w:r>
              <w:t>Have them sign in with password — it re-enrolls automatically</w:t>
            </w:r>
          </w:p>
        </w:tc>
      </w:tr>
      <w:tr>
        <w:tc>
          <w:tcPr>
            <w:tcW w:type="dxa" w:w="4320"/>
          </w:tcPr>
          <w:p>
            <w:r>
              <w:t>Notifications not delivered</w:t>
            </w:r>
          </w:p>
        </w:tc>
        <w:tc>
          <w:tcPr>
            <w:tcW w:type="dxa" w:w="4320"/>
          </w:tcPr>
          <w:p>
            <w:r>
              <w:t>Check that members have notifications enabled on their devices</w:t>
            </w:r>
          </w:p>
        </w:tc>
      </w:tr>
      <w:tr>
        <w:tc>
          <w:tcPr>
            <w:tcW w:type="dxa" w:w="4320"/>
          </w:tcPr>
          <w:p>
            <w:r>
              <w:t>Logo not showing on login</w:t>
            </w:r>
          </w:p>
        </w:tc>
        <w:tc>
          <w:tcPr>
            <w:tcW w:type="dxa" w:w="4320"/>
          </w:tcPr>
          <w:p>
            <w:r>
              <w:t>Re-upload via Church Branding — ensure it's PNG/JPG under 2MB</w:t>
            </w:r>
          </w:p>
        </w:tc>
      </w:tr>
      <w:tr>
        <w:tc>
          <w:tcPr>
            <w:tcW w:type="dxa" w:w="4320"/>
          </w:tcPr>
          <w:p>
            <w:r>
              <w:t>Giving says "not configured"</w:t>
            </w:r>
          </w:p>
        </w:tc>
        <w:tc>
          <w:tcPr>
            <w:tcW w:type="dxa" w:w="4320"/>
          </w:tcPr>
          <w:p>
            <w:r>
              <w:t>Enter your Netcash service key in the platform admin panel</w:t>
            </w:r>
          </w:p>
        </w:tc>
      </w:tr>
      <w:tr>
        <w:tc>
          <w:tcPr>
            <w:tcW w:type="dxa" w:w="4320"/>
          </w:tcPr>
          <w:p>
            <w:r>
              <w:t>Calendar sync issues for members</w:t>
            </w:r>
          </w:p>
        </w:tc>
        <w:tc>
          <w:tcPr>
            <w:tcW w:type="dxa" w:w="4320"/>
          </w:tcPr>
          <w:p>
            <w:r>
              <w:t>Ensure the Calendar Sync feature flag is enabled; members manage their own connection</w:t>
            </w:r>
          </w:p>
        </w:tc>
      </w:tr>
      <w:tr>
        <w:tc>
          <w:tcPr>
            <w:tcW w:type="dxa" w:w="4320"/>
          </w:tcPr>
          <w:p>
            <w:r>
              <w:t>Member sees wrong menu/persona</w:t>
            </w:r>
          </w:p>
        </w:tc>
        <w:tc>
          <w:tcPr>
            <w:tcW w:type="dxa" w:w="4320"/>
          </w:tcPr>
          <w:p>
            <w:r>
              <w:t>Have them log out and back in after a role change</w:t>
            </w:r>
          </w:p>
        </w:tc>
      </w:tr>
      <w:tr>
        <w:tc>
          <w:tcPr>
            <w:tcW w:type="dxa" w:w="4320"/>
          </w:tcPr>
          <w:p>
            <w:r>
              <w:t>Language not changing</w:t>
            </w:r>
          </w:p>
        </w:tc>
        <w:tc>
          <w:tcPr>
            <w:tcW w:type="dxa" w:w="4320"/>
          </w:tcPr>
          <w:p>
            <w:r>
              <w:t>Have the member close and reopen the app after selecting</w:t>
            </w:r>
          </w:p>
        </w:tc>
      </w:tr>
    </w:tbl>
    <w:p/>
    <w:p>
      <w:r>
        <w:t>For detailed troubleshooting steps, see the [Troubleshooting Guide](../troubleshooting-guide.md).</w:t>
      </w:r>
    </w:p>
    <w:p/>
    <w:p>
      <w:pPr>
        <w:pStyle w:val="Heading2"/>
      </w:pPr>
      <w:r>
        <w:t>Contact &amp; Support</w:t>
      </w:r>
    </w:p>
    <w:p>
      <w:pPr>
        <w:pStyle w:val="ListBullet"/>
      </w:pPr>
      <w:r>
        <w:t>Platform admin panel: https://www.speiro.africa/admin/platform/</w:t>
      </w:r>
    </w:p>
    <w:p>
      <w:pPr>
        <w:pStyle w:val="ListBullet"/>
      </w:pPr>
      <w:r>
        <w:t>Email: support@speiro.africa</w:t>
      </w:r>
    </w:p>
    <w:p>
      <w:pPr>
        <w:pStyle w:val="ListBullet"/>
      </w:pPr>
      <w:r>
        <w:t>WhatsApp: Available on the Speiro website</w:t>
      </w:r>
    </w:p>
    <w:p>
      <w:pPr>
        <w:pStyle w:val="ListBullet"/>
      </w:pPr>
      <w:r>
        <w:t>Documentation: https://docs.speiro.africa</w:t>
      </w:r>
    </w:p>
    <w:p/>
    <w:p/>
    <w:p>
      <w:pPr>
        <w:pStyle w:val="Heading2"/>
      </w:pPr>
      <w:r>
        <w:t>App Version Display</w:t>
      </w:r>
    </w:p>
    <w:p>
      <w:r>
        <w:t xml:space="preserve">The current app version is displayed at the bottom of the </w:t>
      </w:r>
      <w:r>
        <w:rPr>
          <w:b/>
        </w:rPr>
        <w:t>More</w:t>
      </w:r>
      <w:r>
        <w:t xml:space="preserve"> screen for all users. It shows in the format:</w:t>
      </w:r>
    </w:p>
    <w:p>
      <w:r>
        <w:t>&gt; Speiro CMS vX.Y.Z (buildNumber)</w:t>
      </w:r>
    </w:p>
    <w:p>
      <w:r>
        <w:t>This helps with troubleshooting and confirming members are on the latest release.</w:t>
      </w:r>
    </w:p>
    <w:p/>
    <w:p>
      <w:r>
        <w:t>*Last updated for Speiro CMS v4.5.2*</w:t>
      </w:r>
    </w:p>
    <w:p/>
    <w:p>
      <w:pPr>
        <w:jc w:val="center"/>
      </w:pPr>
      <w:r>
        <w:rPr>
          <w:color w:val="6B7280"/>
          <w:sz w:val="18"/>
        </w:rPr>
        <w:t>© 2026 Speiro — Church Technology Solutions | www.speiro.africa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6A34A"/>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6A34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6A34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16A34A"/>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