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63040" cy="12234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eiro-logo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2234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16A34A"/>
          <w:sz w:val="28"/>
        </w:rPr>
        <w:t>Speiro Church Management System</w:t>
      </w:r>
    </w:p>
    <w:p/>
    <w:p>
      <w:pPr>
        <w:pStyle w:val="Heading1"/>
      </w:pPr>
      <w:r>
        <w:t>Auto Check-In — Feature Guide</w:t>
      </w:r>
    </w:p>
    <w:p>
      <w:r/>
      <w:r>
        <w:rPr>
          <w:b/>
        </w:rPr>
        <w:t>Feature Flag:</w:t>
      </w:r>
      <w:r>
        <w:t xml:space="preserve"> `auto_checkin` | </w:t>
      </w:r>
      <w:r>
        <w:rPr>
          <w:b/>
        </w:rPr>
        <w:t>Requires:</w:t>
      </w:r>
      <w:r>
        <w:t xml:space="preserve"> Member opt-in + church hardware/config</w:t>
      </w:r>
    </w:p>
    <w:p/>
    <w:p>
      <w:pPr>
        <w:pStyle w:val="Heading2"/>
      </w:pPr>
      <w:r>
        <w:t>Overview</w:t>
      </w:r>
    </w:p>
    <w:p>
      <w:r>
        <w:t>Auto Check-In uses proximity detection to automatically record member attendance when they arrive at church. No manual scanning, no QR codes — just walk in and you're counted.</w:t>
      </w:r>
    </w:p>
    <w:p/>
    <w:p>
      <w:pPr>
        <w:pStyle w:val="Heading2"/>
      </w:pPr>
      <w:r>
        <w:t>Detection Methods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Method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Platform</w:t>
            </w:r>
          </w:p>
        </w:tc>
        <w:tc>
          <w:tcPr>
            <w:tcW w:type="dxa" w:w="1728"/>
          </w:tcPr>
          <w:p>
            <w:r>
              <w:rPr>
                <w:b/>
              </w:rPr>
              <w:t>Hardware Needed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Range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Accuracy</w:t>
            </w:r>
          </w:p>
        </w:tc>
      </w:tr>
      <w:tr>
        <w:tc>
          <w:tcPr>
            <w:tcW w:type="dxa" w:w="1728"/>
          </w:tcPr>
          <w:p>
            <w:r>
              <w:t>**BLE Beacon** (recommended)</w:t>
            </w:r>
          </w:p>
        </w:tc>
        <w:tc>
          <w:tcPr>
            <w:tcW w:type="dxa" w:w="1728"/>
          </w:tcPr>
          <w:p>
            <w:r>
              <w:t>iOS + Android</w:t>
            </w:r>
          </w:p>
        </w:tc>
        <w:tc>
          <w:tcPr>
            <w:tcW w:type="dxa" w:w="1728"/>
          </w:tcPr>
          <w:p>
            <w:r>
              <w:t>1x iBeacon per building (~R500)</w:t>
            </w:r>
          </w:p>
        </w:tc>
        <w:tc>
          <w:tcPr>
            <w:tcW w:type="dxa" w:w="1728"/>
          </w:tcPr>
          <w:p>
            <w:r>
              <w:t>30-50m</w:t>
            </w:r>
          </w:p>
        </w:tc>
        <w:tc>
          <w:tcPr>
            <w:tcW w:type="dxa" w:w="1728"/>
          </w:tcPr>
          <w:p>
            <w:r>
              <w:t>High</w:t>
            </w:r>
          </w:p>
        </w:tc>
      </w:tr>
      <w:tr>
        <w:tc>
          <w:tcPr>
            <w:tcW w:type="dxa" w:w="1728"/>
          </w:tcPr>
          <w:p>
            <w:r>
              <w:t>**Geofence** (fallback)</w:t>
            </w:r>
          </w:p>
        </w:tc>
        <w:tc>
          <w:tcPr>
            <w:tcW w:type="dxa" w:w="1728"/>
          </w:tcPr>
          <w:p>
            <w:r>
              <w:t>iOS + Android</w:t>
            </w:r>
          </w:p>
        </w:tc>
        <w:tc>
          <w:tcPr>
            <w:tcW w:type="dxa" w:w="1728"/>
          </w:tcPr>
          <w:p>
            <w:r>
              <w:t>None (uses GPS)</w:t>
            </w:r>
          </w:p>
        </w:tc>
        <w:tc>
          <w:tcPr>
            <w:tcW w:type="dxa" w:w="1728"/>
          </w:tcPr>
          <w:p>
            <w:r>
              <w:t>50-200m</w:t>
            </w:r>
          </w:p>
        </w:tc>
        <w:tc>
          <w:tcPr>
            <w:tcW w:type="dxa" w:w="1728"/>
          </w:tcPr>
          <w:p>
            <w:r>
              <w:t>Medium</w:t>
            </w:r>
          </w:p>
        </w:tc>
      </w:tr>
      <w:tr>
        <w:tc>
          <w:tcPr>
            <w:tcW w:type="dxa" w:w="1728"/>
          </w:tcPr>
          <w:p>
            <w:r>
              <w:t>**WiFi SSID**</w:t>
            </w:r>
          </w:p>
        </w:tc>
        <w:tc>
          <w:tcPr>
            <w:tcW w:type="dxa" w:w="1728"/>
          </w:tcPr>
          <w:p>
            <w:r>
              <w:t>Android only</w:t>
            </w:r>
          </w:p>
        </w:tc>
        <w:tc>
          <w:tcPr>
            <w:tcW w:type="dxa" w:w="1728"/>
          </w:tcPr>
          <w:p>
            <w:r>
              <w:t>Existing WiFi router</w:t>
            </w:r>
          </w:p>
        </w:tc>
        <w:tc>
          <w:tcPr>
            <w:tcW w:type="dxa" w:w="1728"/>
          </w:tcPr>
          <w:p>
            <w:r>
              <w:t>20-30m</w:t>
            </w:r>
          </w:p>
        </w:tc>
        <w:tc>
          <w:tcPr>
            <w:tcW w:type="dxa" w:w="1728"/>
          </w:tcPr>
          <w:p>
            <w:r>
              <w:t>Medium-High</w:t>
            </w:r>
          </w:p>
        </w:tc>
      </w:tr>
    </w:tbl>
    <w:p/>
    <w:p>
      <w:pPr>
        <w:pStyle w:val="Heading3"/>
      </w:pPr>
      <w:r>
        <w:t>BLE Beacon (Primary — Recommended)</w:t>
      </w:r>
    </w:p>
    <w:p>
      <w:r>
        <w:t>A Bluetooth Low Energy beacon broadcasts a unique UUID. The member's phone detects it in the background and records attendance.</w:t>
      </w:r>
    </w:p>
    <w:p>
      <w:r/>
      <w:r>
        <w:rPr>
          <w:b/>
        </w:rPr>
        <w:t>Recommended beacons:</w:t>
      </w:r>
      <w:r/>
    </w:p>
    <w:p>
      <w:pPr>
        <w:pStyle w:val="ListBullet"/>
      </w:pPr>
      <w:r>
        <w:t>Estimote Proximity Beacons (~$30/each)</w:t>
      </w:r>
    </w:p>
    <w:p>
      <w:pPr>
        <w:pStyle w:val="ListBullet"/>
      </w:pPr>
      <w:r>
        <w:t>Kontakt.io Smart Beacon (~$25/each)</w:t>
      </w:r>
    </w:p>
    <w:p>
      <w:pPr>
        <w:pStyle w:val="ListBullet"/>
      </w:pPr>
      <w:r>
        <w:t>Any iBeacon-compatible device</w:t>
      </w:r>
    </w:p>
    <w:p>
      <w:pPr>
        <w:pStyle w:val="ListBullet"/>
      </w:pPr>
      <w:r>
        <w:t>Available on Takealot for ~R400-600</w:t>
      </w:r>
    </w:p>
    <w:p>
      <w:r/>
      <w:r>
        <w:rPr>
          <w:b/>
        </w:rPr>
        <w:t>Setup:</w:t>
      </w:r>
      <w:r/>
    </w:p>
    <w:p>
      <w:pPr>
        <w:pStyle w:val="ListNumber"/>
      </w:pPr>
      <w:r>
        <w:t>Power on the beacon and note its UUID (usually on a sticker or in the manufacturer's app)</w:t>
      </w:r>
    </w:p>
    <w:p>
      <w:pPr>
        <w:pStyle w:val="ListNumber"/>
      </w:pPr>
      <w:r>
        <w:t>Place it near the main entrance, 2-3m above ground</w:t>
      </w:r>
    </w:p>
    <w:p>
      <w:pPr>
        <w:pStyle w:val="ListNumber"/>
      </w:pPr>
      <w:r>
        <w:t>Configure in Speiro: Admin → Settings → Auto Check-In → Add Beacon</w:t>
      </w:r>
    </w:p>
    <w:p>
      <w:pPr>
        <w:pStyle w:val="ListNumber"/>
      </w:pPr>
      <w:r>
        <w:t>Enter the UUID, major, and minor values</w:t>
      </w:r>
    </w:p>
    <w:p>
      <w:pPr>
        <w:pStyle w:val="Heading3"/>
      </w:pPr>
      <w:r>
        <w:t>Geofence (Fallback — No Hardware)</w:t>
      </w:r>
    </w:p>
    <w:p>
      <w:r>
        <w:t>Uses the phone's GPS to detect when a member enters a geographic radius around the church.</w:t>
      </w:r>
    </w:p>
    <w:p>
      <w:r/>
      <w:r>
        <w:rPr>
          <w:b/>
        </w:rPr>
        <w:t>Setup:</w:t>
      </w:r>
      <w:r/>
    </w:p>
    <w:p>
      <w:pPr>
        <w:pStyle w:val="ListNumber"/>
      </w:pPr>
      <w:r>
        <w:t>Admin → Settings → Auto Check-In → Add Geofence</w:t>
      </w:r>
    </w:p>
    <w:p>
      <w:pPr>
        <w:pStyle w:val="ListNumber"/>
      </w:pPr>
      <w:r>
        <w:t>Enter church latitude, longitude, and radius (default 100m)</w:t>
      </w:r>
    </w:p>
    <w:p>
      <w:pPr>
        <w:pStyle w:val="ListNumber"/>
      </w:pPr>
      <w:r>
        <w:t>The app monitors the geofence in the background</w:t>
      </w:r>
    </w:p>
    <w:p>
      <w:r/>
      <w:r>
        <w:rPr>
          <w:b/>
        </w:rPr>
        <w:t>Limitations:</w:t>
      </w:r>
      <w:r/>
    </w:p>
    <w:p>
      <w:pPr>
        <w:pStyle w:val="ListBullet"/>
      </w:pPr>
      <w:r>
        <w:t>Less accurate in dense urban areas (GPS drift)</w:t>
      </w:r>
    </w:p>
    <w:p>
      <w:pPr>
        <w:pStyle w:val="ListBullet"/>
      </w:pPr>
      <w:r>
        <w:t>Higher battery usage than BLE</w:t>
      </w:r>
    </w:p>
    <w:p>
      <w:pPr>
        <w:pStyle w:val="ListBullet"/>
      </w:pPr>
      <w:r>
        <w:t>Can trigger from adjacent buildings</w:t>
      </w:r>
    </w:p>
    <w:p>
      <w:pPr>
        <w:pStyle w:val="ListBullet"/>
      </w:pPr>
      <w:r>
        <w:t>Use a smaller radius (50-80m) in urban areas</w:t>
      </w:r>
    </w:p>
    <w:p>
      <w:pPr>
        <w:pStyle w:val="Heading3"/>
      </w:pPr>
      <w:r>
        <w:t>WiFi SSID (Android Only)</w:t>
      </w:r>
    </w:p>
    <w:p>
      <w:r>
        <w:t>Detects when the member's phone sees the church's WiFi network name, even without connecting.</w:t>
      </w:r>
    </w:p>
    <w:p>
      <w:r/>
      <w:r>
        <w:rPr>
          <w:b/>
        </w:rPr>
        <w:t>Setup:</w:t>
      </w:r>
      <w:r/>
    </w:p>
    <w:p>
      <w:pPr>
        <w:pStyle w:val="ListNumber"/>
      </w:pPr>
      <w:r>
        <w:t>Admin → Settings → Auto Check-In → Add WiFi</w:t>
      </w:r>
    </w:p>
    <w:p>
      <w:pPr>
        <w:pStyle w:val="ListNumber"/>
      </w:pPr>
      <w:r>
        <w:t>Enter the exact SSID name (case-sensitive)</w:t>
      </w:r>
    </w:p>
    <w:p>
      <w:pPr>
        <w:pStyle w:val="ListNumber"/>
      </w:pPr>
      <w:r>
        <w:t>The member's phone must have WiFi scanning enabled</w:t>
      </w:r>
    </w:p>
    <w:p>
      <w:r/>
      <w:r>
        <w:rPr>
          <w:b/>
        </w:rPr>
        <w:t>Limitations:</w:t>
      </w:r>
      <w:r/>
    </w:p>
    <w:p>
      <w:pPr>
        <w:pStyle w:val="ListBullet"/>
      </w:pPr>
      <w:r>
        <w:t>iOS does not allow scanning nearby SSIDs (Apple restriction)</w:t>
      </w:r>
    </w:p>
    <w:p>
      <w:pPr>
        <w:pStyle w:val="ListBullet"/>
      </w:pPr>
      <w:r>
        <w:t>Requires Location permission on Android</w:t>
      </w:r>
    </w:p>
    <w:p>
      <w:pPr>
        <w:pStyle w:val="ListBullet"/>
      </w:pPr>
      <w:r>
        <w:t>Member must have WiFi enabled (not necessarily connected)</w:t>
      </w:r>
    </w:p>
    <w:p/>
    <w:p>
      <w:pPr>
        <w:pStyle w:val="Heading2"/>
      </w:pPr>
      <w:r>
        <w:t>Member Experience</w:t>
      </w:r>
    </w:p>
    <w:p>
      <w:pPr>
        <w:pStyle w:val="Heading3"/>
      </w:pPr>
      <w:r>
        <w:t>Opting In</w:t>
      </w:r>
    </w:p>
    <w:p>
      <w:pPr>
        <w:pStyle w:val="ListNumber"/>
      </w:pPr>
      <w:r>
        <w:t>Go to More → Settings → Auto Check-In</w:t>
      </w:r>
    </w:p>
    <w:p>
      <w:pPr>
        <w:pStyle w:val="ListNumber"/>
      </w:pPr>
      <w:r>
        <w:t>Toggle Enable Auto Check-In ON</w:t>
      </w:r>
    </w:p>
    <w:p>
      <w:pPr>
        <w:pStyle w:val="ListNumber"/>
      </w:pPr>
      <w:r>
        <w:t>Grant the requested permissions:</w:t>
      </w:r>
    </w:p>
    <w:p>
      <w:pPr>
        <w:pStyle w:val="ListBullet"/>
      </w:pPr>
      <w:r>
        <w:t>Bluetooth — for beacon detection</w:t>
      </w:r>
    </w:p>
    <w:p>
      <w:pPr>
        <w:pStyle w:val="ListBullet"/>
      </w:pPr>
      <w:r>
        <w:t>Location (Always) — for background geofencing</w:t>
      </w:r>
    </w:p>
    <w:p>
      <w:pPr>
        <w:pStyle w:val="ListNumber"/>
      </w:pPr>
      <w:r>
        <w:t>That's it — attendance is recorded silently when you arrive</w:t>
      </w:r>
    </w:p>
    <w:p>
      <w:pPr>
        <w:pStyle w:val="Heading3"/>
      </w:pPr>
      <w:r>
        <w:t>What Happens</w:t>
      </w:r>
    </w:p>
    <w:p>
      <w:pPr>
        <w:pStyle w:val="ListBullet"/>
      </w:pPr>
      <w:r>
        <w:t>When you arrive at church, the app detects the beacon/geofence/WiFi</w:t>
      </w:r>
    </w:p>
    <w:p>
      <w:pPr>
        <w:pStyle w:val="ListBullet"/>
      </w:pPr>
      <w:r>
        <w:t>A check-in is recorded for today (one per day, deduplicated)</w:t>
      </w:r>
    </w:p>
    <w:p>
      <w:pPr>
        <w:pStyle w:val="ListBullet"/>
      </w:pPr>
      <w:r>
        <w:t>No notification popup — it happens silently in the background</w:t>
      </w:r>
    </w:p>
    <w:p>
      <w:pPr>
        <w:pStyle w:val="ListBullet"/>
      </w:pPr>
      <w:r>
        <w:t>You can verify your check-in in More → My Attendance</w:t>
      </w:r>
    </w:p>
    <w:p>
      <w:pPr>
        <w:pStyle w:val="Heading3"/>
      </w:pPr>
      <w:r>
        <w:t>Opting Out</w:t>
      </w:r>
    </w:p>
    <w:p>
      <w:r>
        <w:t xml:space="preserve">Toggle off at any time in </w:t>
      </w:r>
      <w:r>
        <w:rPr>
          <w:b/>
        </w:rPr>
        <w:t>More → Settings → Auto Check-In</w:t>
      </w:r>
      <w:r>
        <w:t>. No more auto-detection.</w:t>
      </w:r>
    </w:p>
    <w:p>
      <w:pPr>
        <w:pStyle w:val="Heading3"/>
      </w:pPr>
      <w:r>
        <w:t>Privacy</w:t>
      </w:r>
    </w:p>
    <w:p>
      <w:pPr>
        <w:pStyle w:val="ListBullet"/>
      </w:pPr>
      <w:r>
        <w:t>Only records that you were at church — no location tracking</w:t>
      </w:r>
    </w:p>
    <w:p>
      <w:pPr>
        <w:pStyle w:val="ListBullet"/>
      </w:pPr>
      <w:r>
        <w:t>No data is sent when you're not at church</w:t>
      </w:r>
    </w:p>
    <w:p>
      <w:pPr>
        <w:pStyle w:val="ListBullet"/>
      </w:pPr>
      <w:r>
        <w:t>One event per day — the church doesn't know how long you stayed</w:t>
      </w:r>
    </w:p>
    <w:p>
      <w:pPr>
        <w:pStyle w:val="ListBullet"/>
      </w:pPr>
      <w:r>
        <w:t>You can opt out at any time</w:t>
      </w:r>
    </w:p>
    <w:p>
      <w:pPr>
        <w:pStyle w:val="ListBullet"/>
      </w:pPr>
      <w:r>
        <w:t>POPIA compliant — explicit consent required</w:t>
      </w:r>
    </w:p>
    <w:p/>
    <w:p>
      <w:pPr>
        <w:pStyle w:val="Heading2"/>
      </w:pPr>
      <w:r>
        <w:t>Admin Setup</w:t>
      </w:r>
    </w:p>
    <w:p>
      <w:pPr>
        <w:pStyle w:val="Heading3"/>
      </w:pPr>
      <w:r>
        <w:t>Prerequisites</w:t>
      </w:r>
    </w:p>
    <w:p>
      <w:pPr>
        <w:pStyle w:val="ListNumber"/>
      </w:pPr>
      <w:r>
        <w:t>Enable `auto_checkin` feature flag via Platform Admin → Features</w:t>
      </w:r>
    </w:p>
    <w:p>
      <w:pPr>
        <w:pStyle w:val="ListNumber"/>
      </w:pPr>
      <w:r>
        <w:t>Purchase and install at least one BLE beacon (recommended) or configure geofencing</w:t>
      </w:r>
    </w:p>
    <w:p>
      <w:pPr>
        <w:pStyle w:val="Heading3"/>
      </w:pPr>
      <w:r>
        <w:t>Configuration</w:t>
      </w:r>
    </w:p>
    <w:p>
      <w:pPr>
        <w:pStyle w:val="ListNumber"/>
      </w:pPr>
      <w:r>
        <w:t>Go to More → Settings → Auto Check-In Config (admin view)</w:t>
      </w:r>
    </w:p>
    <w:p>
      <w:pPr>
        <w:pStyle w:val="ListNumber"/>
      </w:pPr>
      <w:r>
        <w:t>Choose your detection method:</w:t>
      </w:r>
    </w:p>
    <w:p>
      <w:pPr>
        <w:pStyle w:val="ListBullet"/>
      </w:pPr>
      <w:r>
        <w:t>Beacon: Enter UUID, major, minor from your beacon device</w:t>
      </w:r>
    </w:p>
    <w:p>
      <w:pPr>
        <w:pStyle w:val="ListBullet"/>
      </w:pPr>
      <w:r>
        <w:t>Geofence: Enter lat/lng of your church (use Google Maps to get coordinates)</w:t>
      </w:r>
    </w:p>
    <w:p>
      <w:pPr>
        <w:pStyle w:val="ListBullet"/>
      </w:pPr>
      <w:r>
        <w:t>WiFi: Enter your church WiFi SSID exactly</w:t>
      </w:r>
    </w:p>
    <w:p>
      <w:pPr>
        <w:pStyle w:val="ListNumber"/>
      </w:pPr>
      <w:r>
        <w:t>Optionally assign to a campus (for multi-campus churches)</w:t>
      </w:r>
    </w:p>
    <w:p>
      <w:pPr>
        <w:pStyle w:val="ListNumber"/>
      </w:pPr>
      <w:r>
        <w:t>Save — members with the feature enabled will start auto-detecting</w:t>
      </w:r>
    </w:p>
    <w:p>
      <w:pPr>
        <w:pStyle w:val="Heading3"/>
      </w:pPr>
      <w:r>
        <w:t>Multi-Campus</w:t>
      </w:r>
    </w:p>
    <w:p>
      <w:r>
        <w:t>Each campus can have its own beacon/geofence. The check-in event is tagged with the campus ID, so attendance reports show per-campus breakdown.</w:t>
      </w:r>
    </w:p>
    <w:p>
      <w:pPr>
        <w:pStyle w:val="Heading3"/>
      </w:pPr>
      <w:r>
        <w:t>Viewing Auto Check-In Data</w:t>
      </w:r>
    </w:p>
    <w:p>
      <w:pPr>
        <w:pStyle w:val="ListBullet"/>
      </w:pPr>
      <w:r>
        <w:t>More → Reports → Attendance includes auto check-ins alongside manual ones</w:t>
      </w:r>
    </w:p>
    <w:p>
      <w:pPr>
        <w:pStyle w:val="ListBullet"/>
      </w:pPr>
      <w:r>
        <w:t>Auto Check-In Stats: Admin → Auto Check-In → Stats shows weekly unique members by detection method</w:t>
      </w:r>
    </w:p>
    <w:p>
      <w:pPr>
        <w:pStyle w:val="ListBullet"/>
      </w:pPr>
      <w:r>
        <w:t>Recent Check-Ins: Real-time list of recent auto-detections</w:t>
      </w:r>
    </w:p>
    <w:p/>
    <w:p>
      <w:pPr>
        <w:pStyle w:val="Heading2"/>
      </w:pPr>
      <w:r>
        <w:t>Reports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Report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Description</w:t>
            </w:r>
          </w:p>
        </w:tc>
      </w:tr>
      <w:tr>
        <w:tc>
          <w:tcPr>
            <w:tcW w:type="dxa" w:w="4320"/>
          </w:tcPr>
          <w:p>
            <w:r>
              <w:t>Weekly Auto Check-Ins</w:t>
            </w:r>
          </w:p>
        </w:tc>
        <w:tc>
          <w:tcPr>
            <w:tcW w:type="dxa" w:w="4320"/>
          </w:tcPr>
          <w:p>
            <w:r>
              <w:t>Unique members detected per week, by method</w:t>
            </w:r>
          </w:p>
        </w:tc>
      </w:tr>
      <w:tr>
        <w:tc>
          <w:tcPr>
            <w:tcW w:type="dxa" w:w="4320"/>
          </w:tcPr>
          <w:p>
            <w:r>
              <w:t>Method Breakdown</w:t>
            </w:r>
          </w:p>
        </w:tc>
        <w:tc>
          <w:tcPr>
            <w:tcW w:type="dxa" w:w="4320"/>
          </w:tcPr>
          <w:p>
            <w:r>
              <w:t>Percentage via beacon vs geofence vs WiFi</w:t>
            </w:r>
          </w:p>
        </w:tc>
      </w:tr>
      <w:tr>
        <w:tc>
          <w:tcPr>
            <w:tcW w:type="dxa" w:w="4320"/>
          </w:tcPr>
          <w:p>
            <w:r>
              <w:t>Opt-In Rate</w:t>
            </w:r>
          </w:p>
        </w:tc>
        <w:tc>
          <w:tcPr>
            <w:tcW w:type="dxa" w:w="4320"/>
          </w:tcPr>
          <w:p>
            <w:r>
              <w:t>How many members have enabled auto check-in</w:t>
            </w:r>
          </w:p>
        </w:tc>
      </w:tr>
      <w:tr>
        <w:tc>
          <w:tcPr>
            <w:tcW w:type="dxa" w:w="4320"/>
          </w:tcPr>
          <w:p>
            <w:r>
              <w:t>Recent Detections</w:t>
            </w:r>
          </w:p>
        </w:tc>
        <w:tc>
          <w:tcPr>
            <w:tcW w:type="dxa" w:w="4320"/>
          </w:tcPr>
          <w:p>
            <w:r>
              <w:t>Last 50 check-in events with member name and method</w:t>
            </w:r>
          </w:p>
        </w:tc>
      </w:tr>
    </w:tbl>
    <w:p/>
    <w:p/>
    <w:p>
      <w:pPr>
        <w:pStyle w:val="Heading2"/>
      </w:pPr>
      <w:r>
        <w:t>Troubleshooting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Issue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Solution</w:t>
            </w:r>
          </w:p>
        </w:tc>
      </w:tr>
      <w:tr>
        <w:tc>
          <w:tcPr>
            <w:tcW w:type="dxa" w:w="4320"/>
          </w:tcPr>
          <w:p>
            <w:r>
              <w:t>Beacon not detected</w:t>
            </w:r>
          </w:p>
        </w:tc>
        <w:tc>
          <w:tcPr>
            <w:tcW w:type="dxa" w:w="4320"/>
          </w:tcPr>
          <w:p>
            <w:r>
              <w:t>Check battery, move closer, verify UUID in config matches device</w:t>
            </w:r>
          </w:p>
        </w:tc>
      </w:tr>
      <w:tr>
        <w:tc>
          <w:tcPr>
            <w:tcW w:type="dxa" w:w="4320"/>
          </w:tcPr>
          <w:p>
            <w:r>
              <w:t>Geofence triggers too early</w:t>
            </w:r>
          </w:p>
        </w:tc>
        <w:tc>
          <w:tcPr>
            <w:tcW w:type="dxa" w:w="4320"/>
          </w:tcPr>
          <w:p>
            <w:r>
              <w:t>Reduce radius to 50m</w:t>
            </w:r>
          </w:p>
        </w:tc>
      </w:tr>
      <w:tr>
        <w:tc>
          <w:tcPr>
            <w:tcW w:type="dxa" w:w="4320"/>
          </w:tcPr>
          <w:p>
            <w:r>
              <w:t>Geofence doesn't trigger</w:t>
            </w:r>
          </w:p>
        </w:tc>
        <w:tc>
          <w:tcPr>
            <w:tcW w:type="dxa" w:w="4320"/>
          </w:tcPr>
          <w:p>
            <w:r>
              <w:t>Ensure "Always Allow" location permission, not just "While Using"</w:t>
            </w:r>
          </w:p>
        </w:tc>
      </w:tr>
      <w:tr>
        <w:tc>
          <w:tcPr>
            <w:tcW w:type="dxa" w:w="4320"/>
          </w:tcPr>
          <w:p>
            <w:r>
              <w:t>WiFi not working</w:t>
            </w:r>
          </w:p>
        </w:tc>
        <w:tc>
          <w:tcPr>
            <w:tcW w:type="dxa" w:w="4320"/>
          </w:tcPr>
          <w:p>
            <w:r>
              <w:t>Android only; check exact SSID spelling; WiFi must be on</w:t>
            </w:r>
          </w:p>
        </w:tc>
      </w:tr>
      <w:tr>
        <w:tc>
          <w:tcPr>
            <w:tcW w:type="dxa" w:w="4320"/>
          </w:tcPr>
          <w:p>
            <w:r>
              <w:t>Check-in not recording</w:t>
            </w:r>
          </w:p>
        </w:tc>
        <w:tc>
          <w:tcPr>
            <w:tcW w:type="dxa" w:w="4320"/>
          </w:tcPr>
          <w:p>
            <w:r>
              <w:t>Verify member opted in; check feature flag is enabled</w:t>
            </w:r>
          </w:p>
        </w:tc>
      </w:tr>
      <w:tr>
        <w:tc>
          <w:tcPr>
            <w:tcW w:type="dxa" w:w="4320"/>
          </w:tcPr>
          <w:p>
            <w:r>
              <w:t>Duplicate check-ins</w:t>
            </w:r>
          </w:p>
        </w:tc>
        <w:tc>
          <w:tcPr>
            <w:tcW w:type="dxa" w:w="4320"/>
          </w:tcPr>
          <w:p>
            <w:r>
              <w:t>Not possible — server deduplicates per user per day</w:t>
            </w:r>
          </w:p>
        </w:tc>
      </w:tr>
      <w:tr>
        <w:tc>
          <w:tcPr>
            <w:tcW w:type="dxa" w:w="4320"/>
          </w:tcPr>
          <w:p>
            <w:r>
              <w:t>Battery drain</w:t>
            </w:r>
          </w:p>
        </w:tc>
        <w:tc>
          <w:tcPr>
            <w:tcW w:type="dxa" w:w="4320"/>
          </w:tcPr>
          <w:p>
            <w:r>
              <w:t>BLE uses negligible battery; geofence uses more. Recommend beacon.</w:t>
            </w:r>
          </w:p>
        </w:tc>
      </w:tr>
    </w:tbl>
    <w:p/>
    <w:p/>
    <w:p>
      <w:pPr>
        <w:pStyle w:val="Heading2"/>
      </w:pPr>
      <w:r>
        <w:t>Technical Notes</w:t>
      </w:r>
    </w:p>
    <w:p>
      <w:pPr>
        <w:pStyle w:val="Heading3"/>
      </w:pPr>
      <w:r>
        <w:t>Permissions Required</w:t>
      </w:r>
    </w:p>
    <w:p>
      <w:r/>
      <w:r>
        <w:rPr>
          <w:b/>
        </w:rPr>
        <w:t>iOS:</w:t>
      </w:r>
      <w:r/>
    </w:p>
    <w:p>
      <w:pPr>
        <w:pStyle w:val="ListBullet"/>
      </w:pPr>
      <w:r>
        <w:t>`NSBluetoothAlwaysUsageDescription` — BLE beacon detection</w:t>
      </w:r>
    </w:p>
    <w:p>
      <w:pPr>
        <w:pStyle w:val="ListBullet"/>
      </w:pPr>
      <w:r>
        <w:t>`NSLocationAlwaysAndWhenInUseUsageDescription` — Background geofencing</w:t>
      </w:r>
    </w:p>
    <w:p>
      <w:pPr>
        <w:pStyle w:val="ListBullet"/>
      </w:pPr>
      <w:r>
        <w:t>Background Modes: `bluetooth-central`, `location`</w:t>
      </w:r>
    </w:p>
    <w:p>
      <w:r/>
      <w:r>
        <w:rPr>
          <w:b/>
        </w:rPr>
        <w:t>Android:</w:t>
      </w:r>
      <w:r/>
    </w:p>
    <w:p>
      <w:pPr>
        <w:pStyle w:val="ListBullet"/>
      </w:pPr>
      <w:r>
        <w:t>`ACCESS_FINE_LOCATION` — Required for both BLE and geofence</w:t>
      </w:r>
    </w:p>
    <w:p>
      <w:pPr>
        <w:pStyle w:val="ListBullet"/>
      </w:pPr>
      <w:r>
        <w:t>`ACCESS_BACKGROUND_LOCATION` — Background detection (Android 10+)</w:t>
      </w:r>
    </w:p>
    <w:p>
      <w:pPr>
        <w:pStyle w:val="ListBullet"/>
      </w:pPr>
      <w:r>
        <w:t>`BLUETOOTH_SCAN` — BLE beacon detection (Android 12+)</w:t>
      </w:r>
    </w:p>
    <w:p>
      <w:pPr>
        <w:pStyle w:val="ListBullet"/>
      </w:pPr>
      <w:r>
        <w:t>`ACCESS_WIFI_STATE` — WiFi SSID detection</w:t>
      </w:r>
    </w:p>
    <w:p>
      <w:pPr>
        <w:pStyle w:val="Heading3"/>
      </w:pPr>
      <w:r>
        <w:t>API Endpoints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Method</w:t>
            </w:r>
          </w:p>
        </w:tc>
        <w:tc>
          <w:tcPr>
            <w:tcW w:type="dxa" w:w="2880"/>
          </w:tcPr>
          <w:p>
            <w:r>
              <w:rPr>
                <w:b/>
              </w:rPr>
              <w:t>Endpoint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Description</w:t>
            </w:r>
          </w:p>
        </w:tc>
      </w:tr>
      <w:tr>
        <w:tc>
          <w:tcPr>
            <w:tcW w:type="dxa" w:w="2880"/>
          </w:tcPr>
          <w:p>
            <w:r>
              <w:t>GET</w:t>
            </w:r>
          </w:p>
        </w:tc>
        <w:tc>
          <w:tcPr>
            <w:tcW w:type="dxa" w:w="2880"/>
          </w:tcPr>
          <w:p>
            <w:r>
              <w:t>`/auto-checkin/config`</w:t>
            </w:r>
          </w:p>
        </w:tc>
        <w:tc>
          <w:tcPr>
            <w:tcW w:type="dxa" w:w="2880"/>
          </w:tcPr>
          <w:p>
            <w:r>
              <w:t>Get active configs (admin)</w:t>
            </w:r>
          </w:p>
        </w:tc>
      </w:tr>
      <w:tr>
        <w:tc>
          <w:tcPr>
            <w:tcW w:type="dxa" w:w="2880"/>
          </w:tcPr>
          <w:p>
            <w:r>
              <w:t>POST</w:t>
            </w:r>
          </w:p>
        </w:tc>
        <w:tc>
          <w:tcPr>
            <w:tcW w:type="dxa" w:w="2880"/>
          </w:tcPr>
          <w:p>
            <w:r>
              <w:t>`/auto-checkin/config`</w:t>
            </w:r>
          </w:p>
        </w:tc>
        <w:tc>
          <w:tcPr>
            <w:tcW w:type="dxa" w:w="2880"/>
          </w:tcPr>
          <w:p>
            <w:r>
              <w:t>Create/update config (admin)</w:t>
            </w:r>
          </w:p>
        </w:tc>
      </w:tr>
      <w:tr>
        <w:tc>
          <w:tcPr>
            <w:tcW w:type="dxa" w:w="2880"/>
          </w:tcPr>
          <w:p>
            <w:r>
              <w:t>DELETE</w:t>
            </w:r>
          </w:p>
        </w:tc>
        <w:tc>
          <w:tcPr>
            <w:tcW w:type="dxa" w:w="2880"/>
          </w:tcPr>
          <w:p>
            <w:r>
              <w:t>`/auto-checkin/config/:id`</w:t>
            </w:r>
          </w:p>
        </w:tc>
        <w:tc>
          <w:tcPr>
            <w:tcW w:type="dxa" w:w="2880"/>
          </w:tcPr>
          <w:p>
            <w:r>
              <w:t>Deactivate a config (admin)</w:t>
            </w:r>
          </w:p>
        </w:tc>
      </w:tr>
      <w:tr>
        <w:tc>
          <w:tcPr>
            <w:tcW w:type="dxa" w:w="2880"/>
          </w:tcPr>
          <w:p>
            <w:r>
              <w:t>GET</w:t>
            </w:r>
          </w:p>
        </w:tc>
        <w:tc>
          <w:tcPr>
            <w:tcW w:type="dxa" w:w="2880"/>
          </w:tcPr>
          <w:p>
            <w:r>
              <w:t>`/auto-checkin/opt-in`</w:t>
            </w:r>
          </w:p>
        </w:tc>
        <w:tc>
          <w:tcPr>
            <w:tcW w:type="dxa" w:w="2880"/>
          </w:tcPr>
          <w:p>
            <w:r>
              <w:t>Check member's opt-in status</w:t>
            </w:r>
          </w:p>
        </w:tc>
      </w:tr>
      <w:tr>
        <w:tc>
          <w:tcPr>
            <w:tcW w:type="dxa" w:w="2880"/>
          </w:tcPr>
          <w:p>
            <w:r>
              <w:t>PUT</w:t>
            </w:r>
          </w:p>
        </w:tc>
        <w:tc>
          <w:tcPr>
            <w:tcW w:type="dxa" w:w="2880"/>
          </w:tcPr>
          <w:p>
            <w:r>
              <w:t>`/auto-checkin/opt-in`</w:t>
            </w:r>
          </w:p>
        </w:tc>
        <w:tc>
          <w:tcPr>
            <w:tcW w:type="dxa" w:w="2880"/>
          </w:tcPr>
          <w:p>
            <w:r>
              <w:t>Toggle member opt-in</w:t>
            </w:r>
          </w:p>
        </w:tc>
      </w:tr>
      <w:tr>
        <w:tc>
          <w:tcPr>
            <w:tcW w:type="dxa" w:w="2880"/>
          </w:tcPr>
          <w:p>
            <w:r>
              <w:t>POST</w:t>
            </w:r>
          </w:p>
        </w:tc>
        <w:tc>
          <w:tcPr>
            <w:tcW w:type="dxa" w:w="2880"/>
          </w:tcPr>
          <w:p>
            <w:r>
              <w:t>`/auto-checkin/checkin`</w:t>
            </w:r>
          </w:p>
        </w:tc>
        <w:tc>
          <w:tcPr>
            <w:tcW w:type="dxa" w:w="2880"/>
          </w:tcPr>
          <w:p>
            <w:r>
              <w:t>Record a check-in event (from app)</w:t>
            </w:r>
          </w:p>
        </w:tc>
      </w:tr>
      <w:tr>
        <w:tc>
          <w:tcPr>
            <w:tcW w:type="dxa" w:w="2880"/>
          </w:tcPr>
          <w:p>
            <w:r>
              <w:t>GET</w:t>
            </w:r>
          </w:p>
        </w:tc>
        <w:tc>
          <w:tcPr>
            <w:tcW w:type="dxa" w:w="2880"/>
          </w:tcPr>
          <w:p>
            <w:r>
              <w:t>`/auto-checkin/detect-config`</w:t>
            </w:r>
          </w:p>
        </w:tc>
        <w:tc>
          <w:tcPr>
            <w:tcW w:type="dxa" w:w="2880"/>
          </w:tcPr>
          <w:p>
            <w:r>
              <w:t>Get detection params for mobile app</w:t>
            </w:r>
          </w:p>
        </w:tc>
      </w:tr>
      <w:tr>
        <w:tc>
          <w:tcPr>
            <w:tcW w:type="dxa" w:w="2880"/>
          </w:tcPr>
          <w:p>
            <w:r>
              <w:t>GET</w:t>
            </w:r>
          </w:p>
        </w:tc>
        <w:tc>
          <w:tcPr>
            <w:tcW w:type="dxa" w:w="2880"/>
          </w:tcPr>
          <w:p>
            <w:r>
              <w:t>`/auto-checkin/stats`</w:t>
            </w:r>
          </w:p>
        </w:tc>
        <w:tc>
          <w:tcPr>
            <w:tcW w:type="dxa" w:w="2880"/>
          </w:tcPr>
          <w:p>
            <w:r>
              <w:t>Weekly check-in stats</w:t>
            </w:r>
          </w:p>
        </w:tc>
      </w:tr>
      <w:tr>
        <w:tc>
          <w:tcPr>
            <w:tcW w:type="dxa" w:w="2880"/>
          </w:tcPr>
          <w:p>
            <w:r>
              <w:t>GET</w:t>
            </w:r>
          </w:p>
        </w:tc>
        <w:tc>
          <w:tcPr>
            <w:tcW w:type="dxa" w:w="2880"/>
          </w:tcPr>
          <w:p>
            <w:r>
              <w:t>`/auto-checkin/recent`</w:t>
            </w:r>
          </w:p>
        </w:tc>
        <w:tc>
          <w:tcPr>
            <w:tcW w:type="dxa" w:w="2880"/>
          </w:tcPr>
          <w:p>
            <w:r>
              <w:t>Recent check-in events</w:t>
            </w:r>
          </w:p>
        </w:tc>
      </w:tr>
    </w:tbl>
    <w:p/>
    <w:p/>
    <w:p>
      <w:pPr>
        <w:pStyle w:val="Heading2"/>
      </w:pPr>
      <w:r>
        <w:t>Battery Impact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Method</w:t>
            </w:r>
          </w:p>
        </w:tc>
        <w:tc>
          <w:tcPr>
            <w:tcW w:type="dxa" w:w="2880"/>
          </w:tcPr>
          <w:p>
            <w:r>
              <w:rPr>
                <w:b/>
              </w:rPr>
              <w:t>Battery Impact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2880"/>
          </w:tcPr>
          <w:p>
            <w:r>
              <w:t>BLE Beacon</w:t>
            </w:r>
          </w:p>
        </w:tc>
        <w:tc>
          <w:tcPr>
            <w:tcW w:type="dxa" w:w="2880"/>
          </w:tcPr>
          <w:p>
            <w:r>
              <w:t>Negligible (&lt;1%)</w:t>
            </w:r>
          </w:p>
        </w:tc>
        <w:tc>
          <w:tcPr>
            <w:tcW w:type="dxa" w:w="2880"/>
          </w:tcPr>
          <w:p>
            <w:r>
              <w:t>Hardware offloads scanning</w:t>
            </w:r>
          </w:p>
        </w:tc>
      </w:tr>
      <w:tr>
        <w:tc>
          <w:tcPr>
            <w:tcW w:type="dxa" w:w="2880"/>
          </w:tcPr>
          <w:p>
            <w:r>
              <w:t>Geofence</w:t>
            </w:r>
          </w:p>
        </w:tc>
        <w:tc>
          <w:tcPr>
            <w:tcW w:type="dxa" w:w="2880"/>
          </w:tcPr>
          <w:p>
            <w:r>
              <w:t>Low-Medium (2-5%)</w:t>
            </w:r>
          </w:p>
        </w:tc>
        <w:tc>
          <w:tcPr>
            <w:tcW w:type="dxa" w:w="2880"/>
          </w:tcPr>
          <w:p>
            <w:r>
              <w:t>OS-optimised, not continuous GPS</w:t>
            </w:r>
          </w:p>
        </w:tc>
      </w:tr>
      <w:tr>
        <w:tc>
          <w:tcPr>
            <w:tcW w:type="dxa" w:w="2880"/>
          </w:tcPr>
          <w:p>
            <w:r>
              <w:t>WiFi SSID</w:t>
            </w:r>
          </w:p>
        </w:tc>
        <w:tc>
          <w:tcPr>
            <w:tcW w:type="dxa" w:w="2880"/>
          </w:tcPr>
          <w:p>
            <w:r>
              <w:t>Low (1-2%)</w:t>
            </w:r>
          </w:p>
        </w:tc>
        <w:tc>
          <w:tcPr>
            <w:tcW w:type="dxa" w:w="2880"/>
          </w:tcPr>
          <w:p>
            <w:r>
              <w:t>Uses existing WiFi radio</w:t>
            </w:r>
          </w:p>
        </w:tc>
      </w:tr>
    </w:tbl>
    <w:p/>
    <w:p/>
    <w:p>
      <w:r>
        <w:t>*Feature flag: `auto_checkin` — enable per-tenant via Platform Admin → Features*</w:t>
      </w:r>
    </w:p>
    <w:p/>
    <w:p>
      <w:pPr>
        <w:jc w:val="center"/>
      </w:pPr>
      <w:r>
        <w:rPr>
          <w:color w:val="6B7280"/>
          <w:sz w:val="18"/>
        </w:rPr>
        <w:t>© 2026 Speiro — Church Technology Solutions | www.speiro.africa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6A34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6A34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A34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A34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