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63040" cy="12234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iro-logo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2234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6A34A"/>
          <w:sz w:val="28"/>
        </w:rPr>
        <w:t>Speiro Church Management System</w:t>
      </w:r>
    </w:p>
    <w:p/>
    <w:p>
      <w:pPr>
        <w:pStyle w:val="Heading1"/>
      </w:pPr>
      <w:r>
        <w:t>Cell Group Leader Guide</w:t>
      </w:r>
    </w:p>
    <w:p>
      <w:r>
        <w:t>As a Cell Group Leader, you manage your group's membership, create new groups, upload study materials, and coordinate meetings.</w:t>
      </w:r>
    </w:p>
    <w:p>
      <w:pPr>
        <w:pStyle w:val="Heading2"/>
      </w:pPr>
      <w:r>
        <w:t>Bottom Navigation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Tab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It Does</w:t>
            </w:r>
          </w:p>
        </w:tc>
      </w:tr>
      <w:tr>
        <w:tc>
          <w:tcPr>
            <w:tcW w:type="dxa" w:w="4320"/>
          </w:tcPr>
          <w:p>
            <w:r>
              <w:t>Home</w:t>
            </w:r>
          </w:p>
        </w:tc>
        <w:tc>
          <w:tcPr>
            <w:tcW w:type="dxa" w:w="4320"/>
          </w:tcPr>
          <w:p>
            <w:r>
              <w:t>Personalised dashboard</w:t>
            </w:r>
          </w:p>
        </w:tc>
      </w:tr>
      <w:tr>
        <w:tc>
          <w:tcPr>
            <w:tcW w:type="dxa" w:w="4320"/>
          </w:tcPr>
          <w:p>
            <w:r>
              <w:t>My Groups</w:t>
            </w:r>
          </w:p>
        </w:tc>
        <w:tc>
          <w:tcPr>
            <w:tcW w:type="dxa" w:w="4320"/>
          </w:tcPr>
          <w:p>
            <w:r>
              <w:t>Your cell groups</w:t>
            </w:r>
          </w:p>
        </w:tc>
      </w:tr>
      <w:tr>
        <w:tc>
          <w:tcPr>
            <w:tcW w:type="dxa" w:w="4320"/>
          </w:tcPr>
          <w:p>
            <w:r>
              <w:t>This Week</w:t>
            </w:r>
          </w:p>
        </w:tc>
        <w:tc>
          <w:tcPr>
            <w:tcW w:type="dxa" w:w="4320"/>
          </w:tcPr>
          <w:p>
            <w:r>
              <w:t>Current service plan and songs</w:t>
            </w:r>
          </w:p>
        </w:tc>
      </w:tr>
      <w:tr>
        <w:tc>
          <w:tcPr>
            <w:tcW w:type="dxa" w:w="4320"/>
          </w:tcPr>
          <w:p>
            <w:r>
              <w:t>More</w:t>
            </w:r>
          </w:p>
        </w:tc>
        <w:tc>
          <w:tcPr>
            <w:tcW w:type="dxa" w:w="4320"/>
          </w:tcPr>
          <w:p>
            <w:r>
              <w:t>Group management</w:t>
            </w:r>
          </w:p>
        </w:tc>
      </w:tr>
    </w:tbl>
    <w:p/>
    <w:p>
      <w:pPr>
        <w:pStyle w:val="Heading2"/>
      </w:pPr>
      <w:r>
        <w:t>Creating a New Group</w:t>
      </w:r>
    </w:p>
    <w:p>
      <w:pPr>
        <w:pStyle w:val="ListBullet"/>
      </w:pPr>
      <w:r>
        <w:t>More → Create New Group</w:t>
      </w:r>
    </w:p>
    <w:p>
      <w:pPr>
        <w:pStyle w:val="ListBullet"/>
      </w:pPr>
      <w:r>
        <w:t>Fill in: group name, type (Bible Study, Prayer Group, Fellowship, Youth Group, Support Group)</w:t>
      </w:r>
    </w:p>
    <w:p>
      <w:pPr>
        <w:pStyle w:val="ListBullet"/>
      </w:pPr>
      <w:r>
        <w:t>Set meeting day, time, location, and max capacity</w:t>
      </w:r>
    </w:p>
    <w:p>
      <w:pPr>
        <w:pStyle w:val="ListBullet"/>
      </w:pPr>
      <w:r>
        <w:t>The group is created immediately and visible to all members</w:t>
      </w:r>
    </w:p>
    <w:p>
      <w:pPr>
        <w:pStyle w:val="Heading2"/>
      </w:pPr>
      <w:r>
        <w:t>Managing Your Cell Group</w:t>
      </w:r>
    </w:p>
    <w:p>
      <w:pPr>
        <w:pStyle w:val="ListBullet"/>
      </w:pPr>
      <w:r>
        <w:t>More → Manage Group Members → see all groups, expand to see members</w:t>
      </w:r>
    </w:p>
    <w:p>
      <w:pPr>
        <w:pStyle w:val="ListBullet"/>
      </w:pPr>
      <w:r>
        <w:t>Add members from the church directory</w:t>
      </w:r>
    </w:p>
    <w:p>
      <w:pPr>
        <w:pStyle w:val="ListBullet"/>
      </w:pPr>
      <w:r>
        <w:t>Remove members from your group</w:t>
      </w:r>
    </w:p>
    <w:p>
      <w:pPr>
        <w:pStyle w:val="Heading2"/>
      </w:pPr>
      <w:r>
        <w:t>Editing Group Details</w:t>
      </w:r>
    </w:p>
    <w:p>
      <w:pPr>
        <w:pStyle w:val="ListBullet"/>
      </w:pPr>
      <w:r>
        <w:t>My Groups tab → tap your group → pencil icon</w:t>
      </w:r>
    </w:p>
    <w:p>
      <w:pPr>
        <w:pStyle w:val="ListBullet"/>
      </w:pPr>
      <w:r>
        <w:t>Edit: group name, description, meeting day, start/end times, location</w:t>
      </w:r>
    </w:p>
    <w:p>
      <w:pPr>
        <w:pStyle w:val="ListBullet"/>
      </w:pPr>
      <w:r>
        <w:t>Groups can be associated with a specific campus or be church-wide</w:t>
      </w:r>
    </w:p>
    <w:p>
      <w:pPr>
        <w:pStyle w:val="Heading2"/>
      </w:pPr>
      <w:r>
        <w:t>Uploading Study Materials</w:t>
      </w:r>
    </w:p>
    <w:p>
      <w:pPr>
        <w:pStyle w:val="ListBullet"/>
      </w:pPr>
      <w:r>
        <w:t>More → Upload Notes &amp; Materials → select group, add title/description, upload</w:t>
      </w:r>
    </w:p>
    <w:p>
      <w:pPr>
        <w:pStyle w:val="Heading2"/>
      </w:pPr>
      <w:r>
        <w:t>Multi-Campus</w:t>
      </w:r>
    </w:p>
    <w:p>
      <w:pPr>
        <w:pStyle w:val="ListBullet"/>
      </w:pPr>
      <w:r>
        <w:t>Your group can be campus-specific (appears only for that campus) or church-wide</w:t>
      </w:r>
    </w:p>
    <w:p>
      <w:pPr>
        <w:pStyle w:val="ListBullet"/>
      </w:pPr>
      <w:r>
        <w:t>Members from any campus can join your group regardless of campus assignment</w:t>
      </w:r>
    </w:p>
    <w:p>
      <w:pPr>
        <w:pStyle w:val="Heading2"/>
      </w:pPr>
      <w:r>
        <w:t>Other Features</w:t>
      </w:r>
    </w:p>
    <w:p>
      <w:pPr>
        <w:pStyle w:val="ListBullet"/>
      </w:pPr>
      <w:r>
        <w:t>My Details, Blockout Dates, Announcements, Sermons &amp; Videos, Prayer Requests, Meet Your Leaders</w:t>
      </w:r>
    </w:p>
    <w:p/>
    <w:p>
      <w:pPr>
        <w:pStyle w:val="Heading2"/>
      </w:pPr>
      <w:r>
        <w:t>Geographic Map &amp; Group Split Suggestions</w:t>
      </w:r>
    </w:p>
    <w:p>
      <w:r>
        <w:t xml:space="preserve">Your church administrator has access to a </w:t>
      </w:r>
      <w:r>
        <w:rPr>
          <w:b/>
        </w:rPr>
        <w:t>Geographic Member Map</w:t>
      </w:r>
      <w:r>
        <w:t xml:space="preserve"> that shows where your group members live on an interactive map. This is especially useful for cell group planning.</w:t>
      </w:r>
    </w:p>
    <w:p>
      <w:pPr>
        <w:pStyle w:val="Heading3"/>
      </w:pPr>
      <w:r>
        <w:t>How It Works</w:t>
      </w:r>
    </w:p>
    <w:p>
      <w:pPr>
        <w:pStyle w:val="ListBullet"/>
      </w:pPr>
      <w:r>
        <w:t>Each member's home address is plotted on a map with colour-coded pins by group</w:t>
      </w:r>
    </w:p>
    <w:p>
      <w:pPr>
        <w:pStyle w:val="ListBullet"/>
      </w:pPr>
      <w:r>
        <w:t>If your group's members are spread across more than 5 km, the system automatically flags a split suggestion</w:t>
      </w:r>
    </w:p>
    <w:p>
      <w:pPr>
        <w:pStyle w:val="ListBullet"/>
      </w:pPr>
      <w:r>
        <w:t>The suggestion identifies which members are clustered together and could form a new, closer group</w:t>
      </w:r>
    </w:p>
    <w:p>
      <w:pPr>
        <w:pStyle w:val="Heading3"/>
      </w:pPr>
      <w:r>
        <w:t>What This Means for You</w:t>
      </w:r>
    </w:p>
    <w:p>
      <w:pPr>
        <w:pStyle w:val="ListBullet"/>
      </w:pPr>
      <w:r>
        <w:t>Your Admin may approach you with a split suggestion for your group</w:t>
      </w:r>
    </w:p>
    <w:p>
      <w:pPr>
        <w:pStyle w:val="ListBullet"/>
      </w:pPr>
      <w:r>
        <w:t>This isn't a mandate — it's data to help you make informed decisions</w:t>
      </w:r>
    </w:p>
    <w:p>
      <w:pPr>
        <w:pStyle w:val="ListBullet"/>
      </w:pPr>
      <w:r>
        <w:t>A geographically tight group means less travel time for members, which often means better attendance</w:t>
      </w:r>
    </w:p>
    <w:p>
      <w:pPr>
        <w:pStyle w:val="ListBullet"/>
      </w:pPr>
      <w:r>
        <w:t>If you agree a split makes sense, work with your Admin or Church Leader to create the new group and reassign members</w:t>
      </w:r>
    </w:p>
    <w:p>
      <w:pPr>
        <w:pStyle w:val="Heading3"/>
      </w:pPr>
      <w:r>
        <w:t>Encouraging Address Updates</w:t>
      </w:r>
    </w:p>
    <w:p>
      <w:pPr>
        <w:pStyle w:val="ListBullet"/>
      </w:pPr>
      <w:r>
        <w:t>The map only works if members have their home address in their profile</w:t>
      </w:r>
    </w:p>
    <w:p>
      <w:pPr>
        <w:pStyle w:val="ListBullet"/>
      </w:pPr>
      <w:r>
        <w:t>Encourage your group members to update their address in More → My Details</w:t>
      </w:r>
    </w:p>
    <w:p>
      <w:pPr>
        <w:pStyle w:val="ListBullet"/>
      </w:pPr>
      <w:r>
        <w:t>Members without an address won't appear on the map</w:t>
      </w:r>
    </w:p>
    <w:p/>
    <w:p>
      <w:pPr>
        <w:pStyle w:val="Heading2"/>
      </w:pPr>
      <w:r>
        <w:t>App Version Display</w:t>
      </w:r>
    </w:p>
    <w:p>
      <w:r>
        <w:t xml:space="preserve">The current app version is displayed at the bottom of the </w:t>
      </w:r>
      <w:r>
        <w:rPr>
          <w:b/>
        </w:rPr>
        <w:t>More</w:t>
      </w:r>
      <w:r>
        <w:t xml:space="preserve"> screen in the format:</w:t>
      </w:r>
    </w:p>
    <w:p>
      <w:r>
        <w:t>&gt; Speiro CMS vX.Y.Z (buildNumber)</w:t>
      </w:r>
    </w:p>
    <w:p>
      <w:r>
        <w:t>This helps with troubleshooting and confirming you are on the latest release.</w:t>
      </w:r>
    </w:p>
    <w:p/>
    <w:p>
      <w:pPr>
        <w:jc w:val="center"/>
      </w:pPr>
      <w:r>
        <w:rPr>
          <w:color w:val="6B7280"/>
          <w:sz w:val="18"/>
        </w:rPr>
        <w:t>© 2026 Speiro — Church Technology Solutions | www.speiro.africa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A34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A3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A34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A34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