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Children's Check-In — Complete Guide</w:t>
      </w:r>
    </w:p>
    <w:p>
      <w:r/>
      <w:r>
        <w:rPr>
          <w:b/>
        </w:rPr>
        <w:t>For Admins, Church Leaders, and Check-In Volunteers</w:t>
      </w:r>
      <w:r>
        <w:t xml:space="preserve"> | Updated for Speiro CMS v4.5.3</w:t>
      </w:r>
    </w:p>
    <w:p/>
    <w:p>
      <w:pPr>
        <w:pStyle w:val="Heading2"/>
      </w:pPr>
      <w:r>
        <w:t>Overview</w:t>
      </w:r>
    </w:p>
    <w:p>
      <w:r>
        <w:t xml:space="preserve">Speiro's children's check-in keeps kids safe with a matching </w:t>
      </w:r>
      <w:r>
        <w:rPr>
          <w:b/>
        </w:rPr>
        <w:t>security code</w:t>
      </w:r>
      <w:r>
        <w:t>: at check-in every child in a family gets a tag with the same 6-character code, and the parent gets a matching pickup tag. A child is only released when someone presents that code. There are two ways to check in:</w:t>
      </w:r>
    </w:p>
    <w:p>
      <w:pPr>
        <w:pStyle w:val="ListNumber"/>
      </w:pPr>
      <w:r>
        <w:t>Mobile app — parents with the app scan a leader's QR to check in (see the app).</w:t>
      </w:r>
    </w:p>
    <w:p>
      <w:pPr>
        <w:pStyle w:val="ListNumber"/>
      </w:pPr>
      <w:r>
        <w:t>Web kiosk (this guide) — a volunteer at a welcome-desk device checks families in, including visitors who don't have the app, and prints stickers.</w:t>
      </w:r>
    </w:p>
    <w:p>
      <w:r>
        <w:t xml:space="preserve">This guide covers the </w:t>
      </w:r>
      <w:r>
        <w:rPr>
          <w:b/>
        </w:rPr>
        <w:t>web kiosk</w:t>
      </w:r>
      <w:r>
        <w:t>.</w:t>
      </w:r>
    </w:p>
    <w:p>
      <w:r>
        <w:t xml:space="preserve">&gt; </w:t>
      </w:r>
      <w:r>
        <w:rPr>
          <w:b/>
        </w:rPr>
        <w:t>Before you start:</w:t>
      </w:r>
      <w:r>
        <w:t xml:space="preserve"> the Children's Check-In feature must be enabled for your church (Admin → Settings, or ask Speiro). You also need </w:t>
      </w:r>
      <w:r>
        <w:rPr>
          <w:b/>
        </w:rPr>
        <w:t>rooms and age groups</w:t>
      </w:r>
      <w:r>
        <w:t xml:space="preserve"> set up so children can be auto-assigned. Only </w:t>
      </w:r>
      <w:r>
        <w:rPr>
          <w:b/>
        </w:rPr>
        <w:t>Admin, Pastor, Church Leader, and Staff</w:t>
      </w:r>
      <w:r>
        <w:t xml:space="preserve"> roles can run the kiosk.</w:t>
      </w:r>
    </w:p>
    <w:p/>
    <w:p>
      <w:pPr>
        <w:pStyle w:val="Heading2"/>
      </w:pPr>
      <w:r>
        <w:t>Opening the kiosk</w:t>
      </w:r>
    </w:p>
    <w:p>
      <w:r>
        <w:t xml:space="preserve">On the church web admin portal, sign in on the welcome-desk device (a tablet or laptop) as a staff/leader account, then open </w:t>
      </w:r>
      <w:r>
        <w:rPr>
          <w:b/>
        </w:rPr>
        <w:t>🧒 Children Check-In</w:t>
      </w:r>
      <w:r>
        <w:t xml:space="preserve"> in the left menu (People section).</w:t>
      </w:r>
    </w:p>
    <w:p>
      <w:r>
        <w:t xml:space="preserve">At the top, pick the </w:t>
      </w:r>
      <w:r>
        <w:rPr>
          <w:b/>
        </w:rPr>
        <w:t>Service</w:t>
      </w:r>
      <w:r>
        <w:t xml:space="preserve"> you're checking in for (it defaults to today's service). Everything you check in is tied to that service.</w:t>
      </w:r>
    </w:p>
    <w:p>
      <w:r>
        <w:t xml:space="preserve">There are three tabs: </w:t>
      </w:r>
      <w:r>
        <w:rPr>
          <w:b/>
        </w:rPr>
        <w:t>Check In</w:t>
      </w:r>
      <w:r>
        <w:t xml:space="preserve">, </w:t>
      </w:r>
      <w:r>
        <w:rPr>
          <w:b/>
        </w:rPr>
        <w:t>Visitor / Guest</w:t>
      </w:r>
      <w:r>
        <w:t xml:space="preserve">, and </w:t>
      </w:r>
      <w:r>
        <w:rPr>
          <w:b/>
        </w:rPr>
        <w:t>Check Out</w:t>
      </w:r>
      <w:r>
        <w:t>.</w:t>
      </w:r>
    </w:p>
    <w:p/>
    <w:p>
      <w:pPr>
        <w:pStyle w:val="Heading2"/>
      </w:pPr>
      <w:r>
        <w:t>1. Check In (registered families)</w:t>
      </w:r>
    </w:p>
    <w:p>
      <w:r>
        <w:t xml:space="preserve">*Children Check-In → </w:t>
      </w:r>
      <w:r>
        <w:rPr>
          <w:b/>
        </w:rPr>
        <w:t>Check In</w:t>
      </w:r>
      <w:r>
        <w:t xml:space="preserve"> tab*</w:t>
      </w:r>
    </w:p>
    <w:p>
      <w:pPr>
        <w:pStyle w:val="ListNumber"/>
      </w:pPr>
      <w:r>
        <w:t>Ask the parent for their phone number and type it in, then tap Find.</w:t>
      </w:r>
    </w:p>
    <w:p>
      <w:pPr>
        <w:pStyle w:val="ListNumber"/>
      </w:pPr>
      <w:r>
        <w:t>Speiro shows the parent and their registered children. Tick the children to check in (all are ticked by default). Children with allergies are flagged.</w:t>
      </w:r>
    </w:p>
    <w:p>
      <w:pPr>
        <w:pStyle w:val="ListNumber"/>
      </w:pPr>
      <w:r>
        <w:t>Tap Check in &amp; print.</w:t>
      </w:r>
    </w:p>
    <w:p>
      <w:pPr>
        <w:pStyle w:val="ListNumber"/>
      </w:pPr>
      <w:r>
        <w:t>A security code appears (e.g. `A7K2Q9`) and the stickers print automatically:</w:t>
      </w:r>
    </w:p>
    <w:p>
      <w:pPr>
        <w:pStyle w:val="ListBullet"/>
      </w:pPr>
      <w:r>
        <w:t>Parent pickup tag — the code + the children's names. The parent keeps this.</w:t>
      </w:r>
    </w:p>
    <w:p>
      <w:pPr>
        <w:pStyle w:val="ListBullet"/>
      </w:pPr>
      <w:r>
        <w:t>One tag per child — the child's name, their room, the same code, and a bold ALLERGY / MEDICAL banner if the child has any flagged.</w:t>
      </w:r>
    </w:p>
    <w:p>
      <w:pPr>
        <w:pStyle w:val="ListNumber"/>
      </w:pPr>
      <w:r>
        <w:t>Put the child tag on the child and send them to their room.</w:t>
      </w:r>
    </w:p>
    <w:p>
      <w:r>
        <w:t xml:space="preserve">&gt; No printout? Tap </w:t>
      </w:r>
      <w:r>
        <w:rPr>
          <w:b/>
        </w:rPr>
        <w:t>🖨️ Print again</w:t>
      </w:r>
      <w:r>
        <w:t>. The security code is also shown on screen as a backup.</w:t>
      </w:r>
    </w:p>
    <w:p/>
    <w:p>
      <w:pPr>
        <w:pStyle w:val="Heading2"/>
      </w:pPr>
      <w:r>
        <w:t>2. Visitor / Guest (families without records)</w:t>
      </w:r>
    </w:p>
    <w:p>
      <w:r>
        <w:t xml:space="preserve">*Children Check-In → </w:t>
      </w:r>
      <w:r>
        <w:rPr>
          <w:b/>
        </w:rPr>
        <w:t>Visitor / Guest</w:t>
      </w:r>
      <w:r>
        <w:t xml:space="preserve"> tab*</w:t>
      </w:r>
    </w:p>
    <w:p>
      <w:r>
        <w:t>For a first-time visiting family that isn't in the system:</w:t>
      </w:r>
    </w:p>
    <w:p>
      <w:pPr>
        <w:pStyle w:val="ListNumber"/>
      </w:pPr>
      <w:r>
        <w:t>Enter the parent's name (and phone, optional).</w:t>
      </w:r>
    </w:p>
    <w:p>
      <w:pPr>
        <w:pStyle w:val="ListNumber"/>
      </w:pPr>
      <w:r>
        <w:t>For each child, enter their first name, date of birth, and any allergies (comma-separated). Tap ＋ Add another child for siblings.</w:t>
      </w:r>
    </w:p>
    <w:p>
      <w:pPr>
        <w:pStyle w:val="ListNumber"/>
      </w:pPr>
      <w:r>
        <w:t>Tap Check in &amp; print.</w:t>
      </w:r>
    </w:p>
    <w:p>
      <w:r>
        <w:t>Speiro creates a visitor record for the family, checks the children in, assigns rooms by age, and prints the same parent + child stickers. The family is now in your system for follow-up.</w:t>
      </w:r>
    </w:p>
    <w:p/>
    <w:p>
      <w:pPr>
        <w:pStyle w:val="Heading2"/>
      </w:pPr>
      <w:r>
        <w:t>3. Check Out (releasing children)</w:t>
      </w:r>
    </w:p>
    <w:p>
      <w:r>
        <w:t xml:space="preserve">*Children Check-In → </w:t>
      </w:r>
      <w:r>
        <w:rPr>
          <w:b/>
        </w:rPr>
        <w:t>Check Out</w:t>
      </w:r>
      <w:r>
        <w:t xml:space="preserve"> tab*</w:t>
      </w:r>
    </w:p>
    <w:p>
      <w:pPr>
        <w:pStyle w:val="ListNumber"/>
      </w:pPr>
      <w:r>
        <w:t>Ask the person collecting the child for their pickup tag and read the 6-character code (or scan the QR / enter the PIN).</w:t>
      </w:r>
    </w:p>
    <w:p>
      <w:pPr>
        <w:pStyle w:val="ListNumber"/>
      </w:pPr>
      <w:r>
        <w:t>Type the code and tap Release child(ren).</w:t>
      </w:r>
    </w:p>
    <w:p>
      <w:pPr>
        <w:pStyle w:val="ListNumber"/>
      </w:pPr>
      <w:r>
        <w:t>Speiro confirms which children were released. Every child sharing that code is released together.</w:t>
      </w:r>
    </w:p>
    <w:p>
      <w:r/>
      <w:r>
        <w:rPr>
          <w:b/>
        </w:rPr>
        <w:t>Every checkout is recorded in the Audit Log</w:t>
      </w:r>
      <w:r>
        <w:t xml:space="preserve"> — whether it was released by code, QR scan, PIN, or a manual override — capturing who released the child and how.</w:t>
      </w:r>
    </w:p>
    <w:p>
      <w:pPr>
        <w:pStyle w:val="Heading3"/>
      </w:pPr>
      <w:r>
        <w:t>Manual check-out (no code)</w:t>
      </w:r>
    </w:p>
    <w:p>
      <w:r>
        <w:t xml:space="preserve">If a parent lost their tag, use the red </w:t>
      </w:r>
      <w:r>
        <w:rPr>
          <w:b/>
        </w:rPr>
        <w:t>Manual check-out (no code)</w:t>
      </w:r>
      <w:r>
        <w:t xml:space="preserve"> option:</w:t>
      </w:r>
    </w:p>
    <w:p>
      <w:pPr>
        <w:pStyle w:val="ListNumber"/>
      </w:pPr>
      <w:r>
        <w:t>Find the child and tap Manual check-out (no code).</w:t>
      </w:r>
    </w:p>
    <w:p>
      <w:pPr>
        <w:pStyle w:val="ListNumber"/>
      </w:pPr>
      <w:r>
        <w:t>Enter a reason — this is mandatory (e.g. "Parent lost tag, verified ID against profile").</w:t>
      </w:r>
    </w:p>
    <w:p>
      <w:pPr>
        <w:pStyle w:val="ListNumber"/>
      </w:pPr>
      <w:r>
        <w:t>Confirm the release.</w:t>
      </w:r>
    </w:p>
    <w:p>
      <w:r>
        <w:t xml:space="preserve">The override is flagged as a no-code checkout and written to the </w:t>
      </w:r>
      <w:r>
        <w:rPr>
          <w:b/>
        </w:rPr>
        <w:t>Audit Log with your reason</w:t>
      </w:r>
      <w:r>
        <w:t>, so there's a clear record of why the normal code check wasn't used.</w:t>
      </w:r>
    </w:p>
    <w:p>
      <w:r>
        <w:t xml:space="preserve">&gt; </w:t>
      </w:r>
      <w:r>
        <w:rPr>
          <w:b/>
        </w:rPr>
        <w:t>Safety:</w:t>
      </w:r>
      <w:r>
        <w:t xml:space="preserve"> only release a child to someone you've verified. Prefer the code/QR/PIN. Use the manual override only when necessary, verify the collector's identity another way (check with a supervisor), and record an honest reason.</w:t>
      </w:r>
    </w:p>
    <w:p/>
    <w:p>
      <w:pPr>
        <w:pStyle w:val="Heading2"/>
      </w:pPr>
      <w:r>
        <w:t>The stickers</w:t>
      </w:r>
    </w:p>
    <w:p>
      <w:r>
        <w:t>Each check-in prints on your normal printer (or a label printer via the print dialog):</w:t>
      </w:r>
    </w:p>
    <w:p>
      <w:pPr>
        <w:pStyle w:val="ListBullet"/>
      </w:pPr>
      <w:r>
        <w:t>Parent pickup tag: the security code (large), a scannable QR of the code, and the children's names.</w:t>
      </w:r>
    </w:p>
    <w:p>
      <w:pPr>
        <w:pStyle w:val="ListBullet"/>
      </w:pPr>
      <w:r>
        <w:t>Child tag(s): the child's name (large), their room, the matching code + QR, and — if flagged — a black ALLERGY / MEDICAL banner so room staff see it at a glance.</w:t>
      </w:r>
    </w:p>
    <w:p>
      <w:r>
        <w:t xml:space="preserve">The QR is a convenience for faster checkout scanning; the printed </w:t>
      </w:r>
      <w:r>
        <w:rPr>
          <w:b/>
        </w:rPr>
        <w:t>code</w:t>
      </w:r>
      <w:r>
        <w:t xml:space="preserve"> is the real match and always works, even if the church is offline.</w:t>
      </w:r>
    </w:p>
    <w:p/>
    <w:p>
      <w:pPr>
        <w:pStyle w:val="Heading2"/>
      </w:pPr>
      <w:r>
        <w:t>Troubleshooting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Solution</w:t>
            </w:r>
          </w:p>
        </w:tc>
      </w:tr>
      <w:tr>
        <w:tc>
          <w:tcPr>
            <w:tcW w:type="dxa" w:w="4320"/>
          </w:tcPr>
          <w:p>
            <w:r>
              <w:t>No **Children Check-In** menu</w:t>
            </w:r>
          </w:p>
        </w:tc>
        <w:tc>
          <w:tcPr>
            <w:tcW w:type="dxa" w:w="4320"/>
          </w:tcPr>
          <w:p>
            <w:r>
              <w:t>The feature isn't enabled, or your role lacks access. An Admin enables it and checks your role (Admin/Pastor/Leader/Staff).</w:t>
            </w:r>
          </w:p>
        </w:tc>
      </w:tr>
      <w:tr>
        <w:tc>
          <w:tcPr>
            <w:tcW w:type="dxa" w:w="4320"/>
          </w:tcPr>
          <w:p>
            <w:r>
              <w:t>"No available room for age…"</w:t>
            </w:r>
          </w:p>
        </w:tc>
        <w:tc>
          <w:tcPr>
            <w:tcW w:type="dxa" w:w="4320"/>
          </w:tcPr>
          <w:p>
            <w:r>
              <w:t>Set up **rooms** and **age groups** that cover the child's age (Admin).</w:t>
            </w:r>
          </w:p>
        </w:tc>
      </w:tr>
      <w:tr>
        <w:tc>
          <w:tcPr>
            <w:tcW w:type="dxa" w:w="4320"/>
          </w:tcPr>
          <w:p>
            <w:r>
              <w:t>Phone lookup finds no one</w:t>
            </w:r>
          </w:p>
        </w:tc>
        <w:tc>
          <w:tcPr>
            <w:tcW w:type="dxa" w:w="4320"/>
          </w:tcPr>
          <w:p>
            <w:r>
              <w:t>Use the **Visitor / Guest** tab to check them in as a first-time family.</w:t>
            </w:r>
          </w:p>
        </w:tc>
      </w:tr>
      <w:tr>
        <w:tc>
          <w:tcPr>
            <w:tcW w:type="dxa" w:w="4320"/>
          </w:tcPr>
          <w:p>
            <w:r>
              <w:t>Stickers don't print</w:t>
            </w:r>
          </w:p>
        </w:tc>
        <w:tc>
          <w:tcPr>
            <w:tcW w:type="dxa" w:w="4320"/>
          </w:tcPr>
          <w:p>
            <w:r>
              <w:t>Check the browser's print dialog and that a printer is selected; tap **Print again**. The on-screen code is a backup.</w:t>
            </w:r>
          </w:p>
        </w:tc>
      </w:tr>
      <w:tr>
        <w:tc>
          <w:tcPr>
            <w:tcW w:type="dxa" w:w="4320"/>
          </w:tcPr>
          <w:p>
            <w:r>
              <w:t>"Child is already checked in"</w:t>
            </w:r>
          </w:p>
        </w:tc>
        <w:tc>
          <w:tcPr>
            <w:tcW w:type="dxa" w:w="4320"/>
          </w:tcPr>
          <w:p>
            <w:r>
              <w:t>That child is already checked in to this service — no need to check in twice.</w:t>
            </w:r>
          </w:p>
        </w:tc>
      </w:tr>
      <w:tr>
        <w:tc>
          <w:tcPr>
            <w:tcW w:type="dxa" w:w="4320"/>
          </w:tcPr>
          <w:p>
            <w:r>
              <w:t>Wrong service at the top</w:t>
            </w:r>
          </w:p>
        </w:tc>
        <w:tc>
          <w:tcPr>
            <w:tcW w:type="dxa" w:w="4320"/>
          </w:tcPr>
          <w:p>
            <w:r>
              <w:t>Change the **Service** selector before checking in.</w:t>
            </w:r>
          </w:p>
        </w:tc>
      </w:tr>
    </w:tbl>
    <w:p/>
    <w:p/>
    <w:p>
      <w:r>
        <w:t>*Last updated for Speiro CMS v4.5 — www.speiro.africa*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