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63040" cy="12234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peiro-logo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2234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16A34A"/>
          <w:sz w:val="28"/>
        </w:rPr>
        <w:t>Speiro Church Management System</w:t>
      </w:r>
    </w:p>
    <w:p/>
    <w:p>
      <w:pPr>
        <w:pStyle w:val="Heading1"/>
      </w:pPr>
      <w:r>
        <w:t>Discipleship Programs — Feature Guide</w:t>
      </w:r>
    </w:p>
    <w:p>
      <w:r/>
      <w:r>
        <w:rPr>
          <w:b/>
        </w:rPr>
        <w:t>Feature Flag:</w:t>
      </w:r>
      <w:r>
        <w:t xml:space="preserve"> `discipleship` | </w:t>
      </w:r>
      <w:r>
        <w:rPr>
          <w:b/>
        </w:rPr>
        <w:t>Available to:</w:t>
      </w:r>
      <w:r>
        <w:t xml:space="preserve"> Admin, Church Leader, Staff</w:t>
      </w:r>
    </w:p>
    <w:p/>
    <w:p>
      <w:pPr>
        <w:pStyle w:val="Heading2"/>
      </w:pPr>
      <w:r>
        <w:t>Overview</w:t>
      </w:r>
    </w:p>
    <w:p>
      <w:r>
        <w:t>The Discipleship Programs module allows churches to create custom growth pathways for new converts and members. Instead of a one-size-fits-all approach, each church defines their own program with configurable steps, timelines, and mentor assignments.</w:t>
      </w:r>
    </w:p>
    <w:p>
      <w:r>
        <w:t xml:space="preserve">The module now also powers a </w:t>
      </w:r>
      <w:r>
        <w:rPr>
          <w:b/>
        </w:rPr>
        <w:t>New Convert / Seeker self-service track</w:t>
      </w:r>
      <w:r>
        <w:t xml:space="preserve">: a lightweight web page where people who are </w:t>
      </w:r>
      <w:r>
        <w:rPr>
          <w:b/>
        </w:rPr>
        <w:t>not yet members</w:t>
      </w:r>
      <w:r>
        <w:t xml:space="preserve"> can sign up on their own and walk through your discipleship programme. See the "New Convert (Seeker) Self-Service Track" section below.</w:t>
      </w:r>
    </w:p>
    <w:p/>
    <w:p>
      <w:pPr>
        <w:pStyle w:val="Heading2"/>
      </w:pPr>
      <w:r>
        <w:t>Key Concepts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Term</w:t>
            </w:r>
          </w:p>
        </w:tc>
        <w:tc>
          <w:tcPr>
            <w:tcW w:type="dxa" w:w="4320"/>
          </w:tcPr>
          <w:p>
            <w:r>
              <w:rPr>
                <w:b/>
              </w:rPr>
              <w:t>Description</w:t>
            </w:r>
          </w:p>
        </w:tc>
      </w:tr>
      <w:tr>
        <w:tc>
          <w:tcPr>
            <w:tcW w:type="dxa" w:w="4320"/>
          </w:tcPr>
          <w:p>
            <w:r>
              <w:t>**Program**</w:t>
            </w:r>
          </w:p>
        </w:tc>
        <w:tc>
          <w:tcPr>
            <w:tcW w:type="dxa" w:w="4320"/>
          </w:tcPr>
          <w:p>
            <w:r>
              <w:t>A named discipleship pathway (e.g., "New Believers Journey", "Foundations Course")</w:t>
            </w:r>
          </w:p>
        </w:tc>
      </w:tr>
      <w:tr>
        <w:tc>
          <w:tcPr>
            <w:tcW w:type="dxa" w:w="4320"/>
          </w:tcPr>
          <w:p>
            <w:r>
              <w:t>**Step**</w:t>
            </w:r>
          </w:p>
        </w:tc>
        <w:tc>
          <w:tcPr>
            <w:tcW w:type="dxa" w:w="4320"/>
          </w:tcPr>
          <w:p>
            <w:r>
              <w:t>An ordered milestone within a program (e.g., "Water Baptism", "Join a Cell Group")</w:t>
            </w:r>
          </w:p>
        </w:tc>
      </w:tr>
      <w:tr>
        <w:tc>
          <w:tcPr>
            <w:tcW w:type="dxa" w:w="4320"/>
          </w:tcPr>
          <w:p>
            <w:r>
              <w:t>**Enrollment**</w:t>
            </w:r>
          </w:p>
        </w:tc>
        <w:tc>
          <w:tcPr>
            <w:tcW w:type="dxa" w:w="4320"/>
          </w:tcPr>
          <w:p>
            <w:r>
              <w:t>A member enrolled in a program, tracking their current position</w:t>
            </w:r>
          </w:p>
        </w:tc>
      </w:tr>
      <w:tr>
        <w:tc>
          <w:tcPr>
            <w:tcW w:type="dxa" w:w="4320"/>
          </w:tcPr>
          <w:p>
            <w:r>
              <w:t>**Mentor**</w:t>
            </w:r>
          </w:p>
        </w:tc>
        <w:tc>
          <w:tcPr>
            <w:tcW w:type="dxa" w:w="4320"/>
          </w:tcPr>
          <w:p>
            <w:r>
              <w:t>A mature member assigned to guide the enrollee through the program</w:t>
            </w:r>
          </w:p>
        </w:tc>
      </w:tr>
      <w:tr>
        <w:tc>
          <w:tcPr>
            <w:tcW w:type="dxa" w:w="4320"/>
          </w:tcPr>
          <w:p>
            <w:r>
              <w:t>**Sign-off**</w:t>
            </w:r>
          </w:p>
        </w:tc>
        <w:tc>
          <w:tcPr>
            <w:tcW w:type="dxa" w:w="4320"/>
          </w:tcPr>
          <w:p>
            <w:r>
              <w:t>Some steps require a leader to confirm completion (not self-reported)</w:t>
            </w:r>
          </w:p>
        </w:tc>
      </w:tr>
    </w:tbl>
    <w:p/>
    <w:p/>
    <w:p>
      <w:pPr>
        <w:pStyle w:val="Heading2"/>
      </w:pPr>
      <w:r>
        <w:t>Setting Up a Program (Admin)</w:t>
      </w:r>
    </w:p>
    <w:p>
      <w:pPr>
        <w:pStyle w:val="Heading3"/>
      </w:pPr>
      <w:r>
        <w:t>Creating a Program</w:t>
      </w:r>
    </w:p>
    <w:p>
      <w:pPr>
        <w:pStyle w:val="ListNumber"/>
      </w:pPr>
      <w:r>
        <w:t>Go to More → Discipleship Programs</w:t>
      </w:r>
    </w:p>
    <w:p>
      <w:pPr>
        <w:pStyle w:val="ListNumber"/>
      </w:pPr>
      <w:r>
        <w:t>Tap + Create Program</w:t>
      </w:r>
    </w:p>
    <w:p>
      <w:pPr>
        <w:pStyle w:val="ListNumber"/>
      </w:pPr>
      <w:r>
        <w:t>Enter:</w:t>
      </w:r>
    </w:p>
    <w:p>
      <w:pPr>
        <w:pStyle w:val="ListBullet"/>
      </w:pPr>
      <w:r>
        <w:t>Name — e.g., "New Believers Foundation"</w:t>
      </w:r>
    </w:p>
    <w:p>
      <w:pPr>
        <w:pStyle w:val="ListBullet"/>
      </w:pPr>
      <w:r>
        <w:t>Description — what this program covers and who it's for</w:t>
      </w:r>
    </w:p>
    <w:p>
      <w:pPr>
        <w:pStyle w:val="ListBullet"/>
      </w:pPr>
      <w:r>
        <w:t>Default — toggle ON if this should be the default program for new converts</w:t>
      </w:r>
    </w:p>
    <w:p>
      <w:pPr>
        <w:pStyle w:val="ListNumber"/>
      </w:pPr>
      <w:r>
        <w:t>Tap Create</w:t>
      </w:r>
    </w:p>
    <w:p>
      <w:pPr>
        <w:pStyle w:val="Heading3"/>
      </w:pPr>
      <w:r>
        <w:t>Adding Steps</w:t>
      </w:r>
    </w:p>
    <w:p>
      <w:r>
        <w:t>After creating a program, define the steps in order:</w:t>
      </w:r>
    </w:p>
    <w:p>
      <w:pPr>
        <w:pStyle w:val="ListNumber"/>
      </w:pPr>
      <w:r>
        <w:t>Open the program</w:t>
      </w:r>
    </w:p>
    <w:p>
      <w:pPr>
        <w:pStyle w:val="ListNumber"/>
      </w:pPr>
      <w:r>
        <w:t>Tap + Add Step</w:t>
      </w:r>
    </w:p>
    <w:p>
      <w:pPr>
        <w:pStyle w:val="ListNumber"/>
      </w:pPr>
      <w:r>
        <w:t>For each step, enter:</w:t>
      </w:r>
    </w:p>
    <w:p>
      <w:pPr>
        <w:pStyle w:val="ListBullet"/>
      </w:pPr>
      <w:r>
        <w:t>Name — e.g., "Attend Welcome Class"</w:t>
      </w:r>
    </w:p>
    <w:p>
      <w:pPr>
        <w:pStyle w:val="ListBullet"/>
      </w:pPr>
      <w:r>
        <w:t>Description — what's involved, resources needed</w:t>
      </w:r>
    </w:p>
    <w:p>
      <w:pPr>
        <w:pStyle w:val="ListBullet"/>
      </w:pPr>
      <w:r>
        <w:t>Expected Duration — how many days this step typically takes (optional, used for stall alerts)</w:t>
      </w:r>
    </w:p>
    <w:p>
      <w:pPr>
        <w:pStyle w:val="ListBullet"/>
      </w:pPr>
      <w:r>
        <w:t>Requires Sign-off — toggle ON if a leader must confirm completion (e.g., baptism, membership class)</w:t>
      </w:r>
    </w:p>
    <w:p>
      <w:pPr>
        <w:pStyle w:val="ListNumber"/>
      </w:pPr>
      <w:r>
        <w:t>Steps are automatically ordered. Drag to reorder if needed.</w:t>
      </w:r>
    </w:p>
    <w:p>
      <w:pPr>
        <w:pStyle w:val="Heading3"/>
      </w:pPr>
      <w:r>
        <w:t>Example Program: "New Believers Journey"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Step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Name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Duration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Sign-off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Welcome Class</w:t>
            </w:r>
          </w:p>
        </w:tc>
        <w:tc>
          <w:tcPr>
            <w:tcW w:type="dxa" w:w="2160"/>
          </w:tcPr>
          <w:p>
            <w:r>
              <w:t>7 days</w:t>
            </w:r>
          </w:p>
        </w:tc>
        <w:tc>
          <w:tcPr>
            <w:tcW w:type="dxa" w:w="2160"/>
          </w:tcPr>
          <w:p>
            <w:r>
              <w:t>No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Meet Your Mentor</w:t>
            </w:r>
          </w:p>
        </w:tc>
        <w:tc>
          <w:tcPr>
            <w:tcW w:type="dxa" w:w="2160"/>
          </w:tcPr>
          <w:p>
            <w:r>
              <w:t>7 days</w:t>
            </w:r>
          </w:p>
        </w:tc>
        <w:tc>
          <w:tcPr>
            <w:tcW w:type="dxa" w:w="2160"/>
          </w:tcPr>
          <w:p>
            <w:r>
              <w:t>No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Water Baptism</w:t>
            </w:r>
          </w:p>
        </w:tc>
        <w:tc>
          <w:tcPr>
            <w:tcW w:type="dxa" w:w="2160"/>
          </w:tcPr>
          <w:p>
            <w:r>
              <w:t>30 days</w:t>
            </w:r>
          </w:p>
        </w:tc>
        <w:tc>
          <w:tcPr>
            <w:tcW w:type="dxa" w:w="2160"/>
          </w:tcPr>
          <w:p>
            <w:r>
              <w:t>Yes</w:t>
            </w:r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Membership Class (4 weeks)</w:t>
            </w:r>
          </w:p>
        </w:tc>
        <w:tc>
          <w:tcPr>
            <w:tcW w:type="dxa" w:w="2160"/>
          </w:tcPr>
          <w:p>
            <w:r>
              <w:t>28 days</w:t>
            </w:r>
          </w:p>
        </w:tc>
        <w:tc>
          <w:tcPr>
            <w:tcW w:type="dxa" w:w="2160"/>
          </w:tcPr>
          <w:p>
            <w:r>
              <w:t>Yes</w:t>
            </w:r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Join a Cell Group</w:t>
            </w:r>
          </w:p>
        </w:tc>
        <w:tc>
          <w:tcPr>
            <w:tcW w:type="dxa" w:w="2160"/>
          </w:tcPr>
          <w:p>
            <w:r>
              <w:t>14 days</w:t>
            </w:r>
          </w:p>
        </w:tc>
        <w:tc>
          <w:tcPr>
            <w:tcW w:type="dxa" w:w="2160"/>
          </w:tcPr>
          <w:p>
            <w:r>
              <w:t>No</w:t>
            </w:r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Serve on a Ministry Team</w:t>
            </w:r>
          </w:p>
        </w:tc>
        <w:tc>
          <w:tcPr>
            <w:tcW w:type="dxa" w:w="2160"/>
          </w:tcPr>
          <w:p>
            <w:r>
              <w:t>30 days</w:t>
            </w:r>
          </w:p>
        </w:tc>
        <w:tc>
          <w:tcPr>
            <w:tcW w:type="dxa" w:w="2160"/>
          </w:tcPr>
          <w:p>
            <w:r>
              <w:t>No</w:t>
            </w:r>
          </w:p>
        </w:tc>
      </w:tr>
      <w:tr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Complete Foundations Course</w:t>
            </w:r>
          </w:p>
        </w:tc>
        <w:tc>
          <w:tcPr>
            <w:tcW w:type="dxa" w:w="2160"/>
          </w:tcPr>
          <w:p>
            <w:r>
              <w:t>56 days</w:t>
            </w:r>
          </w:p>
        </w:tc>
        <w:tc>
          <w:tcPr>
            <w:tcW w:type="dxa" w:w="2160"/>
          </w:tcPr>
          <w:p>
            <w:r>
              <w:t>Yes</w:t>
            </w:r>
          </w:p>
        </w:tc>
      </w:tr>
    </w:tbl>
    <w:p/>
    <w:p/>
    <w:p>
      <w:pPr>
        <w:pStyle w:val="Heading2"/>
      </w:pPr>
      <w:r>
        <w:t>Enrolling Members</w:t>
      </w:r>
    </w:p>
    <w:p>
      <w:pPr>
        <w:pStyle w:val="Heading3"/>
      </w:pPr>
      <w:r>
        <w:t>From New Converts</w:t>
      </w:r>
    </w:p>
    <w:p>
      <w:r>
        <w:t>When a new convert is added, they can be automatically enrolled in the default discipleship program. Or manually:</w:t>
      </w:r>
    </w:p>
    <w:p>
      <w:pPr>
        <w:pStyle w:val="ListNumber"/>
      </w:pPr>
      <w:r>
        <w:t>Go to More → Discipleship Programs → Enrollments</w:t>
      </w:r>
    </w:p>
    <w:p>
      <w:pPr>
        <w:pStyle w:val="ListNumber"/>
      </w:pPr>
      <w:r>
        <w:t>Tap + Enroll Member</w:t>
      </w:r>
    </w:p>
    <w:p>
      <w:pPr>
        <w:pStyle w:val="ListNumber"/>
      </w:pPr>
      <w:r>
        <w:t>Select:</w:t>
      </w:r>
    </w:p>
    <w:p>
      <w:pPr>
        <w:pStyle w:val="ListBullet"/>
      </w:pPr>
      <w:r>
        <w:t>Program — which pathway</w:t>
      </w:r>
    </w:p>
    <w:p>
      <w:pPr>
        <w:pStyle w:val="ListBullet"/>
      </w:pPr>
      <w:r>
        <w:t>Member — who to enroll</w:t>
      </w:r>
    </w:p>
    <w:p>
      <w:pPr>
        <w:pStyle w:val="ListBullet"/>
      </w:pPr>
      <w:r>
        <w:t>Mentor — assign a mentor (optional but recommended)</w:t>
      </w:r>
    </w:p>
    <w:p>
      <w:pPr>
        <w:pStyle w:val="ListNumber"/>
      </w:pPr>
      <w:r>
        <w:t>The member starts at Step 1 automatically</w:t>
      </w:r>
    </w:p>
    <w:p>
      <w:pPr>
        <w:pStyle w:val="Heading3"/>
      </w:pPr>
      <w:r>
        <w:t>Bulk Enrollment</w:t>
      </w:r>
    </w:p>
    <w:p>
      <w:r>
        <w:t>Select multiple members from the member directory and enroll them all in a program at once.</w:t>
      </w:r>
    </w:p>
    <w:p/>
    <w:p>
      <w:pPr>
        <w:pStyle w:val="Heading2"/>
      </w:pPr>
      <w:r>
        <w:t>Progressing Through Steps</w:t>
      </w:r>
    </w:p>
    <w:p>
      <w:pPr>
        <w:pStyle w:val="Heading3"/>
      </w:pPr>
      <w:r>
        <w:t>As a Mentor/Leader</w:t>
      </w:r>
    </w:p>
    <w:p>
      <w:pPr>
        <w:pStyle w:val="ListNumber"/>
      </w:pPr>
      <w:r>
        <w:t>Open an enrollment from the list</w:t>
      </w:r>
    </w:p>
    <w:p>
      <w:pPr>
        <w:pStyle w:val="ListNumber"/>
      </w:pPr>
      <w:r>
        <w:t>You'll see a progress bar showing completed vs remaining steps</w:t>
      </w:r>
    </w:p>
    <w:p>
      <w:pPr>
        <w:pStyle w:val="ListNumber"/>
      </w:pPr>
      <w:r>
        <w:t>The current step is highlighted</w:t>
      </w:r>
    </w:p>
    <w:p>
      <w:pPr>
        <w:pStyle w:val="ListNumber"/>
      </w:pPr>
      <w:r>
        <w:t>When the member has completed the step:</w:t>
      </w:r>
    </w:p>
    <w:p>
      <w:pPr>
        <w:pStyle w:val="ListBullet"/>
      </w:pPr>
      <w:r>
        <w:t>Tap Mark Complete</w:t>
      </w:r>
    </w:p>
    <w:p>
      <w:pPr>
        <w:pStyle w:val="ListBullet"/>
      </w:pPr>
      <w:r>
        <w:t>Add optional notes (e.g., "Attended class on 15 June")</w:t>
      </w:r>
    </w:p>
    <w:p>
      <w:pPr>
        <w:pStyle w:val="ListBullet"/>
      </w:pPr>
      <w:r>
        <w:t>If sign-off is required, only leaders can mark it complete</w:t>
      </w:r>
    </w:p>
    <w:p>
      <w:pPr>
        <w:pStyle w:val="ListNumber"/>
      </w:pPr>
      <w:r>
        <w:t>The enrollment automatically advances to the next step</w:t>
      </w:r>
    </w:p>
    <w:p>
      <w:pPr>
        <w:pStyle w:val="Heading3"/>
      </w:pPr>
      <w:r>
        <w:t>As the Member (or Seeker)</w:t>
      </w:r>
    </w:p>
    <w:p>
      <w:r>
        <w:t xml:space="preserve">Members see their own discipleship progress in the app; </w:t>
      </w:r>
      <w:r>
        <w:rPr>
          <w:b/>
        </w:rPr>
        <w:t>seekers</w:t>
      </w:r>
      <w:r>
        <w:t xml:space="preserve"> see theirs on the New Convert web page. Either way they see:</w:t>
      </w:r>
    </w:p>
    <w:p>
      <w:pPr>
        <w:pStyle w:val="ListBullet"/>
      </w:pPr>
      <w:r>
        <w:t>Which program they're enrolled in</w:t>
      </w:r>
    </w:p>
    <w:p>
      <w:pPr>
        <w:pStyle w:val="ListBullet"/>
      </w:pPr>
      <w:r>
        <w:t>What step they're currently on</w:t>
      </w:r>
    </w:p>
    <w:p>
      <w:pPr>
        <w:pStyle w:val="ListBullet"/>
      </w:pPr>
      <w:r>
        <w:t>What comes next</w:t>
      </w:r>
    </w:p>
    <w:p>
      <w:pPr>
        <w:pStyle w:val="ListBullet"/>
      </w:pPr>
      <w:r>
        <w:t>Who their mentor is (members)</w:t>
      </w:r>
    </w:p>
    <w:p>
      <w:r>
        <w:t>Seekers can mark their own steps complete on the web page as they progress.</w:t>
      </w:r>
    </w:p>
    <w:p>
      <w:pPr>
        <w:pStyle w:val="Heading3"/>
      </w:pPr>
      <w:r>
        <w:t>Completion</w:t>
      </w:r>
    </w:p>
    <w:p>
      <w:r>
        <w:t xml:space="preserve">When all steps are marked complete, the enrollment status automatically changes to </w:t>
      </w:r>
      <w:r>
        <w:rPr>
          <w:b/>
        </w:rPr>
        <w:t>Completed</w:t>
      </w:r>
      <w:r>
        <w:t>. The member has graduated from the program.</w:t>
      </w:r>
    </w:p>
    <w:p/>
    <w:p>
      <w:pPr>
        <w:pStyle w:val="Heading2"/>
      </w:pPr>
      <w:r>
        <w:t>Mentor Responsibilities</w:t>
      </w:r>
    </w:p>
    <w:p>
      <w:r>
        <w:t>Mentors assigned to enrollments can:</w:t>
      </w:r>
    </w:p>
    <w:p>
      <w:pPr>
        <w:pStyle w:val="ListBullet"/>
      </w:pPr>
      <w:r>
        <w:t>View their mentees and their current step</w:t>
      </w:r>
    </w:p>
    <w:p>
      <w:pPr>
        <w:pStyle w:val="ListBullet"/>
      </w:pPr>
      <w:r>
        <w:t>Receive reminders when a mentee is stalled (no progress for 14+ days)</w:t>
      </w:r>
    </w:p>
    <w:p>
      <w:pPr>
        <w:pStyle w:val="ListBullet"/>
      </w:pPr>
      <w:r>
        <w:t>Mark steps as complete for their mentee</w:t>
      </w:r>
    </w:p>
    <w:p>
      <w:pPr>
        <w:pStyle w:val="ListBullet"/>
      </w:pPr>
      <w:r>
        <w:t>Add notes and encouragement</w:t>
      </w:r>
    </w:p>
    <w:p/>
    <w:p>
      <w:pPr>
        <w:pStyle w:val="Heading2"/>
      </w:pPr>
      <w:r>
        <w:t>Program Status Options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Status</w:t>
            </w:r>
          </w:p>
        </w:tc>
        <w:tc>
          <w:tcPr>
            <w:tcW w:type="dxa" w:w="4320"/>
          </w:tcPr>
          <w:p>
            <w:r>
              <w:rPr>
                <w:b/>
              </w:rPr>
              <w:t>Meaning</w:t>
            </w:r>
          </w:p>
        </w:tc>
      </w:tr>
      <w:tr>
        <w:tc>
          <w:tcPr>
            <w:tcW w:type="dxa" w:w="4320"/>
          </w:tcPr>
          <w:p>
            <w:r>
              <w:t>**Active**</w:t>
            </w:r>
          </w:p>
        </w:tc>
        <w:tc>
          <w:tcPr>
            <w:tcW w:type="dxa" w:w="4320"/>
          </w:tcPr>
          <w:p>
            <w:r>
              <w:t>Member is actively progressing through steps</w:t>
            </w:r>
          </w:p>
        </w:tc>
      </w:tr>
      <w:tr>
        <w:tc>
          <w:tcPr>
            <w:tcW w:type="dxa" w:w="4320"/>
          </w:tcPr>
          <w:p>
            <w:r>
              <w:t>**Paused**</w:t>
            </w:r>
          </w:p>
        </w:tc>
        <w:tc>
          <w:tcPr>
            <w:tcW w:type="dxa" w:w="4320"/>
          </w:tcPr>
          <w:p>
            <w:r>
              <w:t>Temporarily on hold (illness, travel, etc.)</w:t>
            </w:r>
          </w:p>
        </w:tc>
      </w:tr>
      <w:tr>
        <w:tc>
          <w:tcPr>
            <w:tcW w:type="dxa" w:w="4320"/>
          </w:tcPr>
          <w:p>
            <w:r>
              <w:t>**Completed**</w:t>
            </w:r>
          </w:p>
        </w:tc>
        <w:tc>
          <w:tcPr>
            <w:tcW w:type="dxa" w:w="4320"/>
          </w:tcPr>
          <w:p>
            <w:r>
              <w:t>All steps finished — graduated</w:t>
            </w:r>
          </w:p>
        </w:tc>
      </w:tr>
      <w:tr>
        <w:tc>
          <w:tcPr>
            <w:tcW w:type="dxa" w:w="4320"/>
          </w:tcPr>
          <w:p>
            <w:r>
              <w:t>**Dropped Out**</w:t>
            </w:r>
          </w:p>
        </w:tc>
        <w:tc>
          <w:tcPr>
            <w:tcW w:type="dxa" w:w="4320"/>
          </w:tcPr>
          <w:p>
            <w:r>
              <w:t>Left the program without completing</w:t>
            </w:r>
          </w:p>
        </w:tc>
      </w:tr>
    </w:tbl>
    <w:p/>
    <w:p/>
    <w:p>
      <w:pPr>
        <w:pStyle w:val="Heading2"/>
      </w:pPr>
      <w:r>
        <w:t>Reports &amp; Analytics</w:t>
      </w:r>
    </w:p>
    <w:p>
      <w:pPr>
        <w:pStyle w:val="Heading3"/>
      </w:pPr>
      <w:r>
        <w:t>Discipleship Report (Admin)</w:t>
      </w:r>
    </w:p>
    <w:p>
      <w:r>
        <w:t xml:space="preserve">Access via </w:t>
      </w:r>
      <w:r>
        <w:rPr>
          <w:b/>
        </w:rPr>
        <w:t>Reports → Discipleship</w:t>
      </w:r>
      <w:r>
        <w:t xml:space="preserve"> or from the discipleship module directly: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Metric</w:t>
            </w:r>
          </w:p>
        </w:tc>
        <w:tc>
          <w:tcPr>
            <w:tcW w:type="dxa" w:w="4320"/>
          </w:tcPr>
          <w:p>
            <w:r>
              <w:rPr>
                <w:b/>
              </w:rPr>
              <w:t>Description</w:t>
            </w:r>
          </w:p>
        </w:tc>
      </w:tr>
      <w:tr>
        <w:tc>
          <w:tcPr>
            <w:tcW w:type="dxa" w:w="4320"/>
          </w:tcPr>
          <w:p>
            <w:r>
              <w:t>**Pipeline View**</w:t>
            </w:r>
          </w:p>
        </w:tc>
        <w:tc>
          <w:tcPr>
            <w:tcW w:type="dxa" w:w="4320"/>
          </w:tcPr>
          <w:p>
            <w:r>
              <w:t>How many members are at each status (active, paused, completed, dropped) per program</w:t>
            </w:r>
          </w:p>
        </w:tc>
      </w:tr>
      <w:tr>
        <w:tc>
          <w:tcPr>
            <w:tcW w:type="dxa" w:w="4320"/>
          </w:tcPr>
          <w:p>
            <w:r>
              <w:t>**Average Time to Complete**</w:t>
            </w:r>
          </w:p>
        </w:tc>
        <w:tc>
          <w:tcPr>
            <w:tcW w:type="dxa" w:w="4320"/>
          </w:tcPr>
          <w:p>
            <w:r>
              <w:t>How many days it typically takes to finish the full program</w:t>
            </w:r>
          </w:p>
        </w:tc>
      </w:tr>
      <w:tr>
        <w:tc>
          <w:tcPr>
            <w:tcW w:type="dxa" w:w="4320"/>
          </w:tcPr>
          <w:p>
            <w:r>
              <w:t>**Stalled Members**</w:t>
            </w:r>
          </w:p>
        </w:tc>
        <w:tc>
          <w:tcPr>
            <w:tcW w:type="dxa" w:w="4320"/>
          </w:tcPr>
          <w:p>
            <w:r>
              <w:t>Members who haven't progressed in 14+ days — flag for mentor follow-up</w:t>
            </w:r>
          </w:p>
        </w:tc>
      </w:tr>
      <w:tr>
        <w:tc>
          <w:tcPr>
            <w:tcW w:type="dxa" w:w="4320"/>
          </w:tcPr>
          <w:p>
            <w:r>
              <w:t>**Completion Rate**</w:t>
            </w:r>
          </w:p>
        </w:tc>
        <w:tc>
          <w:tcPr>
            <w:tcW w:type="dxa" w:w="4320"/>
          </w:tcPr>
          <w:p>
            <w:r>
              <w:t>Percentage who complete vs drop out</w:t>
            </w:r>
          </w:p>
        </w:tc>
      </w:tr>
      <w:tr>
        <w:tc>
          <w:tcPr>
            <w:tcW w:type="dxa" w:w="4320"/>
          </w:tcPr>
          <w:p>
            <w:r>
              <w:t>**Mentor Load**</w:t>
            </w:r>
          </w:p>
        </w:tc>
        <w:tc>
          <w:tcPr>
            <w:tcW w:type="dxa" w:w="4320"/>
          </w:tcPr>
          <w:p>
            <w:r>
              <w:t>How many active mentees each mentor has</w:t>
            </w:r>
          </w:p>
        </w:tc>
      </w:tr>
    </w:tbl>
    <w:p/>
    <w:p>
      <w:pPr>
        <w:pStyle w:val="Heading3"/>
      </w:pPr>
      <w:r>
        <w:t>Stalled Members Alert</w:t>
      </w:r>
    </w:p>
    <w:p>
      <w:r>
        <w:t>The system automatically identifies members whose enrollment hasn't been updated in over 14 days. This report helps:</w:t>
      </w:r>
    </w:p>
    <w:p>
      <w:pPr>
        <w:pStyle w:val="ListBullet"/>
      </w:pPr>
      <w:r>
        <w:t>Mentors identify who needs a check-in</w:t>
      </w:r>
    </w:p>
    <w:p>
      <w:pPr>
        <w:pStyle w:val="ListBullet"/>
      </w:pPr>
      <w:r>
        <w:t>Leaders spot where the program is losing people</w:t>
      </w:r>
    </w:p>
    <w:p>
      <w:pPr>
        <w:pStyle w:val="ListBullet"/>
      </w:pPr>
      <w:r>
        <w:t>Admins track overall program health</w:t>
      </w:r>
    </w:p>
    <w:p/>
    <w:p>
      <w:pPr>
        <w:pStyle w:val="Heading2"/>
      </w:pPr>
      <w:r>
        <w:t>New Convert (Seeker) Self-Service Track</w:t>
      </w:r>
    </w:p>
    <w:p>
      <w:r>
        <w:t xml:space="preserve">Not everyone doing your discipleship training is a church member yet. The </w:t>
      </w:r>
      <w:r>
        <w:rPr>
          <w:b/>
        </w:rPr>
        <w:t>Seeker track</w:t>
      </w:r>
      <w:r>
        <w:t xml:space="preserve"> lets regular visitors and new converts work through your programme on their own, from a simple web page — no full membership required.</w:t>
      </w:r>
    </w:p>
    <w:p>
      <w:pPr>
        <w:pStyle w:val="Heading3"/>
      </w:pPr>
      <w:r>
        <w:t>How it works for the seeker</w:t>
      </w:r>
    </w:p>
    <w:p>
      <w:pPr>
        <w:pStyle w:val="ListNumber"/>
      </w:pPr>
      <w:r>
        <w:t>You share your church's seeker link: `https://www.speiro.africa/seeker.html?c=your-church-code`</w:t>
      </w:r>
    </w:p>
    <w:p>
      <w:pPr>
        <w:pStyle w:val="ListNumber"/>
      </w:pPr>
      <w:r>
        <w:t>The visitor signs up with just their name, email, and a password (or logs in if they've been before)</w:t>
      </w:r>
    </w:p>
    <w:p>
      <w:pPr>
        <w:pStyle w:val="ListNumber"/>
      </w:pPr>
      <w:r>
        <w:t>They immediately see your church's discipleship programme laid out step by step</w:t>
      </w:r>
    </w:p>
    <w:p>
      <w:pPr>
        <w:pStyle w:val="ListNumber"/>
      </w:pPr>
      <w:r>
        <w:t>They mark each step complete as they progress, at their own pace</w:t>
      </w:r>
    </w:p>
    <w:p>
      <w:pPr>
        <w:pStyle w:val="ListNumber"/>
      </w:pPr>
      <w:r>
        <w:t>They can also receive announcements you've targeted to seekers (see the Announcements section of the Admin/Leader guides)</w:t>
      </w:r>
    </w:p>
    <w:p>
      <w:pPr>
        <w:pStyle w:val="Heading3"/>
      </w:pPr>
      <w:r>
        <w:t>What happens behind the scenes</w:t>
      </w:r>
    </w:p>
    <w:p>
      <w:pPr>
        <w:pStyle w:val="ListBullet"/>
      </w:pPr>
      <w:r>
        <w:t>A seeker is recorded as a visitor in your member list (membership status: *visitor*) and enrolled in your discipleship programme automatically</w:t>
      </w:r>
    </w:p>
    <w:p>
      <w:pPr>
        <w:pStyle w:val="ListBullet"/>
      </w:pPr>
      <w:r>
        <w:t>They appear in your enrollment and discipleship reports alongside everyone else, so you can shepherd them</w:t>
      </w:r>
    </w:p>
    <w:p>
      <w:pPr>
        <w:pStyle w:val="ListBullet"/>
      </w:pPr>
      <w:r>
        <w:t>Their prayer requests and progress are handled the same way as members'</w:t>
      </w:r>
    </w:p>
    <w:p>
      <w:pPr>
        <w:pStyle w:val="Heading3"/>
      </w:pPr>
      <w:r>
        <w:t>When a seeker becomes a member</w:t>
      </w:r>
    </w:p>
    <w:p>
      <w:r>
        <w:t xml:space="preserve">If a seeker later registers as a full member (or you approve them), their existing </w:t>
      </w:r>
      <w:r>
        <w:rPr>
          <w:b/>
        </w:rPr>
        <w:t>visitor profile is promoted to member</w:t>
      </w:r>
      <w:r>
        <w:t xml:space="preserve"> — their discipleship progress carries over. They are never duplicated in your member list.</w:t>
      </w:r>
    </w:p>
    <w:p>
      <w:pPr>
        <w:pStyle w:val="Heading3"/>
      </w:pPr>
      <w:r>
        <w:t>Requirements</w:t>
      </w:r>
    </w:p>
    <w:p>
      <w:pPr>
        <w:pStyle w:val="ListBullet"/>
      </w:pPr>
      <w:r>
        <w:t>The Discipleship feature flag must be enabled for your church</w:t>
      </w:r>
    </w:p>
    <w:p>
      <w:pPr>
        <w:pStyle w:val="ListBullet"/>
      </w:pPr>
      <w:r>
        <w:t>You must have at least one discipleship programme with steps set up (the seeker is enrolled in your default/active programme)</w:t>
      </w:r>
    </w:p>
    <w:p>
      <w:pPr>
        <w:pStyle w:val="Heading3"/>
      </w:pPr>
      <w:r>
        <w:t>Entry points</w:t>
      </w:r>
    </w:p>
    <w:p>
      <w:pPr>
        <w:pStyle w:val="ListBullet"/>
      </w:pPr>
      <w:r>
        <w:t>Self sign-up on the seeker web page (the primary route)</w:t>
      </w:r>
    </w:p>
    <w:p>
      <w:pPr>
        <w:pStyle w:val="ListBullet"/>
      </w:pPr>
      <w:r>
        <w:t>When you approve a member who was previously a seeker, their track and history are retained</w:t>
      </w:r>
    </w:p>
    <w:p/>
    <w:p>
      <w:pPr>
        <w:pStyle w:val="Heading2"/>
      </w:pPr>
      <w:r>
        <w:t>Integration with New Converts</w:t>
      </w:r>
    </w:p>
    <w:p>
      <w:r>
        <w:t>When a new convert is recorded:</w:t>
      </w:r>
    </w:p>
    <w:p>
      <w:pPr>
        <w:pStyle w:val="ListNumber"/>
      </w:pPr>
      <w:r>
        <w:t>The system checks if a default discipleship program exists</w:t>
      </w:r>
    </w:p>
    <w:p>
      <w:pPr>
        <w:pStyle w:val="ListNumber"/>
      </w:pPr>
      <w:r>
        <w:t>If yes, the convert is automatically enrolled</w:t>
      </w:r>
    </w:p>
    <w:p>
      <w:pPr>
        <w:pStyle w:val="ListNumber"/>
      </w:pPr>
      <w:r>
        <w:t>If a mentor is assigned on the new convert record, it carries over to the enrollment</w:t>
      </w:r>
    </w:p>
    <w:p>
      <w:pPr>
        <w:pStyle w:val="ListNumber"/>
      </w:pPr>
      <w:r>
        <w:t>The convert's discipleship progress is tracked in addition to their basic milestones (baptism, joined group, etc.)</w:t>
      </w:r>
    </w:p>
    <w:p/>
    <w:p>
      <w:pPr>
        <w:pStyle w:val="Heading2"/>
      </w:pPr>
      <w:r>
        <w:t>Best Practices</w:t>
      </w:r>
    </w:p>
    <w:p>
      <w:pPr>
        <w:pStyle w:val="ListNumber"/>
      </w:pPr>
      <w:r>
        <w:t>Keep programs to 5-8 steps — too many steps feel overwhelming</w:t>
      </w:r>
    </w:p>
    <w:p>
      <w:pPr>
        <w:pStyle w:val="ListNumber"/>
      </w:pPr>
      <w:r>
        <w:t>Set realistic durations — don't expect everything in week 1</w:t>
      </w:r>
    </w:p>
    <w:p>
      <w:pPr>
        <w:pStyle w:val="ListNumber"/>
      </w:pPr>
      <w:r>
        <w:t>Assign mentors — accountability dramatically improves completion rates</w:t>
      </w:r>
    </w:p>
    <w:p>
      <w:pPr>
        <w:pStyle w:val="ListNumber"/>
      </w:pPr>
      <w:r>
        <w:t>Use sign-off for significant milestones (baptism, membership class) to ensure they actually happened</w:t>
      </w:r>
    </w:p>
    <w:p>
      <w:pPr>
        <w:pStyle w:val="ListNumber"/>
      </w:pPr>
      <w:r>
        <w:t>Review the stalled report weekly — catch drop-offs early</w:t>
      </w:r>
    </w:p>
    <w:p>
      <w:pPr>
        <w:pStyle w:val="ListNumber"/>
      </w:pPr>
      <w:r>
        <w:t>Create multiple programs for different needs:</w:t>
      </w:r>
    </w:p>
    <w:p>
      <w:pPr>
        <w:pStyle w:val="ListBullet"/>
      </w:pPr>
      <w:r>
        <w:t>New Believers Foundation (6-8 weeks)</w:t>
      </w:r>
    </w:p>
    <w:p>
      <w:pPr>
        <w:pStyle w:val="ListBullet"/>
      </w:pPr>
      <w:r>
        <w:t>Leadership Development (6 months)</w:t>
      </w:r>
    </w:p>
    <w:p>
      <w:pPr>
        <w:pStyle w:val="ListBullet"/>
      </w:pPr>
      <w:r>
        <w:t>Marriage Preparation (12 weeks)</w:t>
      </w:r>
    </w:p>
    <w:p>
      <w:pPr>
        <w:pStyle w:val="ListBullet"/>
      </w:pPr>
      <w:r>
        <w:t>Ministry Training (ongoing)</w:t>
      </w:r>
    </w:p>
    <w:p>
      <w:pPr>
        <w:pStyle w:val="ListNumber"/>
      </w:pPr>
      <w:r>
        <w:t>Celebrate completions — acknowledge members who finish a program publicly</w:t>
      </w:r>
    </w:p>
    <w:p/>
    <w:p>
      <w:pPr>
        <w:pStyle w:val="Heading2"/>
      </w:pPr>
      <w:r>
        <w:t>API Endpoints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Method</w:t>
            </w:r>
          </w:p>
        </w:tc>
        <w:tc>
          <w:tcPr>
            <w:tcW w:type="dxa" w:w="2880"/>
          </w:tcPr>
          <w:p>
            <w:r>
              <w:rPr>
                <w:b/>
              </w:rPr>
              <w:t>Endpoint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Description</w:t>
            </w:r>
          </w:p>
        </w:tc>
      </w:tr>
      <w:tr>
        <w:tc>
          <w:tcPr>
            <w:tcW w:type="dxa" w:w="2880"/>
          </w:tcPr>
          <w:p>
            <w:r>
              <w:t>GET</w:t>
            </w:r>
          </w:p>
        </w:tc>
        <w:tc>
          <w:tcPr>
            <w:tcW w:type="dxa" w:w="2880"/>
          </w:tcPr>
          <w:p>
            <w:r>
              <w:t>`/discipleship/programs`</w:t>
            </w:r>
          </w:p>
        </w:tc>
        <w:tc>
          <w:tcPr>
            <w:tcW w:type="dxa" w:w="2880"/>
          </w:tcPr>
          <w:p>
            <w:r>
              <w:t>List all programs</w:t>
            </w:r>
          </w:p>
        </w:tc>
      </w:tr>
      <w:tr>
        <w:tc>
          <w:tcPr>
            <w:tcW w:type="dxa" w:w="2880"/>
          </w:tcPr>
          <w:p>
            <w:r>
              <w:t>POST</w:t>
            </w:r>
          </w:p>
        </w:tc>
        <w:tc>
          <w:tcPr>
            <w:tcW w:type="dxa" w:w="2880"/>
          </w:tcPr>
          <w:p>
            <w:r>
              <w:t>`/discipleship/programs`</w:t>
            </w:r>
          </w:p>
        </w:tc>
        <w:tc>
          <w:tcPr>
            <w:tcW w:type="dxa" w:w="2880"/>
          </w:tcPr>
          <w:p>
            <w:r>
              <w:t>Create a program</w:t>
            </w:r>
          </w:p>
        </w:tc>
      </w:tr>
      <w:tr>
        <w:tc>
          <w:tcPr>
            <w:tcW w:type="dxa" w:w="2880"/>
          </w:tcPr>
          <w:p>
            <w:r>
              <w:t>PUT</w:t>
            </w:r>
          </w:p>
        </w:tc>
        <w:tc>
          <w:tcPr>
            <w:tcW w:type="dxa" w:w="2880"/>
          </w:tcPr>
          <w:p>
            <w:r>
              <w:t>`/discipleship/programs/:id`</w:t>
            </w:r>
          </w:p>
        </w:tc>
        <w:tc>
          <w:tcPr>
            <w:tcW w:type="dxa" w:w="2880"/>
          </w:tcPr>
          <w:p>
            <w:r>
              <w:t>Update a program</w:t>
            </w:r>
          </w:p>
        </w:tc>
      </w:tr>
      <w:tr>
        <w:tc>
          <w:tcPr>
            <w:tcW w:type="dxa" w:w="2880"/>
          </w:tcPr>
          <w:p>
            <w:r>
              <w:t>GET</w:t>
            </w:r>
          </w:p>
        </w:tc>
        <w:tc>
          <w:tcPr>
            <w:tcW w:type="dxa" w:w="2880"/>
          </w:tcPr>
          <w:p>
            <w:r>
              <w:t>`/discipleship/programs/:id/steps`</w:t>
            </w:r>
          </w:p>
        </w:tc>
        <w:tc>
          <w:tcPr>
            <w:tcW w:type="dxa" w:w="2880"/>
          </w:tcPr>
          <w:p>
            <w:r>
              <w:t>List steps in a program</w:t>
            </w:r>
          </w:p>
        </w:tc>
      </w:tr>
      <w:tr>
        <w:tc>
          <w:tcPr>
            <w:tcW w:type="dxa" w:w="2880"/>
          </w:tcPr>
          <w:p>
            <w:r>
              <w:t>POST</w:t>
            </w:r>
          </w:p>
        </w:tc>
        <w:tc>
          <w:tcPr>
            <w:tcW w:type="dxa" w:w="2880"/>
          </w:tcPr>
          <w:p>
            <w:r>
              <w:t>`/discipleship/programs/:id/steps`</w:t>
            </w:r>
          </w:p>
        </w:tc>
        <w:tc>
          <w:tcPr>
            <w:tcW w:type="dxa" w:w="2880"/>
          </w:tcPr>
          <w:p>
            <w:r>
              <w:t>Add a step</w:t>
            </w:r>
          </w:p>
        </w:tc>
      </w:tr>
      <w:tr>
        <w:tc>
          <w:tcPr>
            <w:tcW w:type="dxa" w:w="2880"/>
          </w:tcPr>
          <w:p>
            <w:r>
              <w:t>PUT</w:t>
            </w:r>
          </w:p>
        </w:tc>
        <w:tc>
          <w:tcPr>
            <w:tcW w:type="dxa" w:w="2880"/>
          </w:tcPr>
          <w:p>
            <w:r>
              <w:t>`/discipleship/steps/:id`</w:t>
            </w:r>
          </w:p>
        </w:tc>
        <w:tc>
          <w:tcPr>
            <w:tcW w:type="dxa" w:w="2880"/>
          </w:tcPr>
          <w:p>
            <w:r>
              <w:t>Update a step</w:t>
            </w:r>
          </w:p>
        </w:tc>
      </w:tr>
      <w:tr>
        <w:tc>
          <w:tcPr>
            <w:tcW w:type="dxa" w:w="2880"/>
          </w:tcPr>
          <w:p>
            <w:r>
              <w:t>DELETE</w:t>
            </w:r>
          </w:p>
        </w:tc>
        <w:tc>
          <w:tcPr>
            <w:tcW w:type="dxa" w:w="2880"/>
          </w:tcPr>
          <w:p>
            <w:r>
              <w:t>`/discipleship/steps/:id`</w:t>
            </w:r>
          </w:p>
        </w:tc>
        <w:tc>
          <w:tcPr>
            <w:tcW w:type="dxa" w:w="2880"/>
          </w:tcPr>
          <w:p>
            <w:r>
              <w:t>Delete a step</w:t>
            </w:r>
          </w:p>
        </w:tc>
      </w:tr>
      <w:tr>
        <w:tc>
          <w:tcPr>
            <w:tcW w:type="dxa" w:w="2880"/>
          </w:tcPr>
          <w:p>
            <w:r>
              <w:t>GET</w:t>
            </w:r>
          </w:p>
        </w:tc>
        <w:tc>
          <w:tcPr>
            <w:tcW w:type="dxa" w:w="2880"/>
          </w:tcPr>
          <w:p>
            <w:r>
              <w:t>`/discipleship/enrollments`</w:t>
            </w:r>
          </w:p>
        </w:tc>
        <w:tc>
          <w:tcPr>
            <w:tcW w:type="dxa" w:w="2880"/>
          </w:tcPr>
          <w:p>
            <w:r>
              <w:t>List enrollments (filter by program, status, mentor)</w:t>
            </w:r>
          </w:p>
        </w:tc>
      </w:tr>
      <w:tr>
        <w:tc>
          <w:tcPr>
            <w:tcW w:type="dxa" w:w="2880"/>
          </w:tcPr>
          <w:p>
            <w:r>
              <w:t>POST</w:t>
            </w:r>
          </w:p>
        </w:tc>
        <w:tc>
          <w:tcPr>
            <w:tcW w:type="dxa" w:w="2880"/>
          </w:tcPr>
          <w:p>
            <w:r>
              <w:t>`/discipleship/enrollments`</w:t>
            </w:r>
          </w:p>
        </w:tc>
        <w:tc>
          <w:tcPr>
            <w:tcW w:type="dxa" w:w="2880"/>
          </w:tcPr>
          <w:p>
            <w:r>
              <w:t>Enroll a member</w:t>
            </w:r>
          </w:p>
        </w:tc>
      </w:tr>
      <w:tr>
        <w:tc>
          <w:tcPr>
            <w:tcW w:type="dxa" w:w="2880"/>
          </w:tcPr>
          <w:p>
            <w:r>
              <w:t>GET</w:t>
            </w:r>
          </w:p>
        </w:tc>
        <w:tc>
          <w:tcPr>
            <w:tcW w:type="dxa" w:w="2880"/>
          </w:tcPr>
          <w:p>
            <w:r>
              <w:t>`/discipleship/enrollments/:id`</w:t>
            </w:r>
          </w:p>
        </w:tc>
        <w:tc>
          <w:tcPr>
            <w:tcW w:type="dxa" w:w="2880"/>
          </w:tcPr>
          <w:p>
            <w:r>
              <w:t>Get enrollment with completions</w:t>
            </w:r>
          </w:p>
        </w:tc>
      </w:tr>
      <w:tr>
        <w:tc>
          <w:tcPr>
            <w:tcW w:type="dxa" w:w="2880"/>
          </w:tcPr>
          <w:p>
            <w:r>
              <w:t>PUT</w:t>
            </w:r>
          </w:p>
        </w:tc>
        <w:tc>
          <w:tcPr>
            <w:tcW w:type="dxa" w:w="2880"/>
          </w:tcPr>
          <w:p>
            <w:r>
              <w:t>`/discipleship/enrollments/:id`</w:t>
            </w:r>
          </w:p>
        </w:tc>
        <w:tc>
          <w:tcPr>
            <w:tcW w:type="dxa" w:w="2880"/>
          </w:tcPr>
          <w:p>
            <w:r>
              <w:t>Update status or mentor</w:t>
            </w:r>
          </w:p>
        </w:tc>
      </w:tr>
      <w:tr>
        <w:tc>
          <w:tcPr>
            <w:tcW w:type="dxa" w:w="2880"/>
          </w:tcPr>
          <w:p>
            <w:r>
              <w:t>POST</w:t>
            </w:r>
          </w:p>
        </w:tc>
        <w:tc>
          <w:tcPr>
            <w:tcW w:type="dxa" w:w="2880"/>
          </w:tcPr>
          <w:p>
            <w:r>
              <w:t>`/discipleship/enrollments/:id/complete-step`</w:t>
            </w:r>
          </w:p>
        </w:tc>
        <w:tc>
          <w:tcPr>
            <w:tcW w:type="dxa" w:w="2880"/>
          </w:tcPr>
          <w:p>
            <w:r>
              <w:t>Mark a step complete and advance</w:t>
            </w:r>
          </w:p>
        </w:tc>
      </w:tr>
      <w:tr>
        <w:tc>
          <w:tcPr>
            <w:tcW w:type="dxa" w:w="2880"/>
          </w:tcPr>
          <w:p>
            <w:r>
              <w:t>GET</w:t>
            </w:r>
          </w:p>
        </w:tc>
        <w:tc>
          <w:tcPr>
            <w:tcW w:type="dxa" w:w="2880"/>
          </w:tcPr>
          <w:p>
            <w:r>
              <w:t>`/discipleship/report`</w:t>
            </w:r>
          </w:p>
        </w:tc>
        <w:tc>
          <w:tcPr>
            <w:tcW w:type="dxa" w:w="2880"/>
          </w:tcPr>
          <w:p>
            <w:r>
              <w:t>Discipleship analytics</w:t>
            </w:r>
          </w:p>
        </w:tc>
      </w:tr>
      <w:tr>
        <w:tc>
          <w:tcPr>
            <w:tcW w:type="dxa" w:w="2880"/>
          </w:tcPr>
          <w:p>
            <w:r>
              <w:t>GET</w:t>
            </w:r>
          </w:p>
        </w:tc>
        <w:tc>
          <w:tcPr>
            <w:tcW w:type="dxa" w:w="2880"/>
          </w:tcPr>
          <w:p>
            <w:r>
              <w:t>`/seeker/public/church/:code`</w:t>
            </w:r>
          </w:p>
        </w:tc>
        <w:tc>
          <w:tcPr>
            <w:tcW w:type="dxa" w:w="2880"/>
          </w:tcPr>
          <w:p>
            <w:r>
              <w:t>(Public) Seeker page church + programme info</w:t>
            </w:r>
          </w:p>
        </w:tc>
      </w:tr>
      <w:tr>
        <w:tc>
          <w:tcPr>
            <w:tcW w:type="dxa" w:w="2880"/>
          </w:tcPr>
          <w:p>
            <w:r>
              <w:t>POST</w:t>
            </w:r>
          </w:p>
        </w:tc>
        <w:tc>
          <w:tcPr>
            <w:tcW w:type="dxa" w:w="2880"/>
          </w:tcPr>
          <w:p>
            <w:r>
              <w:t>`/seeker/public/signup/:code`</w:t>
            </w:r>
          </w:p>
        </w:tc>
        <w:tc>
          <w:tcPr>
            <w:tcW w:type="dxa" w:w="2880"/>
          </w:tcPr>
          <w:p>
            <w:r>
              <w:t>(Public) Seeker self sign-up + auto-login</w:t>
            </w:r>
          </w:p>
        </w:tc>
      </w:tr>
      <w:tr>
        <w:tc>
          <w:tcPr>
            <w:tcW w:type="dxa" w:w="2880"/>
          </w:tcPr>
          <w:p>
            <w:r>
              <w:t>GET</w:t>
            </w:r>
          </w:p>
        </w:tc>
        <w:tc>
          <w:tcPr>
            <w:tcW w:type="dxa" w:w="2880"/>
          </w:tcPr>
          <w:p>
            <w:r>
              <w:t>`/seeker/my-progress`</w:t>
            </w:r>
          </w:p>
        </w:tc>
        <w:tc>
          <w:tcPr>
            <w:tcW w:type="dxa" w:w="2880"/>
          </w:tcPr>
          <w:p>
            <w:r>
              <w:t>Seeker's own enrollment + steps</w:t>
            </w:r>
          </w:p>
        </w:tc>
      </w:tr>
      <w:tr>
        <w:tc>
          <w:tcPr>
            <w:tcW w:type="dxa" w:w="2880"/>
          </w:tcPr>
          <w:p>
            <w:r>
              <w:t>POST</w:t>
            </w:r>
          </w:p>
        </w:tc>
        <w:tc>
          <w:tcPr>
            <w:tcW w:type="dxa" w:w="2880"/>
          </w:tcPr>
          <w:p>
            <w:r>
              <w:t>`/seeker/my-progress/complete-step`</w:t>
            </w:r>
          </w:p>
        </w:tc>
        <w:tc>
          <w:tcPr>
            <w:tcW w:type="dxa" w:w="2880"/>
          </w:tcPr>
          <w:p>
            <w:r>
              <w:t>Seeker marks their own step complete</w:t>
            </w:r>
          </w:p>
        </w:tc>
      </w:tr>
      <w:tr>
        <w:tc>
          <w:tcPr>
            <w:tcW w:type="dxa" w:w="2880"/>
          </w:tcPr>
          <w:p>
            <w:r>
              <w:t>GET</w:t>
            </w:r>
          </w:p>
        </w:tc>
        <w:tc>
          <w:tcPr>
            <w:tcW w:type="dxa" w:w="2880"/>
          </w:tcPr>
          <w:p>
            <w:r>
              <w:t>`/seeker/announcements`</w:t>
            </w:r>
          </w:p>
        </w:tc>
        <w:tc>
          <w:tcPr>
            <w:tcW w:type="dxa" w:w="2880"/>
          </w:tcPr>
          <w:p>
            <w:r>
              <w:t>Seeker-audience announcements</w:t>
            </w:r>
          </w:p>
        </w:tc>
      </w:tr>
    </w:tbl>
    <w:p/>
    <w:p/>
    <w:p>
      <w:r>
        <w:t>*Feature flag: `discipleship` — enable per-tenant via Platform Admin → Feature Flags*</w:t>
      </w:r>
    </w:p>
    <w:p/>
    <w:p>
      <w:pPr>
        <w:jc w:val="center"/>
      </w:pPr>
      <w:r>
        <w:rPr>
          <w:color w:val="6B7280"/>
          <w:sz w:val="18"/>
        </w:rPr>
        <w:t>© 2026 Speiro — Church Technology Solutions | www.speiro.africa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6A34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6A34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6A34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6A34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