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63040" cy="1223467"/>
            <wp:docPr id="1" name="Picture 1"/>
            <wp:cNvGraphicFramePr>
              <a:graphicFrameLocks noChangeAspect="1"/>
            </wp:cNvGraphicFramePr>
            <a:graphic>
              <a:graphicData uri="http://schemas.openxmlformats.org/drawingml/2006/picture">
                <pic:pic>
                  <pic:nvPicPr>
                    <pic:cNvPr id="0" name="speiro-logo.jpeg"/>
                    <pic:cNvPicPr/>
                  </pic:nvPicPr>
                  <pic:blipFill>
                    <a:blip r:embed="rId9"/>
                    <a:stretch>
                      <a:fillRect/>
                    </a:stretch>
                  </pic:blipFill>
                  <pic:spPr>
                    <a:xfrm>
                      <a:off x="0" y="0"/>
                      <a:ext cx="1463040" cy="1223467"/>
                    </a:xfrm>
                    <a:prstGeom prst="rect"/>
                  </pic:spPr>
                </pic:pic>
              </a:graphicData>
            </a:graphic>
          </wp:inline>
        </w:drawing>
      </w:r>
    </w:p>
    <w:p>
      <w:pPr>
        <w:jc w:val="center"/>
      </w:pPr>
      <w:r>
        <w:rPr>
          <w:b/>
          <w:color w:val="16A34A"/>
          <w:sz w:val="28"/>
        </w:rPr>
        <w:t>Speiro Church Management System</w:t>
      </w:r>
    </w:p>
    <w:p/>
    <w:p>
      <w:pPr>
        <w:pStyle w:val="Heading1"/>
      </w:pPr>
      <w:r>
        <w:t>Events &amp; Ticketing — Complete Guide</w:t>
      </w:r>
    </w:p>
    <w:p>
      <w:r/>
      <w:r>
        <w:rPr>
          <w:b/>
        </w:rPr>
        <w:t>For Admins, Church Leaders, and Staff</w:t>
      </w:r>
      <w:r>
        <w:t xml:space="preserve"> | Updated for Speiro CMS v4.5.2</w:t>
      </w:r>
    </w:p>
    <w:p/>
    <w:p>
      <w:pPr>
        <w:pStyle w:val="Heading2"/>
      </w:pPr>
      <w:r>
        <w:t>Overview</w:t>
      </w:r>
    </w:p>
    <w:p>
      <w:r>
        <w:t>Speiro CMS lets your church sell tickets to events and control entry at the door with QR codes. The full flow:</w:t>
      </w:r>
    </w:p>
    <w:p>
      <w:pPr>
        <w:pStyle w:val="ListNumber"/>
      </w:pPr>
      <w:r>
        <w:t>Enable the Events feature for your church (once).</w:t>
      </w:r>
    </w:p>
    <w:p>
      <w:pPr>
        <w:pStyle w:val="ListNumber"/>
      </w:pPr>
      <w:r>
        <w:t>Create an event with a date, venue, capacity, and ticket price.</w:t>
      </w:r>
    </w:p>
    <w:p>
      <w:pPr>
        <w:pStyle w:val="ListNumber"/>
      </w:pPr>
      <w:r>
        <w:t>Members buy a ticket in the app and receive a QR code.</w:t>
      </w:r>
    </w:p>
    <w:p>
      <w:pPr>
        <w:pStyle w:val="ListNumber"/>
      </w:pPr>
      <w:r>
        <w:t>At the door, an assigned Event Scanner scans each QR — the app shows entry allowed or denied.</w:t>
      </w:r>
    </w:p>
    <w:p>
      <w:pPr>
        <w:pStyle w:val="ListNumber"/>
      </w:pPr>
      <w:r>
        <w:t>Each ticket can be scanned once. A second scan of the same code is refused.</w:t>
      </w:r>
    </w:p>
    <w:p>
      <w:pPr>
        <w:pStyle w:val="ListNumber"/>
      </w:pPr>
      <w:r>
        <w:t>Reports show tickets sold, entries scanned, and revenue.</w:t>
      </w:r>
    </w:p>
    <w:p>
      <w:r>
        <w:t xml:space="preserve">Events work on </w:t>
      </w:r>
      <w:r>
        <w:rPr>
          <w:b/>
        </w:rPr>
        <w:t>both</w:t>
      </w:r>
      <w:r>
        <w:t xml:space="preserve"> the mobile app and the web admin portal. Scanning at the door is done on the </w:t>
      </w:r>
      <w:r>
        <w:rPr>
          <w:b/>
        </w:rPr>
        <w:t>mobile app</w:t>
      </w:r>
      <w:r>
        <w:t xml:space="preserve"> (it uses the phone camera).</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Task</w:t>
            </w:r>
          </w:p>
        </w:tc>
        <w:tc>
          <w:tcPr>
            <w:tcW w:type="dxa" w:w="1440"/>
          </w:tcPr>
          <w:p>
            <w:r>
              <w:rPr>
                <w:b/>
              </w:rPr>
              <w:t>Admin</w:t>
            </w:r>
          </w:p>
        </w:tc>
        <w:tc>
          <w:tcPr>
            <w:tcW w:type="dxa" w:w="1440"/>
          </w:tcPr>
          <w:p>
            <w:r>
              <w:rPr>
                <w:b/>
              </w:rPr>
              <w:t>Pastor</w:t>
            </w:r>
          </w:p>
        </w:tc>
        <w:tc>
          <w:tcPr>
            <w:tcW w:type="dxa" w:w="1440"/>
          </w:tcPr>
          <w:p>
            <w:r>
              <w:rPr>
                <w:b/>
              </w:rPr>
              <w:t>Church Leader</w:t>
            </w:r>
          </w:p>
        </w:tc>
        <w:tc>
          <w:tcPr>
            <w:tcW w:type="dxa" w:w="1440"/>
          </w:tcPr>
          <w:p>
            <w:r>
              <w:rPr>
                <w:b/>
              </w:rPr>
              <w:t>Church Staff</w:t>
            </w:r>
          </w:p>
        </w:tc>
        <w:tc>
          <w:tcPr>
            <w:tcW w:type="dxa" w:w="1440"/>
          </w:tcPr>
          <w:p>
            <w:r>
              <w:rPr>
                <w:b/>
              </w:rPr>
              <w:t>Event Scanner</w:t>
            </w:r>
          </w:p>
        </w:tc>
      </w:tr>
      <w:tr>
        <w:tc>
          <w:tcPr>
            <w:tcW w:type="dxa" w:w="1440"/>
          </w:tcPr>
          <w:p>
            <w:r>
              <w:t>Enable Events feature</w:t>
            </w:r>
          </w:p>
        </w:tc>
        <w:tc>
          <w:tcPr>
            <w:tcW w:type="dxa" w:w="1440"/>
          </w:tcPr>
          <w:p>
            <w:r>
              <w:t>✓</w:t>
            </w:r>
          </w:p>
        </w:tc>
        <w:tc>
          <w:tcPr>
            <w:tcW w:type="dxa" w:w="1440"/>
          </w:tcPr>
          <w:p>
            <w:r>
              <w:t>–</w:t>
            </w:r>
          </w:p>
        </w:tc>
        <w:tc>
          <w:tcPr>
            <w:tcW w:type="dxa" w:w="1440"/>
          </w:tcPr>
          <w:p>
            <w:r>
              <w:t>–</w:t>
            </w:r>
          </w:p>
        </w:tc>
        <w:tc>
          <w:tcPr>
            <w:tcW w:type="dxa" w:w="1440"/>
          </w:tcPr>
          <w:p>
            <w:r>
              <w:t>–</w:t>
            </w:r>
          </w:p>
        </w:tc>
        <w:tc>
          <w:tcPr>
            <w:tcW w:type="dxa" w:w="1440"/>
          </w:tcPr>
          <w:p>
            <w:r>
              <w:t>–</w:t>
            </w:r>
          </w:p>
        </w:tc>
      </w:tr>
      <w:tr>
        <w:tc>
          <w:tcPr>
            <w:tcW w:type="dxa" w:w="1440"/>
          </w:tcPr>
          <w:p>
            <w:r>
              <w:t>Create / edit / cancel events</w:t>
            </w:r>
          </w:p>
        </w:tc>
        <w:tc>
          <w:tcPr>
            <w:tcW w:type="dxa" w:w="1440"/>
          </w:tcPr>
          <w:p>
            <w:r>
              <w:t>✓</w:t>
            </w:r>
          </w:p>
        </w:tc>
        <w:tc>
          <w:tcPr>
            <w:tcW w:type="dxa" w:w="1440"/>
          </w:tcPr>
          <w:p>
            <w:r>
              <w:t>✓</w:t>
            </w:r>
          </w:p>
        </w:tc>
        <w:tc>
          <w:tcPr>
            <w:tcW w:type="dxa" w:w="1440"/>
          </w:tcPr>
          <w:p>
            <w:r>
              <w:t>✓</w:t>
            </w:r>
          </w:p>
        </w:tc>
        <w:tc>
          <w:tcPr>
            <w:tcW w:type="dxa" w:w="1440"/>
          </w:tcPr>
          <w:p>
            <w:r>
              <w:t>✓</w:t>
            </w:r>
          </w:p>
        </w:tc>
        <w:tc>
          <w:tcPr>
            <w:tcW w:type="dxa" w:w="1440"/>
          </w:tcPr>
          <w:p>
            <w:r>
              <w:t>–</w:t>
            </w:r>
          </w:p>
        </w:tc>
      </w:tr>
      <w:tr>
        <w:tc>
          <w:tcPr>
            <w:tcW w:type="dxa" w:w="1440"/>
          </w:tcPr>
          <w:p>
            <w:r>
              <w:t>View ticket reports</w:t>
            </w:r>
          </w:p>
        </w:tc>
        <w:tc>
          <w:tcPr>
            <w:tcW w:type="dxa" w:w="1440"/>
          </w:tcPr>
          <w:p>
            <w:r>
              <w:t>✓</w:t>
            </w:r>
          </w:p>
        </w:tc>
        <w:tc>
          <w:tcPr>
            <w:tcW w:type="dxa" w:w="1440"/>
          </w:tcPr>
          <w:p>
            <w:r>
              <w:t>✓</w:t>
            </w:r>
          </w:p>
        </w:tc>
        <w:tc>
          <w:tcPr>
            <w:tcW w:type="dxa" w:w="1440"/>
          </w:tcPr>
          <w:p>
            <w:r>
              <w:t>✓</w:t>
            </w:r>
          </w:p>
        </w:tc>
        <w:tc>
          <w:tcPr>
            <w:tcW w:type="dxa" w:w="1440"/>
          </w:tcPr>
          <w:p>
            <w:r>
              <w:t>✓</w:t>
            </w:r>
          </w:p>
        </w:tc>
        <w:tc>
          <w:tcPr>
            <w:tcW w:type="dxa" w:w="1440"/>
          </w:tcPr>
          <w:p>
            <w:r>
              <w:t>–</w:t>
            </w:r>
          </w:p>
        </w:tc>
      </w:tr>
      <w:tr>
        <w:tc>
          <w:tcPr>
            <w:tcW w:type="dxa" w:w="1440"/>
          </w:tcPr>
          <w:p>
            <w:r>
              <w:t>Buy a ticket (any member)</w:t>
            </w:r>
          </w:p>
        </w:tc>
        <w:tc>
          <w:tcPr>
            <w:tcW w:type="dxa" w:w="1440"/>
          </w:tcPr>
          <w:p>
            <w:r>
              <w:t>✓</w:t>
            </w:r>
          </w:p>
        </w:tc>
        <w:tc>
          <w:tcPr>
            <w:tcW w:type="dxa" w:w="1440"/>
          </w:tcPr>
          <w:p>
            <w:r>
              <w:t>✓</w:t>
            </w:r>
          </w:p>
        </w:tc>
        <w:tc>
          <w:tcPr>
            <w:tcW w:type="dxa" w:w="1440"/>
          </w:tcPr>
          <w:p>
            <w:r>
              <w:t>✓</w:t>
            </w:r>
          </w:p>
        </w:tc>
        <w:tc>
          <w:tcPr>
            <w:tcW w:type="dxa" w:w="1440"/>
          </w:tcPr>
          <w:p>
            <w:r>
              <w:t>✓</w:t>
            </w:r>
          </w:p>
        </w:tc>
        <w:tc>
          <w:tcPr>
            <w:tcW w:type="dxa" w:w="1440"/>
          </w:tcPr>
          <w:p>
            <w:r>
              <w:t>✓</w:t>
            </w:r>
          </w:p>
        </w:tc>
      </w:tr>
      <w:tr>
        <w:tc>
          <w:tcPr>
            <w:tcW w:type="dxa" w:w="1440"/>
          </w:tcPr>
          <w:p>
            <w:r>
              <w:t>**Scan tickets at the door**</w:t>
            </w:r>
          </w:p>
        </w:tc>
        <w:tc>
          <w:tcPr>
            <w:tcW w:type="dxa" w:w="1440"/>
          </w:tcPr>
          <w:p>
            <w:r>
              <w:t>✓</w:t>
            </w:r>
          </w:p>
        </w:tc>
        <w:tc>
          <w:tcPr>
            <w:tcW w:type="dxa" w:w="1440"/>
          </w:tcPr>
          <w:p>
            <w:r>
              <w:t>✓</w:t>
            </w:r>
          </w:p>
        </w:tc>
        <w:tc>
          <w:tcPr>
            <w:tcW w:type="dxa" w:w="1440"/>
          </w:tcPr>
          <w:p>
            <w:r>
              <w:t>–</w:t>
            </w:r>
          </w:p>
        </w:tc>
        <w:tc>
          <w:tcPr>
            <w:tcW w:type="dxa" w:w="1440"/>
          </w:tcPr>
          <w:p>
            <w:r>
              <w:t>–</w:t>
            </w:r>
          </w:p>
        </w:tc>
        <w:tc>
          <w:tcPr>
            <w:tcW w:type="dxa" w:w="1440"/>
          </w:tcPr>
          <w:p>
            <w:r>
              <w:t>✓</w:t>
            </w:r>
          </w:p>
        </w:tc>
      </w:tr>
    </w:tbl>
    <w:p/>
    <w:p>
      <w:r>
        <w:t xml:space="preserve">&gt; </w:t>
      </w:r>
      <w:r>
        <w:rPr>
          <w:b/>
        </w:rPr>
        <w:t>Door scanning is a controlled action.</w:t>
      </w:r>
      <w:r>
        <w:t xml:space="preserve"> Only Admins, Pastors, and people you give the </w:t>
      </w:r>
      <w:r>
        <w:rPr>
          <w:b/>
        </w:rPr>
        <w:t>Event Scanner</w:t>
      </w:r>
      <w:r>
        <w:t xml:space="preserve"> role can scan. The recommended pattern is to assign </w:t>
      </w:r>
      <w:r>
        <w:rPr>
          <w:b/>
        </w:rPr>
        <w:t>Event Scanner</w:t>
      </w:r>
      <w:r>
        <w:t xml:space="preserve"> to your door volunteers just before an event and remove it afterwards.</w:t>
      </w:r>
    </w:p>
    <w:p/>
    <w:p>
      <w:pPr>
        <w:pStyle w:val="Heading2"/>
      </w:pPr>
      <w:r>
        <w:t>1. Enable the Events Feature (once)</w:t>
      </w:r>
    </w:p>
    <w:p>
      <w:r>
        <w:t xml:space="preserve">Events is an opt-in feature. An Admin enables it in </w:t>
      </w:r>
      <w:r>
        <w:rPr>
          <w:b/>
        </w:rPr>
        <w:t>Platform Admin → Features</w:t>
      </w:r>
      <w:r>
        <w:t xml:space="preserve"> (or ask Speiro support to switch on `events_enabled` for your church). Until it's enabled, the Events menu and API are turned off.</w:t>
      </w:r>
    </w:p>
    <w:p/>
    <w:p>
      <w:pPr>
        <w:pStyle w:val="Heading2"/>
      </w:pPr>
      <w:r>
        <w:t>2. Create an Event</w:t>
      </w:r>
    </w:p>
    <w:p>
      <w:r>
        <w:t xml:space="preserve">*Web: </w:t>
      </w:r>
      <w:r>
        <w:rPr>
          <w:b/>
        </w:rPr>
        <w:t>🎫 Events</w:t>
      </w:r>
      <w:r>
        <w:t xml:space="preserve"> → New Event · Mobile: Events → Manage (＋)*</w:t>
      </w:r>
    </w:p>
    <w:p>
      <w:pPr>
        <w:pStyle w:val="ListNumber"/>
      </w:pPr>
      <w:r>
        <w:t>Enter the title, description, date &amp; time, and venue.</w:t>
      </w:r>
    </w:p>
    <w:p>
      <w:pPr>
        <w:pStyle w:val="ListNumber"/>
      </w:pPr>
      <w:r>
        <w:t>Set the capacity (maximum tickets) and the ticket price. The minimum price is R5.00.</w:t>
      </w:r>
    </w:p>
    <w:p>
      <w:pPr>
        <w:pStyle w:val="ListNumber"/>
      </w:pPr>
      <w:r>
        <w:t>Save. The event is now active and visible to members so they can buy tickets.</w:t>
      </w:r>
    </w:p>
    <w:p>
      <w:r/>
      <w:r>
        <w:rPr>
          <w:b/>
        </w:rPr>
        <w:t>Editing / cancelling:</w:t>
      </w:r>
      <w:r>
        <w:t xml:space="preserve"> open the event to edit its details, or </w:t>
      </w:r>
      <w:r>
        <w:rPr>
          <w:b/>
        </w:rPr>
        <w:t>cancel</w:t>
      </w:r>
      <w:r>
        <w:t xml:space="preserve"> it. A cancelled event stops selling tickets.</w:t>
      </w:r>
    </w:p>
    <w:p>
      <w:r>
        <w:t>&gt; Only Admin, Pastor, Church Leader, or Church Staff can create, edit, or cancel events.</w:t>
      </w:r>
    </w:p>
    <w:p/>
    <w:p>
      <w:pPr>
        <w:pStyle w:val="Heading2"/>
      </w:pPr>
      <w:r>
        <w:t>3. How Members Buy a Ticket</w:t>
      </w:r>
    </w:p>
    <w:p>
      <w:r>
        <w:t>*Mobile: Events → tap an event → Buy Ticket*</w:t>
      </w:r>
    </w:p>
    <w:p>
      <w:pPr>
        <w:pStyle w:val="ListNumber"/>
      </w:pPr>
      <w:r>
        <w:t>The member taps an event and chooses Buy Ticket.</w:t>
      </w:r>
    </w:p>
    <w:p>
      <w:pPr>
        <w:pStyle w:val="ListNumber"/>
      </w:pPr>
      <w:r>
        <w:t>Payment is taken securely via Netcash (card, or a saved card if they've paid before).</w:t>
      </w:r>
    </w:p>
    <w:p>
      <w:pPr>
        <w:pStyle w:val="ListNumber"/>
      </w:pPr>
      <w:r>
        <w:t>Once payment succeeds, a ticket with a QR code is created and appears under My Tickets.</w:t>
      </w:r>
    </w:p>
    <w:p>
      <w:r/>
      <w:r>
        <w:rPr>
          <w:b/>
        </w:rPr>
        <w:t>The QR code is the ticket.</w:t>
      </w:r>
      <w:r>
        <w:t xml:space="preserve"> Members open </w:t>
      </w:r>
      <w:r>
        <w:rPr>
          <w:b/>
        </w:rPr>
        <w:t>My Tickets</w:t>
      </w:r>
      <w:r>
        <w:t>, tap the event, and show the on-screen QR at the door. The app brightens the screen automatically so it scans easily.</w:t>
      </w:r>
    </w:p>
    <w:p>
      <w:r>
        <w:t>&gt; If a member's payment is still processing, the ticket appears once the bank confirms — usually within a minute. They don't need to buy again.</w:t>
      </w:r>
    </w:p>
    <w:p/>
    <w:p>
      <w:pPr>
        <w:pStyle w:val="Heading2"/>
      </w:pPr>
      <w:r>
        <w:t>4. Assign a Door Scanner (per event)</w:t>
      </w:r>
    </w:p>
    <w:p>
      <w:r>
        <w:t xml:space="preserve">The </w:t>
      </w:r>
      <w:r>
        <w:rPr>
          <w:b/>
        </w:rPr>
        <w:t>Event Scanner</w:t>
      </w:r>
      <w:r>
        <w:t xml:space="preserve"> role lets someone scan tickets at the door — and nothing else. Assign it to your door volunteers for the event, then remove it afterwards so scanning access doesn't linger.</w:t>
      </w:r>
    </w:p>
    <w:p>
      <w:r/>
      <w:r>
        <w:rPr>
          <w:b/>
        </w:rPr>
        <w:t>To assign (Admin):</w:t>
      </w:r>
      <w:r/>
    </w:p>
    <w:p>
      <w:r>
        <w:t xml:space="preserve">*Web: Members → open the person → Roles → tick </w:t>
      </w:r>
      <w:r>
        <w:rPr>
          <w:b/>
        </w:rPr>
        <w:t>Event Scanner</w:t>
      </w:r>
      <w:r>
        <w:t xml:space="preserve">* *· Mobile: Admin → Role Assignment → pick the person → tap </w:t>
      </w:r>
      <w:r>
        <w:rPr>
          <w:b/>
        </w:rPr>
        <w:t>Event Scanner</w:t>
      </w:r>
      <w:r>
        <w:t>*</w:t>
      </w:r>
    </w:p>
    <w:p>
      <w:r/>
      <w:r>
        <w:rPr>
          <w:b/>
        </w:rPr>
        <w:t>To remove afterwards:</w:t>
      </w:r>
      <w:r>
        <w:t xml:space="preserve"> open the same person and untick / tap </w:t>
      </w:r>
      <w:r>
        <w:rPr>
          <w:b/>
        </w:rPr>
        <w:t>Event Scanner</w:t>
      </w:r>
      <w:r>
        <w:t xml:space="preserve"> again.</w:t>
      </w:r>
    </w:p>
    <w:p>
      <w:r>
        <w:t xml:space="preserve">&gt; Admins and Pastors can always scan without this role. Give </w:t>
      </w:r>
      <w:r>
        <w:rPr>
          <w:b/>
        </w:rPr>
        <w:t>Event Scanner</w:t>
      </w:r>
      <w:r>
        <w:t xml:space="preserve"> to helpers who aren't already leaders — e.g. a welcome-team member running the door.</w:t>
      </w:r>
    </w:p>
    <w:p>
      <w:r>
        <w:t>&gt;</w:t>
      </w:r>
    </w:p>
    <w:p>
      <w:r>
        <w:t xml:space="preserve">&gt; After you assign or remove the role, the person should </w:t>
      </w:r>
      <w:r>
        <w:rPr>
          <w:b/>
        </w:rPr>
        <w:t>sign out and back in</w:t>
      </w:r>
      <w:r>
        <w:t xml:space="preserve"> on the mobile app for the </w:t>
      </w:r>
      <w:r>
        <w:rPr>
          <w:b/>
        </w:rPr>
        <w:t>Scan Tickets</w:t>
      </w:r>
      <w:r>
        <w:t xml:space="preserve"> button to appear or disappear.</w:t>
      </w:r>
    </w:p>
    <w:p/>
    <w:p>
      <w:pPr>
        <w:pStyle w:val="Heading2"/>
      </w:pPr>
      <w:r>
        <w:t>5. Scan Tickets at the Door</w:t>
      </w:r>
    </w:p>
    <w:p>
      <w:r>
        <w:t xml:space="preserve">*Mobile: Events → </w:t>
      </w:r>
      <w:r>
        <w:rPr>
          <w:b/>
        </w:rPr>
        <w:t>Scan Tickets</w:t>
      </w:r>
      <w:r>
        <w:t xml:space="preserve"> (top-right camera icon)*</w:t>
      </w:r>
    </w:p>
    <w:p>
      <w:pPr>
        <w:pStyle w:val="ListNumber"/>
      </w:pPr>
      <w:r>
        <w:t>Open Scan Tickets. Point the camera at the member's QR code.</w:t>
      </w:r>
    </w:p>
    <w:p>
      <w:pPr>
        <w:pStyle w:val="ListNumber"/>
      </w:pPr>
      <w:r>
        <w:t>The app instantly shows one of:</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Result</w:t>
            </w:r>
          </w:p>
        </w:tc>
        <w:tc>
          <w:tcPr>
            <w:tcW w:type="dxa" w:w="2880"/>
          </w:tcPr>
          <w:p>
            <w:r>
              <w:rPr>
                <w:b/>
              </w:rPr>
              <w:t>Meaning</w:t>
            </w:r>
          </w:p>
        </w:tc>
        <w:tc>
          <w:tcPr>
            <w:tcW w:type="dxa" w:w="2880"/>
          </w:tcPr>
          <w:p>
            <w:r>
              <w:rPr>
                <w:b/>
              </w:rPr>
              <w:t>What to do</w:t>
            </w:r>
          </w:p>
        </w:tc>
      </w:tr>
      <w:tr>
        <w:tc>
          <w:tcPr>
            <w:tcW w:type="dxa" w:w="2880"/>
          </w:tcPr>
          <w:p>
            <w:r>
              <w:t>**Access granted** (green)</w:t>
            </w:r>
          </w:p>
        </w:tc>
        <w:tc>
          <w:tcPr>
            <w:tcW w:type="dxa" w:w="2880"/>
          </w:tcPr>
          <w:p>
            <w:r>
              <w:t>Valid ticket, first scan. Shows the member's name and the event.</w:t>
            </w:r>
          </w:p>
        </w:tc>
        <w:tc>
          <w:tcPr>
            <w:tcW w:type="dxa" w:w="2880"/>
          </w:tcPr>
          <w:p>
            <w:r>
              <w:t>Let them in.</w:t>
            </w:r>
          </w:p>
        </w:tc>
      </w:tr>
      <w:tr>
        <w:tc>
          <w:tcPr>
            <w:tcW w:type="dxa" w:w="2880"/>
          </w:tcPr>
          <w:p>
            <w:r>
              <w:t>**Already used** (orange)</w:t>
            </w:r>
          </w:p>
        </w:tc>
        <w:tc>
          <w:tcPr>
            <w:tcW w:type="dxa" w:w="2880"/>
          </w:tcPr>
          <w:p>
            <w:r>
              <w:t>This ticket was already scanned. Shows the original scan time.</w:t>
            </w:r>
          </w:p>
        </w:tc>
        <w:tc>
          <w:tcPr>
            <w:tcW w:type="dxa" w:w="2880"/>
          </w:tcPr>
          <w:p>
            <w:r>
              <w:t>Do **not** let them in on this ticket — it's been used.</w:t>
            </w:r>
          </w:p>
        </w:tc>
      </w:tr>
      <w:tr>
        <w:tc>
          <w:tcPr>
            <w:tcW w:type="dxa" w:w="2880"/>
          </w:tcPr>
          <w:p>
            <w:r>
              <w:t>**Access denied** (red)</w:t>
            </w:r>
          </w:p>
        </w:tc>
        <w:tc>
          <w:tcPr>
            <w:tcW w:type="dxa" w:w="2880"/>
          </w:tcPr>
          <w:p>
            <w:r>
              <w:t>The ticket is invalid, cancelled, or for another church.</w:t>
            </w:r>
          </w:p>
        </w:tc>
        <w:tc>
          <w:tcPr>
            <w:tcW w:type="dxa" w:w="2880"/>
          </w:tcPr>
          <w:p>
            <w:r>
              <w:t>Do not admit.</w:t>
            </w:r>
          </w:p>
        </w:tc>
      </w:tr>
      <w:tr>
        <w:tc>
          <w:tcPr>
            <w:tcW w:type="dxa" w:w="2880"/>
          </w:tcPr>
          <w:p>
            <w:r>
              <w:t>**Forged ticket** (red)</w:t>
            </w:r>
          </w:p>
        </w:tc>
        <w:tc>
          <w:tcPr>
            <w:tcW w:type="dxa" w:w="2880"/>
          </w:tcPr>
          <w:p>
            <w:r>
              <w:t>The QR failed its security check (tampered or fake).</w:t>
            </w:r>
          </w:p>
        </w:tc>
        <w:tc>
          <w:tcPr>
            <w:tcW w:type="dxa" w:w="2880"/>
          </w:tcPr>
          <w:p>
            <w:r>
              <w:t>Do not admit.</w:t>
            </w:r>
          </w:p>
        </w:tc>
      </w:tr>
    </w:tbl>
    <w:p/>
    <w:p>
      <w:pPr>
        <w:pStyle w:val="ListNumber"/>
      </w:pPr>
      <w:r>
        <w:t>Each valid ticket is marked used the moment it's scanned, so the same QR can't get two people in. This is enforced by the server, not just the app, so it's safe even with several door staff scanning at once.</w:t>
      </w:r>
    </w:p>
    <w:p>
      <w:r>
        <w:t xml:space="preserve">&gt; Tip: door staff need a phone with a camera and their own login with the </w:t>
      </w:r>
      <w:r>
        <w:rPr>
          <w:b/>
        </w:rPr>
        <w:t>Event Scanner</w:t>
      </w:r>
      <w:r>
        <w:t xml:space="preserve"> role (or a leader login). One device per door works well.</w:t>
      </w:r>
    </w:p>
    <w:p/>
    <w:p>
      <w:pPr>
        <w:pStyle w:val="Heading2"/>
      </w:pPr>
      <w:r>
        <w:t>6. Event Reports</w:t>
      </w:r>
    </w:p>
    <w:p>
      <w:r>
        <w:t>*Web: 🎫 Events → open an event (see the stats panel)*</w:t>
      </w:r>
    </w:p>
    <w:p>
      <w:r>
        <w:t>Each event shows:</w:t>
      </w:r>
    </w:p>
    <w:p>
      <w:pPr>
        <w:pStyle w:val="ListBullet"/>
      </w:pPr>
      <w:r>
        <w:t>Tickets sold vs capacity</w:t>
      </w:r>
    </w:p>
    <w:p>
      <w:pPr>
        <w:pStyle w:val="ListBullet"/>
      </w:pPr>
      <w:r>
        <w:t>Tickets scanned (how many people actually came through the door)</w:t>
      </w:r>
    </w:p>
    <w:p>
      <w:pPr>
        <w:pStyle w:val="ListBullet"/>
      </w:pPr>
      <w:r>
        <w:t>Total revenue</w:t>
      </w:r>
    </w:p>
    <w:p>
      <w:r>
        <w:t>Use this to reconcile attendance against sales after the event.</w:t>
      </w:r>
    </w:p>
    <w:p/>
    <w:p>
      <w:pPr>
        <w:pStyle w:val="Heading2"/>
      </w:pPr>
      <w:r>
        <w:t>Security Notes</w:t>
      </w:r>
    </w:p>
    <w:p>
      <w:pPr>
        <w:pStyle w:val="ListBullet"/>
      </w:pPr>
      <w:r>
        <w:t>Every ticket QR is digitally signed. A copied or edited code fails the check and shows Forged ticket.</w:t>
      </w:r>
    </w:p>
    <w:p>
      <w:pPr>
        <w:pStyle w:val="ListBullet"/>
      </w:pPr>
      <w:r>
        <w:t>A ticket can be redeemed once — the second scan is refused automatically.</w:t>
      </w:r>
    </w:p>
    <w:p>
      <w:pPr>
        <w:pStyle w:val="ListBullet"/>
      </w:pPr>
      <w:r>
        <w:t>Tickets are church-specific: a ticket from one church can't be used at another.</w:t>
      </w:r>
    </w:p>
    <w:p>
      <w:pPr>
        <w:pStyle w:val="ListBullet"/>
      </w:pPr>
      <w:r>
        <w:t>Scanning is permission-controlled on the server. Even if someone finds the scan screen, they can't scan without the Event Scanner role (or leadership access).</w:t>
      </w:r>
    </w:p>
    <w:p/>
    <w:p>
      <w:pPr>
        <w:pStyle w:val="Heading2"/>
      </w:pPr>
      <w:r>
        <w:t>Troubleshooting</w:t>
      </w:r>
    </w:p>
    <w:tbl>
      <w:tblPr>
        <w:tblStyle w:val="TableGrid"/>
        <w:tblW w:type="auto" w:w="0"/>
        <w:tblLook w:firstColumn="1" w:firstRow="1" w:lastColumn="0" w:lastRow="0" w:noHBand="0" w:noVBand="1" w:val="04A0"/>
      </w:tblPr>
      <w:tblGrid>
        <w:gridCol w:w="4320"/>
        <w:gridCol w:w="4320"/>
      </w:tblGrid>
      <w:tr>
        <w:tc>
          <w:tcPr>
            <w:tcW w:type="dxa" w:w="4320"/>
          </w:tcPr>
          <w:p>
            <w:r>
              <w:rPr>
                <w:b/>
              </w:rPr>
              <w:t>Issue</w:t>
            </w:r>
          </w:p>
        </w:tc>
        <w:tc>
          <w:tcPr>
            <w:tcW w:type="dxa" w:w="4320"/>
          </w:tcPr>
          <w:p>
            <w:r>
              <w:rPr>
                <w:b/>
              </w:rPr>
              <w:t>Solution</w:t>
            </w:r>
          </w:p>
        </w:tc>
      </w:tr>
      <w:tr>
        <w:tc>
          <w:tcPr>
            <w:tcW w:type="dxa" w:w="4320"/>
          </w:tcPr>
          <w:p>
            <w:r>
              <w:t>No Events menu</w:t>
            </w:r>
          </w:p>
        </w:tc>
        <w:tc>
          <w:tcPr>
            <w:tcW w:type="dxa" w:w="4320"/>
          </w:tcPr>
          <w:p>
            <w:r>
              <w:t>The feature isn't enabled for your church — an Admin enables it in Platform Admin → Features.</w:t>
            </w:r>
          </w:p>
        </w:tc>
      </w:tr>
      <w:tr>
        <w:tc>
          <w:tcPr>
            <w:tcW w:type="dxa" w:w="4320"/>
          </w:tcPr>
          <w:p>
            <w:r>
              <w:t>Member has no QR after paying</w:t>
            </w:r>
          </w:p>
        </w:tc>
        <w:tc>
          <w:tcPr>
            <w:tcW w:type="dxa" w:w="4320"/>
          </w:tcPr>
          <w:p>
            <w:r>
              <w:t>Payment may still be confirming; it appears under My Tickets shortly. If it never arrives, check the event report / transaction status.</w:t>
            </w:r>
          </w:p>
        </w:tc>
      </w:tr>
      <w:tr>
        <w:tc>
          <w:tcPr>
            <w:tcW w:type="dxa" w:w="4320"/>
          </w:tcPr>
          <w:p>
            <w:r>
              <w:t>"Scan Tickets" button missing for a door helper</w:t>
            </w:r>
          </w:p>
        </w:tc>
        <w:tc>
          <w:tcPr>
            <w:tcW w:type="dxa" w:w="4320"/>
          </w:tcPr>
          <w:p>
            <w:r>
              <w:t>They need the **Event Scanner** role (Admin assigns it), then sign out and back in.</w:t>
            </w:r>
          </w:p>
        </w:tc>
      </w:tr>
      <w:tr>
        <w:tc>
          <w:tcPr>
            <w:tcW w:type="dxa" w:w="4320"/>
          </w:tcPr>
          <w:p>
            <w:r>
              <w:t>A valid ticket shows "Already used"</w:t>
            </w:r>
          </w:p>
        </w:tc>
        <w:tc>
          <w:tcPr>
            <w:tcW w:type="dxa" w:w="4320"/>
          </w:tcPr>
          <w:p>
            <w:r>
              <w:t>It was already scanned — check the original scan time shown. Don't admit twice on one ticket.</w:t>
            </w:r>
          </w:p>
        </w:tc>
      </w:tr>
      <w:tr>
        <w:tc>
          <w:tcPr>
            <w:tcW w:type="dxa" w:w="4320"/>
          </w:tcPr>
          <w:p>
            <w:r>
              <w:t>Every ticket shows "Forged"</w:t>
            </w:r>
          </w:p>
        </w:tc>
        <w:tc>
          <w:tcPr>
            <w:tcW w:type="dxa" w:w="4320"/>
          </w:tcPr>
          <w:p>
            <w:r>
              <w:t>Contact Speiro support — the ticket signing secret may be misconfigured for your environment.</w:t>
            </w:r>
          </w:p>
        </w:tc>
      </w:tr>
      <w:tr>
        <w:tc>
          <w:tcPr>
            <w:tcW w:type="dxa" w:w="4320"/>
          </w:tcPr>
          <w:p>
            <w:r>
              <w:t>Can't create an event</w:t>
            </w:r>
          </w:p>
        </w:tc>
        <w:tc>
          <w:tcPr>
            <w:tcW w:type="dxa" w:w="4320"/>
          </w:tcPr>
          <w:p>
            <w:r>
              <w:t>Only Admin, Pastor, Church Leader, or Church Staff can. Members can only buy tickets.</w:t>
            </w:r>
          </w:p>
        </w:tc>
      </w:tr>
    </w:tbl>
    <w:p/>
    <w:p/>
    <w:p>
      <w:pPr>
        <w:pStyle w:val="Heading2"/>
      </w:pPr>
      <w:r>
        <w:t>Quick Checklist for an Event</w:t>
      </w:r>
    </w:p>
    <w:p>
      <w:pPr>
        <w:pStyle w:val="ListBullet"/>
      </w:pPr>
      <w:r>
        <w:t>[ ] Events feature enabled (once, by Admin)</w:t>
      </w:r>
    </w:p>
    <w:p>
      <w:pPr>
        <w:pStyle w:val="ListBullet"/>
      </w:pPr>
      <w:r>
        <w:t>[ ] Create the event (title, date, venue, capacity, price)</w:t>
      </w:r>
    </w:p>
    <w:p>
      <w:pPr>
        <w:pStyle w:val="ListBullet"/>
      </w:pPr>
      <w:r>
        <w:t>[ ] Let members know they can buy tickets in the app</w:t>
      </w:r>
    </w:p>
    <w:p>
      <w:pPr>
        <w:pStyle w:val="ListBullet"/>
      </w:pPr>
      <w:r>
        <w:t>[ ] Before the doors open: assign Event Scanner to your door volunteers</w:t>
      </w:r>
    </w:p>
    <w:p>
      <w:pPr>
        <w:pStyle w:val="ListBullet"/>
      </w:pPr>
      <w:r>
        <w:t>[ ] At the door: Scan Tickets → allow green, refuse orange/red</w:t>
      </w:r>
    </w:p>
    <w:p>
      <w:pPr>
        <w:pStyle w:val="ListBullet"/>
      </w:pPr>
      <w:r>
        <w:t>[ ] After the event: check the report, then remove the Event Scanner role from volunteers</w:t>
      </w:r>
    </w:p>
    <w:p/>
    <w:p>
      <w:r>
        <w:t>*Last updated for Speiro CMS v4.5.2 — www.speiro.africa*</w:t>
      </w:r>
    </w:p>
    <w:p/>
    <w:p>
      <w:pPr>
        <w:jc w:val="center"/>
      </w:pPr>
      <w:r>
        <w:rPr>
          <w:color w:val="6B7280"/>
          <w:sz w:val="18"/>
        </w:rPr>
        <w:t>© 2026 Speiro — Church Technology Solutions | www.speiro.africa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A3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A3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A3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6A34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