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1463040" cy="1223467"/>
            <wp:docPr id="1" name="Picture 1"/>
            <wp:cNvGraphicFramePr>
              <a:graphicFrameLocks noChangeAspect="1"/>
            </wp:cNvGraphicFramePr>
            <a:graphic>
              <a:graphicData uri="http://schemas.openxmlformats.org/drawingml/2006/picture">
                <pic:pic>
                  <pic:nvPicPr>
                    <pic:cNvPr id="0" name="speiro-logo.jpeg"/>
                    <pic:cNvPicPr/>
                  </pic:nvPicPr>
                  <pic:blipFill>
                    <a:blip r:embed="rId9"/>
                    <a:stretch>
                      <a:fillRect/>
                    </a:stretch>
                  </pic:blipFill>
                  <pic:spPr>
                    <a:xfrm>
                      <a:off x="0" y="0"/>
                      <a:ext cx="1463040" cy="1223467"/>
                    </a:xfrm>
                    <a:prstGeom prst="rect"/>
                  </pic:spPr>
                </pic:pic>
              </a:graphicData>
            </a:graphic>
          </wp:inline>
        </w:drawing>
      </w:r>
    </w:p>
    <w:p>
      <w:pPr>
        <w:jc w:val="center"/>
      </w:pPr>
      <w:r>
        <w:rPr>
          <w:b/>
          <w:color w:val="16A34A"/>
          <w:sz w:val="28"/>
        </w:rPr>
        <w:t>Speiro Church Management System</w:t>
      </w:r>
    </w:p>
    <w:p/>
    <w:p>
      <w:pPr>
        <w:pStyle w:val="Heading1"/>
      </w:pPr>
      <w:r>
        <w:t>Speiro CMS — Frequently Asked Questions</w:t>
      </w:r>
    </w:p>
    <w:p>
      <w:r/>
      <w:r>
        <w:rPr>
          <w:b/>
        </w:rPr>
        <w:t>Version 4.1.0</w:t>
      </w:r>
      <w:r>
        <w:t xml:space="preserve"> | Last Updated: June 2026</w:t>
      </w:r>
    </w:p>
    <w:p/>
    <w:p>
      <w:pPr>
        <w:pStyle w:val="Heading2"/>
      </w:pPr>
      <w:r>
        <w:t>Getting Started</w:t>
      </w:r>
    </w:p>
    <w:p>
      <w:pPr>
        <w:pStyle w:val="Heading3"/>
      </w:pPr>
      <w:r>
        <w:t>1. How do I download the app?</w:t>
      </w:r>
    </w:p>
    <w:p>
      <w:pPr>
        <w:pStyle w:val="ListBullet"/>
      </w:pPr>
      <w:r>
        <w:t>Android: Download from the Google Play Store (search "Speiro CMS") or get the APK directly from https://www.speiro.africa/downloads</w:t>
      </w:r>
    </w:p>
    <w:p>
      <w:pPr>
        <w:pStyle w:val="ListBullet"/>
      </w:pPr>
      <w:r>
        <w:t>iOS: Download from the Apple App Store (search "Speiro CMS")</w:t>
      </w:r>
    </w:p>
    <w:p>
      <w:pPr>
        <w:pStyle w:val="Heading3"/>
      </w:pPr>
      <w:r>
        <w:t>2. How do I join my church?</w:t>
      </w:r>
    </w:p>
    <w:p>
      <w:pPr>
        <w:pStyle w:val="ListNumber"/>
      </w:pPr>
      <w:r>
        <w:t>Open the app</w:t>
      </w:r>
    </w:p>
    <w:p>
      <w:pPr>
        <w:pStyle w:val="ListNumber"/>
      </w:pPr>
      <w:r>
        <w:t>Enter the church code provided by your church leader or administrator</w:t>
      </w:r>
    </w:p>
    <w:p>
      <w:pPr>
        <w:pStyle w:val="ListNumber"/>
      </w:pPr>
      <w:r>
        <w:t>Tap Join Church</w:t>
      </w:r>
    </w:p>
    <w:p>
      <w:pPr>
        <w:pStyle w:val="ListNumber"/>
      </w:pPr>
      <w:r>
        <w:t>Register a new account or sign in with existing credentials</w:t>
      </w:r>
    </w:p>
    <w:p>
      <w:r>
        <w:t xml:space="preserve">If you don't have a church code, ask your pastor, church office, or cell group leader. New to the app? On the join screen, tap </w:t>
      </w:r>
      <w:r>
        <w:rPr>
          <w:b/>
        </w:rPr>
        <w:t>"New here? How to join your church"</w:t>
      </w:r>
      <w:r>
        <w:t xml:space="preserve"> for a step-by-step guide (also at https://www.speiro.africa/getting-started.html).</w:t>
      </w:r>
    </w:p>
    <w:p>
      <w:r/>
      <w:r>
        <w:rPr>
          <w:b/>
        </w:rPr>
        <w:t>What does the church code look like?</w:t>
      </w:r>
      <w:r>
        <w:t xml:space="preserve"> Most churches now use a short </w:t>
      </w:r>
      <w:r>
        <w:rPr>
          <w:b/>
        </w:rPr>
        <w:t>6-character code</w:t>
      </w:r>
      <w:r>
        <w:t xml:space="preserve"> like `WR3U9E` (letters and numbers, not case-sensitive). This is the code shown in your church's welcome email and QR. Some churches also have a longer word-based code (their "slug", e.g. `westreach`) from before the short codes existed. </w:t>
      </w:r>
      <w:r>
        <w:rPr>
          <w:b/>
        </w:rPr>
        <w:t>Both work</w:t>
      </w:r>
      <w:r>
        <w:t xml:space="preserve"> — you can enter either one on the join screen, and scanning the church's QR code fills it in for you. If one code doesn't work, double-check it with your church office.</w:t>
      </w:r>
    </w:p>
    <w:p>
      <w:pPr>
        <w:pStyle w:val="Heading3"/>
      </w:pPr>
      <w:r>
        <w:t>3. Can multiple churches use this app?</w:t>
      </w:r>
    </w:p>
    <w:p>
      <w:r>
        <w:t>Yes. Speiro CMS is multi-tenant — one app serves many churches. Each church has its own branding, data, and features. You can switch between churches if you belong to more than one.</w:t>
      </w:r>
    </w:p>
    <w:p>
      <w:pPr>
        <w:pStyle w:val="Heading3"/>
      </w:pPr>
      <w:r>
        <w:t>4. How do I switch to a different church?</w:t>
      </w:r>
    </w:p>
    <w:p>
      <w:r>
        <w:t xml:space="preserve">On the login screen, tap </w:t>
      </w:r>
      <w:r>
        <w:rPr>
          <w:b/>
        </w:rPr>
        <w:t>Switch to a different church</w:t>
      </w:r>
      <w:r>
        <w:t xml:space="preserve"> and enter the new church code. Your data for each church is kept separate.</w:t>
      </w:r>
    </w:p>
    <w:p/>
    <w:p>
      <w:pPr>
        <w:pStyle w:val="Heading2"/>
      </w:pPr>
      <w:r>
        <w:t>Features</w:t>
      </w:r>
    </w:p>
    <w:p>
      <w:pPr>
        <w:pStyle w:val="Heading3"/>
      </w:pPr>
      <w:r>
        <w:t>5. Can I use the app offline?</w:t>
      </w:r>
    </w:p>
    <w:p>
      <w:r>
        <w:t>Yes. Speiro CMS is built offline-first. When you lose internet connection:</w:t>
      </w:r>
    </w:p>
    <w:p>
      <w:pPr>
        <w:pStyle w:val="ListBullet"/>
      </w:pPr>
      <w:r>
        <w:t>An "Offline" banner appears at the top</w:t>
      </w:r>
    </w:p>
    <w:p>
      <w:pPr>
        <w:pStyle w:val="ListBullet"/>
      </w:pPr>
      <w:r>
        <w:t>Previously loaded data (members, groups, announcements, devotions) remains accessible</w:t>
      </w:r>
    </w:p>
    <w:p>
      <w:pPr>
        <w:pStyle w:val="ListBullet"/>
      </w:pPr>
      <w:r>
        <w:t>Any changes you make are queued locally</w:t>
      </w:r>
    </w:p>
    <w:p>
      <w:pPr>
        <w:pStyle w:val="ListBullet"/>
      </w:pPr>
      <w:r>
        <w:t>Everything syncs automatically when you reconnect</w:t>
      </w:r>
    </w:p>
    <w:p>
      <w:r>
        <w:t>This is especially useful in areas with unreliable network coverage.</w:t>
      </w:r>
    </w:p>
    <w:p>
      <w:pPr>
        <w:pStyle w:val="Heading3"/>
      </w:pPr>
      <w:r>
        <w:t>6. How do I change the language?</w:t>
      </w:r>
    </w:p>
    <w:p>
      <w:r>
        <w:t xml:space="preserve">Go to </w:t>
      </w:r>
      <w:r>
        <w:rPr>
          <w:b/>
        </w:rPr>
        <w:t>More → Language</w:t>
      </w:r>
      <w:r>
        <w:t xml:space="preserve"> and select from:</w:t>
      </w:r>
    </w:p>
    <w:p>
      <w:pPr>
        <w:pStyle w:val="ListBullet"/>
      </w:pPr>
      <w:r>
        <w:t>English</w:t>
      </w:r>
    </w:p>
    <w:p>
      <w:pPr>
        <w:pStyle w:val="ListBullet"/>
      </w:pPr>
      <w:r>
        <w:t>Afrikaans</w:t>
      </w:r>
    </w:p>
    <w:p>
      <w:pPr>
        <w:pStyle w:val="ListBullet"/>
      </w:pPr>
      <w:r>
        <w:t>isiZulu</w:t>
      </w:r>
    </w:p>
    <w:p>
      <w:pPr>
        <w:pStyle w:val="ListBullet"/>
      </w:pPr>
      <w:r>
        <w:t>isiXhosa</w:t>
      </w:r>
    </w:p>
    <w:p>
      <w:r>
        <w:t>The app switches immediately — no restart needed. Your preference is saved for future sessions.</w:t>
      </w:r>
    </w:p>
    <w:p>
      <w:pPr>
        <w:pStyle w:val="Heading3"/>
      </w:pPr>
      <w:r>
        <w:t>7. How does giving/donations work?</w:t>
      </w:r>
    </w:p>
    <w:p>
      <w:r>
        <w:t xml:space="preserve">Tap the </w:t>
      </w:r>
      <w:r>
        <w:rPr>
          <w:b/>
        </w:rPr>
        <w:t>Give</w:t>
      </w:r>
      <w:r>
        <w:t xml:space="preserve"> tab to make a donation. Payments are processed securely through </w:t>
      </w:r>
      <w:r>
        <w:rPr>
          <w:b/>
        </w:rPr>
        <w:t>Netcash</w:t>
      </w:r>
      <w:r>
        <w:t>, a trusted South African payment gateway. Enter your amount, tap Donate, and complete payment on the Netcash page. Your church receives the funds directly.</w:t>
      </w:r>
    </w:p>
    <w:p>
      <w:r>
        <w:t>Note: Giving must be enabled for your church by the administrator. If you see "not configured," ask your church admin to set it up.</w:t>
      </w:r>
    </w:p>
    <w:p>
      <w:pPr>
        <w:pStyle w:val="Heading3"/>
      </w:pPr>
      <w:r>
        <w:t>8. What are Daily Devotions?</w:t>
      </w:r>
    </w:p>
    <w:p>
      <w:r>
        <w:t xml:space="preserve">Daily Devotions are short spiritual readings written by </w:t>
      </w:r>
      <w:r>
        <w:rPr>
          <w:b/>
        </w:rPr>
        <w:t>your own pastor</w:t>
      </w:r>
      <w:r>
        <w:t xml:space="preserve"> — not generic internet content. Each devotion includes scripture, a reflection, a prayer, and an action point. Find them under </w:t>
      </w:r>
      <w:r>
        <w:rPr>
          <w:b/>
        </w:rPr>
        <w:t>More → Daily Devotions</w:t>
      </w:r>
      <w:r>
        <w:t>. You'll receive a morning notification when a new one is published.</w:t>
      </w:r>
    </w:p>
    <w:p>
      <w:pPr>
        <w:pStyle w:val="Heading3"/>
      </w:pPr>
      <w:r>
        <w:t>9. How does Calendar Sync work?</w:t>
      </w:r>
    </w:p>
    <w:p>
      <w:r>
        <w:t xml:space="preserve">Calendar Sync adds your church commitments (service assignments, group meetings, rehearsals) directly to your Google Calendar or Microsoft Outlook. This means you'll never double-book or forget a service. Enable it under </w:t>
      </w:r>
      <w:r>
        <w:rPr>
          <w:b/>
        </w:rPr>
        <w:t>More → Calendar Sync</w:t>
      </w:r>
      <w:r>
        <w:t>.</w:t>
      </w:r>
    </w:p>
    <w:p>
      <w:pPr>
        <w:pStyle w:val="Heading3"/>
      </w:pPr>
      <w:r>
        <w:t>10. What notifications will I receive?</w:t>
      </w:r>
    </w:p>
    <w:p>
      <w:r>
        <w:t>Your church can send targeted push notifications about:</w:t>
      </w:r>
    </w:p>
    <w:p>
      <w:pPr>
        <w:pStyle w:val="ListBullet"/>
      </w:pPr>
      <w:r>
        <w:t>Announcements</w:t>
      </w:r>
    </w:p>
    <w:p>
      <w:pPr>
        <w:pStyle w:val="ListBullet"/>
      </w:pPr>
      <w:r>
        <w:t>Schedule assignments</w:t>
      </w:r>
    </w:p>
    <w:p>
      <w:pPr>
        <w:pStyle w:val="ListBullet"/>
      </w:pPr>
      <w:r>
        <w:t>Prayer updates</w:t>
      </w:r>
    </w:p>
    <w:p>
      <w:pPr>
        <w:pStyle w:val="ListBullet"/>
      </w:pPr>
      <w:r>
        <w:t>Group reminders</w:t>
      </w:r>
    </w:p>
    <w:p>
      <w:pPr>
        <w:pStyle w:val="ListBullet"/>
      </w:pPr>
      <w:r>
        <w:t>Service plans</w:t>
      </w:r>
    </w:p>
    <w:p>
      <w:pPr>
        <w:pStyle w:val="ListBullet"/>
      </w:pPr>
      <w:r>
        <w:t>Daily devotions</w:t>
      </w:r>
    </w:p>
    <w:p>
      <w:pPr>
        <w:pStyle w:val="ListBullet"/>
      </w:pPr>
      <w:r>
        <w:t>Event reminders</w:t>
      </w:r>
    </w:p>
    <w:p>
      <w:r>
        <w:t xml:space="preserve">You control which categories you receive under </w:t>
      </w:r>
      <w:r>
        <w:rPr>
          <w:b/>
        </w:rPr>
        <w:t>More → Notification Preferences</w:t>
      </w:r>
      <w:r>
        <w:t>.</w:t>
      </w:r>
    </w:p>
    <w:p>
      <w:pPr>
        <w:pStyle w:val="Heading3"/>
      </w:pPr>
      <w:r>
        <w:t>11. How do I enable biometric login (Face ID / Fingerprint)?</w:t>
      </w:r>
    </w:p>
    <w:p>
      <w:r>
        <w:t xml:space="preserve">After your first successful password login, the app offers to enable biometric login. Tap </w:t>
      </w:r>
      <w:r>
        <w:rPr>
          <w:b/>
        </w:rPr>
        <w:t>Enable</w:t>
      </w:r>
      <w:r>
        <w:t xml:space="preserve"> to set it up. You can also enable it later via </w:t>
      </w:r>
      <w:r>
        <w:rPr>
          <w:b/>
        </w:rPr>
        <w:t>More → Account → Use Face ID / Fingerprint</w:t>
      </w:r>
      <w:r>
        <w:t>.</w:t>
      </w:r>
    </w:p>
    <w:p>
      <w:pPr>
        <w:pStyle w:val="Heading3"/>
      </w:pPr>
      <w:r>
        <w:t>12. Why do some features show "Feature not enabled"?</w:t>
      </w:r>
    </w:p>
    <w:p>
      <w:r>
        <w:t>Speiro CMS uses feature flags — each church can enable or disable specific features. If you see this message, it means your church administrator hasn't activated that feature yet. Contact your church admin to request it.</w:t>
      </w:r>
    </w:p>
    <w:p>
      <w:pPr>
        <w:pStyle w:val="Heading3"/>
      </w:pPr>
      <w:r>
        <w:t>13. How do I see member birthdays?</w:t>
      </w:r>
    </w:p>
    <w:p>
      <w:r>
        <w:t xml:space="preserve">Leaders and Admins can view member birthdays by going to </w:t>
      </w:r>
      <w:r>
        <w:rPr>
          <w:b/>
        </w:rPr>
        <w:t>More → Member Birthdays</w:t>
      </w:r>
      <w:r>
        <w:t xml:space="preserve">. The screen shows three tabs: </w:t>
      </w:r>
      <w:r>
        <w:rPr>
          <w:b/>
        </w:rPr>
        <w:t>Today</w:t>
      </w:r>
      <w:r>
        <w:t xml:space="preserve">, </w:t>
      </w:r>
      <w:r>
        <w:rPr>
          <w:b/>
        </w:rPr>
        <w:t>This Week</w:t>
      </w:r>
      <w:r>
        <w:t xml:space="preserve">, and </w:t>
      </w:r>
      <w:r>
        <w:rPr>
          <w:b/>
        </w:rPr>
        <w:t>This Month</w:t>
      </w:r>
      <w:r>
        <w:t xml:space="preserve"> — listing members whose birthdays fall in each period. Members must have their date of birth set in My Details to appear.</w:t>
      </w:r>
    </w:p>
    <w:p>
      <w:pPr>
        <w:pStyle w:val="Heading3"/>
      </w:pPr>
      <w:r>
        <w:t>14. Will I see a birthday greeting?</w:t>
      </w:r>
    </w:p>
    <w:p>
      <w:r>
        <w:t xml:space="preserve">Yes. If your date of birth is set in </w:t>
      </w:r>
      <w:r>
        <w:rPr>
          <w:b/>
        </w:rPr>
        <w:t>More → My Details</w:t>
      </w:r>
      <w:r>
        <w:t>, you'll see a personalised birthday greeting on your Home screen on your birthday: "Happy Birthday [Name], have an amazing day!"</w:t>
      </w:r>
    </w:p>
    <w:p>
      <w:pPr>
        <w:pStyle w:val="Heading3"/>
      </w:pPr>
      <w:r>
        <w:t>15. How do I check my app version?</w:t>
      </w:r>
    </w:p>
    <w:p>
      <w:r>
        <w:t xml:space="preserve">Go to the </w:t>
      </w:r>
      <w:r>
        <w:rPr>
          <w:b/>
        </w:rPr>
        <w:t>More</w:t>
      </w:r>
      <w:r>
        <w:t xml:space="preserve"> screen and scroll to the bottom. The app version is displayed in the format "Speiro CMS vX.Y.Z (buildNumber)". This is visible for all user roles.</w:t>
      </w:r>
    </w:p>
    <w:p/>
    <w:p>
      <w:pPr>
        <w:pStyle w:val="Heading2"/>
      </w:pPr>
      <w:r>
        <w:t>Troubleshooting</w:t>
      </w:r>
    </w:p>
    <w:p>
      <w:pPr>
        <w:pStyle w:val="Heading3"/>
      </w:pPr>
      <w:r>
        <w:t>16. Why am I not receiving notifications?</w:t>
      </w:r>
    </w:p>
    <w:p>
      <w:r>
        <w:t>Check these in order:</w:t>
      </w:r>
    </w:p>
    <w:p>
      <w:pPr>
        <w:pStyle w:val="ListNumber"/>
      </w:pPr>
      <w:r>
        <w:t>Phone settings: Go to your device's Settings → Apps → Speiro CMS → Notifications and ensure they're enabled</w:t>
      </w:r>
    </w:p>
    <w:p>
      <w:pPr>
        <w:pStyle w:val="ListNumber"/>
      </w:pPr>
      <w:r>
        <w:t>In-app preferences: Check More → Notification Preferences — make sure the categories you want are toggled on</w:t>
      </w:r>
    </w:p>
    <w:p>
      <w:pPr>
        <w:pStyle w:val="ListNumber"/>
      </w:pPr>
      <w:r>
        <w:t>Do Not Disturb: Ensure your phone isn't in DND mode</w:t>
      </w:r>
    </w:p>
    <w:p>
      <w:pPr>
        <w:pStyle w:val="ListNumber"/>
      </w:pPr>
      <w:r>
        <w:t>Battery optimization: On Android, disable battery optimization for Speiro CMS (Settings → Battery → Speiro CMS → Don't optimize)</w:t>
      </w:r>
    </w:p>
    <w:p>
      <w:pPr>
        <w:pStyle w:val="Heading3"/>
      </w:pPr>
      <w:r>
        <w:t>17. The app is slow or crashes on my phone. What can I do?</w:t>
      </w:r>
    </w:p>
    <w:p>
      <w:pPr>
        <w:pStyle w:val="ListBullet"/>
      </w:pPr>
      <w:r>
        <w:t>Ensure you're running the latest version of the app</w:t>
      </w:r>
    </w:p>
    <w:p>
      <w:pPr>
        <w:pStyle w:val="ListBullet"/>
      </w:pPr>
      <w:r>
        <w:t>Close other apps to free up memory</w:t>
      </w:r>
    </w:p>
    <w:p>
      <w:pPr>
        <w:pStyle w:val="ListBullet"/>
      </w:pPr>
      <w:r>
        <w:t>Clear the app cache (Settings → Apps → Speiro CMS → Clear Cache)</w:t>
      </w:r>
    </w:p>
    <w:p>
      <w:pPr>
        <w:pStyle w:val="ListBullet"/>
      </w:pPr>
      <w:r>
        <w:t>Speiro CMS requires Android 8.0+ or iOS 14.0+. Older devices may experience issues.</w:t>
      </w:r>
    </w:p>
    <w:p>
      <w:pPr>
        <w:pStyle w:val="Heading3"/>
      </w:pPr>
      <w:r>
        <w:t>18. My biometric login stopped working. How do I fix it?</w:t>
      </w:r>
    </w:p>
    <w:p>
      <w:r>
        <w:t xml:space="preserve">Sign in with your email and password. The app will re-enroll your biometrics automatically after a successful password login. If the problem persists, go to </w:t>
      </w:r>
      <w:r>
        <w:rPr>
          <w:b/>
        </w:rPr>
        <w:t>More → Account</w:t>
      </w:r>
      <w:r>
        <w:t xml:space="preserve"> and toggle biometric login off and on again.</w:t>
      </w:r>
    </w:p>
    <w:p>
      <w:pPr>
        <w:pStyle w:val="Heading3"/>
      </w:pPr>
      <w:r>
        <w:t>19. Calendar sync says "Access blocked." What do I do?</w:t>
      </w:r>
    </w:p>
    <w:p>
      <w:r>
        <w:t xml:space="preserve">This usually means you denied calendar permissions. Go to your phone's Settings → Apps → Speiro CMS → Permissions and enable Calendar access. Then retry the sync from </w:t>
      </w:r>
      <w:r>
        <w:rPr>
          <w:b/>
        </w:rPr>
        <w:t>More → Calendar Sync</w:t>
      </w:r>
      <w:r>
        <w:t>.</w:t>
      </w:r>
    </w:p>
    <w:p/>
    <w:p>
      <w:pPr>
        <w:pStyle w:val="Heading2"/>
      </w:pPr>
      <w:r>
        <w:t>Privacy &amp; Security</w:t>
      </w:r>
    </w:p>
    <w:p>
      <w:pPr>
        <w:pStyle w:val="Heading3"/>
      </w:pPr>
      <w:r>
        <w:t>20. Is my data safe?</w:t>
      </w:r>
    </w:p>
    <w:p>
      <w:r>
        <w:t>Yes. Speiro CMS takes privacy seriously:</w:t>
      </w:r>
    </w:p>
    <w:p>
      <w:pPr>
        <w:pStyle w:val="ListBullet"/>
      </w:pPr>
      <w:r>
        <w:t>POPIA compliant — We follow South Africa's Protection of Personal Information Act</w:t>
      </w:r>
    </w:p>
    <w:p>
      <w:pPr>
        <w:pStyle w:val="ListBullet"/>
      </w:pPr>
      <w:r>
        <w:t>Data hosted in Africa — All data is stored on AWS in Cape Town (af-south-1 region)</w:t>
      </w:r>
    </w:p>
    <w:p>
      <w:pPr>
        <w:pStyle w:val="ListBullet"/>
      </w:pPr>
      <w:r>
        <w:t>Encrypted — Data is encrypted at rest and in transit</w:t>
      </w:r>
    </w:p>
    <w:p>
      <w:pPr>
        <w:pStyle w:val="ListBullet"/>
      </w:pPr>
      <w:r>
        <w:t>Isolated — Each church's data is completely separated from other churches</w:t>
      </w:r>
    </w:p>
    <w:p>
      <w:pPr>
        <w:pStyle w:val="ListBullet"/>
      </w:pPr>
      <w:r>
        <w:t>Consent-based — You control your data consent preferences under More → Privacy &amp; Data</w:t>
      </w:r>
    </w:p>
    <w:p>
      <w:pPr>
        <w:pStyle w:val="Heading3"/>
      </w:pPr>
      <w:r>
        <w:t>21. Can my church see my personal information?</w:t>
      </w:r>
    </w:p>
    <w:p>
      <w:r>
        <w:t xml:space="preserve">Your church administrator can see the information you provided when registering (name, email, phone). They cannot see your device data, biometric data, or payment card details. You can view and update your stored information under </w:t>
      </w:r>
      <w:r>
        <w:rPr>
          <w:b/>
        </w:rPr>
        <w:t>More → My Details</w:t>
      </w:r>
      <w:r>
        <w:t>.</w:t>
      </w:r>
    </w:p>
    <w:p>
      <w:pPr>
        <w:pStyle w:val="Heading3"/>
      </w:pPr>
      <w:r>
        <w:t>22. Can I delete my account?</w:t>
      </w:r>
    </w:p>
    <w:p>
      <w:r>
        <w:t>Yes. Contact your church administrator or email support@speiro.africa to request account deletion. All your personal data will be permanently removed in compliance with POPIA.</w:t>
      </w:r>
    </w:p>
    <w:p/>
    <w:p>
      <w:pPr>
        <w:pStyle w:val="Heading2"/>
      </w:pPr>
      <w:r>
        <w:t>Pricing &amp; Access</w:t>
      </w:r>
    </w:p>
    <w:p>
      <w:pPr>
        <w:pStyle w:val="Heading3"/>
      </w:pPr>
      <w:r>
        <w:t>23. How much does Speiro CMS cost for members?</w:t>
      </w:r>
    </w:p>
    <w:p>
      <w:r>
        <w:t xml:space="preserve">Nothing. The app is </w:t>
      </w:r>
      <w:r>
        <w:rPr>
          <w:b/>
        </w:rPr>
        <w:t>free for all church members</w:t>
      </w:r>
      <w:r>
        <w:t>. There is no per-member fee, no premium tier for members, and no in-app purchases required to access features.</w:t>
      </w:r>
    </w:p>
    <w:p>
      <w:pPr>
        <w:pStyle w:val="Heading3"/>
      </w:pPr>
      <w:r>
        <w:t>24. How much does it cost for churches?</w:t>
      </w:r>
    </w:p>
    <w:p>
      <w:r>
        <w:t>Speiro keeps costs predictable and affordable for South African churches. Let your church leadership contact Speiro directly. Not a US based company, but a South African company for Africa.</w:t>
      </w:r>
    </w:p>
    <w:p>
      <w:pPr>
        <w:pStyle w:val="Heading3"/>
      </w:pPr>
      <w:r>
        <w:t>25. How do I enable features for my church?</w:t>
      </w:r>
    </w:p>
    <w:p>
      <w:r>
        <w:t>Church administrators can request feature activation through the Speiro platform admin panel at https://www.speiro.africa/admin/platform/ or by contacting support@speiro.africa. Features are toggled on/off per church — you only pay for what you use.</w:t>
      </w:r>
    </w:p>
    <w:p/>
    <w:p>
      <w:pPr>
        <w:pStyle w:val="Heading2"/>
      </w:pPr>
      <w:r>
        <w:t>General</w:t>
      </w:r>
    </w:p>
    <w:p>
      <w:pPr>
        <w:pStyle w:val="Heading3"/>
      </w:pPr>
      <w:r>
        <w:t>26. What devices does Speiro CMS support?</w:t>
      </w:r>
    </w:p>
    <w:p>
      <w:pPr>
        <w:pStyle w:val="ListBullet"/>
      </w:pPr>
      <w:r>
        <w:t>Android 8.0 (Oreo) and above</w:t>
      </w:r>
    </w:p>
    <w:p>
      <w:pPr>
        <w:pStyle w:val="ListBullet"/>
      </w:pPr>
      <w:r>
        <w:t>iOS 14.0 and above</w:t>
      </w:r>
    </w:p>
    <w:p>
      <w:pPr>
        <w:pStyle w:val="ListBullet"/>
      </w:pPr>
      <w:r>
        <w:t>Web browser (Chrome, Safari, Firefox, Edge)</w:t>
      </w:r>
    </w:p>
    <w:p>
      <w:pPr>
        <w:pStyle w:val="Heading3"/>
      </w:pPr>
      <w:r>
        <w:t>27. Is there a desktop/web version?</w:t>
      </w:r>
    </w:p>
    <w:p>
      <w:r>
        <w:t>Yes. Access the web app at https://www.speiro.africa. It has the same features as the mobile app and syncs in real time.</w:t>
      </w:r>
    </w:p>
    <w:p>
      <w:pPr>
        <w:pStyle w:val="Heading3"/>
      </w:pPr>
      <w:r>
        <w:t>28. How do I contact support?</w:t>
      </w:r>
    </w:p>
    <w:p>
      <w:pPr>
        <w:pStyle w:val="ListBullet"/>
      </w:pPr>
      <w:r>
        <w:t>Email: support@speiro.africa</w:t>
      </w:r>
    </w:p>
    <w:p>
      <w:pPr>
        <w:pStyle w:val="ListBullet"/>
      </w:pPr>
      <w:r>
        <w:t>WhatsApp: Available on the Speiro website</w:t>
      </w:r>
    </w:p>
    <w:p>
      <w:pPr>
        <w:pStyle w:val="ListBullet"/>
      </w:pPr>
      <w:r>
        <w:t>In-app: More → Help &amp; Support</w:t>
      </w:r>
    </w:p>
    <w:p/>
    <w:p>
      <w:r>
        <w:t>*Last updated for Speiro CMS v4.1.0*</w:t>
      </w:r>
    </w:p>
    <w:p/>
    <w:p>
      <w:pPr>
        <w:jc w:val="center"/>
      </w:pPr>
      <w:r>
        <w:rPr>
          <w:color w:val="6B7280"/>
          <w:sz w:val="18"/>
        </w:rPr>
        <w:t>© 2026 Speiro — Church Technology Solutions | www.speiro.africa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6A34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6A34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6A34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16A34A"/>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