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Church Leader Guide</w:t>
      </w:r>
    </w:p>
    <w:p>
      <w:r>
        <w:t>As a Church Leader, you have full administrative access to manage your church across all campuses.</w:t>
      </w:r>
    </w:p>
    <w:p>
      <w:pPr>
        <w:pStyle w:val="Heading2"/>
      </w:pPr>
      <w:r>
        <w:t>Getting Started</w:t>
      </w:r>
    </w:p>
    <w:p>
      <w:r>
        <w:t>After logging in, you'll see the Dashboard with KPI cards (active members, visitors, fill rate, groups) and urgent items.</w:t>
      </w:r>
    </w:p>
    <w:p>
      <w:pPr>
        <w:pStyle w:val="Heading2"/>
      </w:pPr>
      <w:r>
        <w:t>Managing Campuses</w:t>
      </w:r>
    </w:p>
    <w:p>
      <w:r>
        <w:t>If your church has multiple locations:</w:t>
      </w:r>
    </w:p>
    <w:p>
      <w:pPr>
        <w:pStyle w:val="ListNumber"/>
      </w:pPr>
      <w:r>
        <w:t>Create campuses via the API: `POST /api/v1/campuses` with name, address, timezone, phone</w:t>
      </w:r>
    </w:p>
    <w:p>
      <w:pPr>
        <w:pStyle w:val="ListNumber"/>
      </w:pPr>
      <w:r>
        <w:t>Assign a campus manager for each location</w:t>
      </w:r>
    </w:p>
    <w:p>
      <w:pPr>
        <w:pStyle w:val="ListNumber"/>
      </w:pPr>
      <w:r>
        <w:t>When creating content (announcements, services, groups), choose whether it's for a specific campus or church-wide</w:t>
      </w:r>
    </w:p>
    <w:p>
      <w:pPr>
        <w:pStyle w:val="ListNumber"/>
      </w:pPr>
      <w:r>
        <w:t>Church-wide items (no campus selected) appear at all locations</w:t>
      </w:r>
    </w:p>
    <w:p>
      <w:pPr>
        <w:pStyle w:val="Heading2"/>
      </w:pPr>
      <w:r>
        <w:t>Managing Members</w:t>
      </w:r>
    </w:p>
    <w:p>
      <w:pPr>
        <w:pStyle w:val="ListBullet"/>
      </w:pPr>
      <w:r>
        <w:t>Members tab → search, view profiles, add new members</w:t>
      </w:r>
    </w:p>
    <w:p>
      <w:pPr>
        <w:pStyle w:val="ListBullet"/>
      </w:pPr>
      <w:r>
        <w:t>Tap a member for full profile, communication history, tags</w:t>
      </w:r>
    </w:p>
    <w:p>
      <w:pPr>
        <w:pStyle w:val="ListBullet"/>
      </w:pPr>
      <w:r>
        <w:t>Members can set their own primary campus in My Details</w:t>
      </w:r>
    </w:p>
    <w:p>
      <w:pPr>
        <w:pStyle w:val="Heading2"/>
      </w:pPr>
      <w:r>
        <w:t>Managing Groups</w:t>
      </w:r>
    </w:p>
    <w:p>
      <w:pPr>
        <w:pStyle w:val="ListBullet"/>
      </w:pPr>
      <w:r>
        <w:t>Groups tab → view all groups, create new ones</w:t>
      </w:r>
    </w:p>
    <w:p>
      <w:pPr>
        <w:pStyle w:val="ListBullet"/>
      </w:pPr>
      <w:r>
        <w:t>Tap a group → edit name, description, meeting day/time, location</w:t>
      </w:r>
    </w:p>
    <w:p>
      <w:pPr>
        <w:pStyle w:val="ListBullet"/>
      </w:pPr>
      <w:r>
        <w:t>Groups can be campus-specific or church-wide</w:t>
      </w:r>
    </w:p>
    <w:p>
      <w:pPr>
        <w:pStyle w:val="Heading2"/>
      </w:pPr>
      <w:r>
        <w:t>Service Plans</w:t>
      </w:r>
    </w:p>
    <w:p>
      <w:pPr>
        <w:pStyle w:val="ListBullet"/>
      </w:pPr>
      <w:r>
        <w:t>More → Service Plans (or web 🗓️ Services) → create services with date, start/end times</w:t>
      </w:r>
    </w:p>
    <w:p>
      <w:pPr>
        <w:pStyle w:val="ListBullet"/>
      </w:pPr>
      <w:r>
        <w:t>Select a template, pick a campus (or leave blank for church-wide)</w:t>
      </w:r>
    </w:p>
    <w:p>
      <w:pPr>
        <w:pStyle w:val="ListBullet"/>
      </w:pPr>
      <w:r>
        <w:t>Assign members to elements (Welcome, Offering, etc.) — they're notified; members with a blockout on that date can't be selected; assignees can decline and the slot reopens</w:t>
      </w:r>
    </w:p>
    <w:p>
      <w:pPr>
        <w:pStyle w:val="ListBullet"/>
      </w:pPr>
      <w:r>
        <w:t>Workflow: Draft → (Pastor/Admin) Approve → auto go-live on the day → auto-end</w:t>
      </w:r>
    </w:p>
    <w:p>
      <w:pPr>
        <w:pStyle w:val="ListBullet"/>
      </w:pPr>
      <w:r>
        <w:t>As a Church Leader you build the plan in Draft; a Pastor or Admin approves it. Once approved it goes live automatically at its start time and ends at its end time (AM &amp; PM handled independently)</w:t>
      </w:r>
    </w:p>
    <w:p>
      <w:pPr>
        <w:pStyle w:val="Heading2"/>
      </w:pPr>
      <w:r>
        <w:t>Bible Study &amp; Live Teaching</w:t>
      </w:r>
    </w:p>
    <w:p>
      <w:r>
        <w:t>If the Bible Study feature is enabled for your church (ask your Admin to enable it):</w:t>
      </w:r>
    </w:p>
    <w:p>
      <w:pPr>
        <w:pStyle w:val="Heading3"/>
      </w:pPr>
      <w:r>
        <w:t>Creating a Session</w:t>
      </w:r>
    </w:p>
    <w:p>
      <w:pPr>
        <w:pStyle w:val="ListNumber"/>
      </w:pPr>
      <w:r>
        <w:t>Go to More → Bible Study → tap "+" or "New Session"</w:t>
      </w:r>
    </w:p>
    <w:p>
      <w:pPr>
        <w:pStyle w:val="ListNumber"/>
      </w:pPr>
      <w:r>
        <w:t>Enter title, description, YouTube URL (live stream or video link)</w:t>
      </w:r>
    </w:p>
    <w:p>
      <w:pPr>
        <w:pStyle w:val="ListNumber"/>
      </w:pPr>
      <w:r>
        <w:t>Set scheduled start/end times (optional — enables auto go-live)</w:t>
      </w:r>
    </w:p>
    <w:p>
      <w:pPr>
        <w:pStyle w:val="ListNumber"/>
      </w:pPr>
      <w:r>
        <w:t>Select a campus (optional — leave blank for church-wide)</w:t>
      </w:r>
    </w:p>
    <w:p>
      <w:pPr>
        <w:pStyle w:val="Heading3"/>
      </w:pPr>
      <w:r>
        <w:t>Session Lifecycle</w:t>
      </w:r>
    </w:p>
    <w:p>
      <w:pPr>
        <w:pStyle w:val="ListBullet"/>
      </w:pPr>
      <w:r>
        <w:t>Draft → edit freely, not visible to members</w:t>
      </w:r>
    </w:p>
    <w:p>
      <w:pPr>
        <w:pStyle w:val="ListBullet"/>
      </w:pPr>
      <w:r>
        <w:t>Scheduled → visible to members, auto go-live at scheduled time, 15-min reminder push sent</w:t>
      </w:r>
    </w:p>
    <w:p>
      <w:pPr>
        <w:pStyle w:val="ListBullet"/>
      </w:pPr>
      <w:r>
        <w:t>Live → YouTube embed active, chat open, members can join</w:t>
      </w:r>
    </w:p>
    <w:p>
      <w:pPr>
        <w:pStyle w:val="ListBullet"/>
      </w:pPr>
      <w:r>
        <w:t>Ended → chat read-only, recording viewable</w:t>
      </w:r>
    </w:p>
    <w:p>
      <w:pPr>
        <w:pStyle w:val="ListBullet"/>
      </w:pPr>
      <w:r>
        <w:t>Archived → hidden from default list</w:t>
      </w:r>
    </w:p>
    <w:p>
      <w:pPr>
        <w:pStyle w:val="Heading3"/>
      </w:pPr>
      <w:r>
        <w:t>Adding Study Materials</w:t>
      </w:r>
    </w:p>
    <w:p>
      <w:pPr>
        <w:pStyle w:val="ListBullet"/>
      </w:pPr>
      <w:r>
        <w:t>Open a session → add notes, guides, text, or upload images/PDFs</w:t>
      </w:r>
    </w:p>
    <w:p>
      <w:pPr>
        <w:pStyle w:val="ListBullet"/>
      </w:pPr>
      <w:r>
        <w:t>Materials can be added before, during, or after a session</w:t>
      </w:r>
    </w:p>
    <w:p>
      <w:pPr>
        <w:pStyle w:val="ListBullet"/>
      </w:pPr>
      <w:r>
        <w:t>During live sessions, new materials are pushed to connected members in real-time</w:t>
      </w:r>
    </w:p>
    <w:p>
      <w:pPr>
        <w:pStyle w:val="Heading3"/>
      </w:pPr>
      <w:r>
        <w:t>Moderating Chat</w:t>
      </w:r>
    </w:p>
    <w:p>
      <w:pPr>
        <w:pStyle w:val="ListBullet"/>
      </w:pPr>
      <w:r>
        <w:t>Pin important messages (max 3 per session)</w:t>
      </w:r>
    </w:p>
    <w:p>
      <w:pPr>
        <w:pStyle w:val="ListBullet"/>
      </w:pPr>
      <w:r>
        <w:t>Delete inappropriate messages</w:t>
      </w:r>
    </w:p>
    <w:p>
      <w:pPr>
        <w:pStyle w:val="ListBullet"/>
      </w:pPr>
      <w:r>
        <w:t>Mute disruptive users (configurable duration, default 10 min)</w:t>
      </w:r>
    </w:p>
    <w:p>
      <w:pPr>
        <w:pStyle w:val="ListBullet"/>
      </w:pPr>
      <w:r>
        <w:t>Respond directly to questions (linked to the original question)</w:t>
      </w:r>
    </w:p>
    <w:p>
      <w:pPr>
        <w:pStyle w:val="Heading2"/>
      </w:pPr>
      <w:r>
        <w:t>Content Management</w:t>
      </w:r>
    </w:p>
    <w:p>
      <w:pPr>
        <w:pStyle w:val="ListBullet"/>
      </w:pPr>
      <w:r>
        <w:t>More → Upload Sermon Notes (PDF/DOCX)</w:t>
      </w:r>
    </w:p>
    <w:p>
      <w:pPr>
        <w:pStyle w:val="ListBullet"/>
      </w:pPr>
      <w:r>
        <w:t>More → Manage YouTube Videos (add by URL or sync from channel)</w:t>
      </w:r>
    </w:p>
    <w:p>
      <w:pPr>
        <w:pStyle w:val="ListBullet"/>
      </w:pPr>
      <w:r>
        <w:t>More → Create Announcement (pin, mark as event)</w:t>
      </w:r>
    </w:p>
    <w:p>
      <w:pPr>
        <w:pStyle w:val="ListBullet"/>
      </w:pPr>
      <w:r>
        <w:t>All content can be campus-specific or church-wide</w:t>
      </w:r>
    </w:p>
    <w:p>
      <w:pPr>
        <w:pStyle w:val="Heading3"/>
      </w:pPr>
      <w:r>
        <w:t>Announcement audience (Members vs Seekers)</w:t>
      </w:r>
    </w:p>
    <w:p>
      <w:r>
        <w:t xml:space="preserve">When creating an announcement in the web admin, choose the </w:t>
      </w:r>
      <w:r>
        <w:rPr>
          <w:b/>
        </w:rPr>
        <w:t>Audience</w:t>
      </w:r>
      <w:r>
        <w:t>:</w:t>
      </w:r>
    </w:p>
    <w:p>
      <w:pPr>
        <w:pStyle w:val="ListBullet"/>
      </w:pPr>
      <w:r>
        <w:t>Members — appears in the church app feed for your members (the default)</w:t>
      </w:r>
    </w:p>
    <w:p>
      <w:pPr>
        <w:pStyle w:val="ListBullet"/>
      </w:pPr>
      <w:r>
        <w:t>Seekers / New Converts — appears only on the New Convert (seeker) web page, for non-members working through your discipleship track</w:t>
      </w:r>
    </w:p>
    <w:p>
      <w:r>
        <w:t xml:space="preserve">Members never see seeker announcements, and seekers never see member announcements — the two streams are kept separate. You can review what you've posted to seekers in the </w:t>
      </w:r>
      <w:r>
        <w:rPr>
          <w:b/>
        </w:rPr>
        <w:t>Seeker Announcements</w:t>
      </w:r>
      <w:r>
        <w:t xml:space="preserve"> list on the Announcements page.</w:t>
      </w:r>
    </w:p>
    <w:p>
      <w:pPr>
        <w:pStyle w:val="Heading2"/>
      </w:pPr>
      <w:r>
        <w:t>Prayer Requests (Leaders-First)</w:t>
      </w:r>
    </w:p>
    <w:p>
      <w:r>
        <w:t>*Mobile: More → Prayer Requests · Web admin: Prayer page*</w:t>
      </w:r>
    </w:p>
    <w:p>
      <w:r>
        <w:t>Prayer requests are handled with privacy in mind:</w:t>
      </w:r>
    </w:p>
    <w:p>
      <w:pPr>
        <w:pStyle w:val="ListBullet"/>
      </w:pPr>
      <w:r>
        <w:t>Members' requests come to you privately. When a member submits a prayer request, it goes to church leaders and pastors only — not to the whole congregation. You and other leaders are notified so you can pray and follow up.</w:t>
      </w:r>
    </w:p>
    <w:p>
      <w:pPr>
        <w:pStyle w:val="ListBullet"/>
      </w:pPr>
      <w:r>
        <w:t>You can broadcast to the whole church. As a Church Leader or Pastor, when you create a prayer request you can set its visibility to Whole Church (Public) — useful for church-wide prayer points. Members submitting their own requests cannot make them public; only leaders/pastors can.</w:t>
      </w:r>
    </w:p>
    <w:p>
      <w:pPr>
        <w:pStyle w:val="ListBullet"/>
      </w:pPr>
      <w:r>
        <w:t>Choose the visibility from the dropdown when creating a request (members don't see this option — theirs are always private to leaders).</w:t>
      </w:r>
    </w:p>
    <w:p>
      <w:pPr>
        <w:pStyle w:val="Heading2"/>
      </w:pPr>
      <w:r>
        <w:t>Meet Your Leaders (Organogram)</w:t>
      </w:r>
    </w:p>
    <w:p>
      <w:r>
        <w:t xml:space="preserve">*More → Manage Leaders* (mobile app) </w:t>
      </w:r>
      <w:r>
        <w:rPr>
          <w:b/>
        </w:rPr>
        <w:t>or</w:t>
      </w:r>
      <w:r>
        <w:t xml:space="preserve"> the </w:t>
      </w:r>
      <w:r>
        <w:rPr>
          <w:b/>
        </w:rPr>
        <w:t>Leaders</w:t>
      </w:r>
      <w:r>
        <w:t xml:space="preserve"> page in the web admin</w:t>
      </w:r>
    </w:p>
    <w:p>
      <w:r>
        <w:t xml:space="preserve">Your leadership team is displayed to members as an </w:t>
      </w:r>
      <w:r>
        <w:rPr>
          <w:b/>
        </w:rPr>
        <w:t>organogram</w:t>
      </w:r>
      <w:r>
        <w:t xml:space="preserve"> — a tiered chart that shows your church's structure at a glance.</w:t>
      </w:r>
    </w:p>
    <w:p>
      <w:pPr>
        <w:pStyle w:val="Heading3"/>
      </w:pPr>
      <w:r>
        <w:t>Adding &amp; managing leaders</w:t>
      </w:r>
    </w:p>
    <w:p>
      <w:pPr>
        <w:pStyle w:val="ListBullet"/>
      </w:pPr>
      <w:r>
        <w:t>Add leaders with: photo, name, title/role, contact email, and a short bio</w:t>
      </w:r>
    </w:p>
    <w:p>
      <w:pPr>
        <w:pStyle w:val="ListBullet"/>
      </w:pPr>
      <w:r>
        <w:t>Set the display order (tier) — this controls where the leader appears in the organogram:</w:t>
      </w:r>
    </w:p>
    <w:p>
      <w:pPr>
        <w:pStyle w:val="ListBullet"/>
      </w:pPr>
      <w:r>
        <w:t>0 = top tier (e.g. Senior Pastor)</w:t>
      </w:r>
    </w:p>
    <w:p>
      <w:pPr>
        <w:pStyle w:val="ListBullet"/>
      </w:pPr>
      <w:r>
        <w:t>1 = second tier (all leaders with order 1 appear together on the next row)</w:t>
      </w:r>
    </w:p>
    <w:p>
      <w:pPr>
        <w:pStyle w:val="ListBullet"/>
      </w:pPr>
      <w:r>
        <w:t>2, 3, … = further tiers below</w:t>
      </w:r>
    </w:p>
    <w:p>
      <w:pPr>
        <w:pStyle w:val="ListBullet"/>
      </w:pPr>
      <w:r>
        <w:t>Multiple leaders can share the same tier — they'll appear side by side on that row</w:t>
      </w:r>
    </w:p>
    <w:p>
      <w:pPr>
        <w:pStyle w:val="ListBullet"/>
      </w:pPr>
      <w:r>
        <w:t>Add or update a leader's photo from the Edit screen (mobile) or the Photo button (web admin)</w:t>
      </w:r>
    </w:p>
    <w:p>
      <w:r>
        <w:t xml:space="preserve">&gt; </w:t>
      </w:r>
      <w:r>
        <w:rPr>
          <w:b/>
        </w:rPr>
        <w:t>Note:</w:t>
      </w:r>
      <w:r>
        <w:t xml:space="preserve"> Phone numbers are no longer shown on leader cards. Leaders are contacted via email or through the church, keeping personal numbers private.</w:t>
      </w:r>
    </w:p>
    <w:p>
      <w:pPr>
        <w:pStyle w:val="Heading3"/>
      </w:pPr>
      <w:r>
        <w:t>Vision &amp; Mission</w:t>
      </w:r>
    </w:p>
    <w:p>
      <w:r>
        <w:t xml:space="preserve">Your church's </w:t>
      </w:r>
      <w:r>
        <w:rPr>
          <w:b/>
        </w:rPr>
        <w:t>Vision</w:t>
      </w:r>
      <w:r>
        <w:t xml:space="preserve"> and </w:t>
      </w:r>
      <w:r>
        <w:rPr>
          <w:b/>
        </w:rPr>
        <w:t>Mission</w:t>
      </w:r>
      <w:r>
        <w:t xml:space="preserve"> statements appear as a header card at the top of the "Meet Your Leaders" screen.</w:t>
      </w:r>
    </w:p>
    <w:p>
      <w:pPr>
        <w:pStyle w:val="ListBullet"/>
      </w:pPr>
      <w:r>
        <w:t>Set them in the web admin under Settings (Vision and Mission fields), or they surface from your church branding</w:t>
      </w:r>
    </w:p>
    <w:p>
      <w:pPr>
        <w:pStyle w:val="ListBullet"/>
      </w:pPr>
      <w:r>
        <w:t>Keep each to a short, memorable paragraph — this is the first thing members read on the Leaders screen</w:t>
      </w:r>
    </w:p>
    <w:p>
      <w:r>
        <w:t xml:space="preserve">Members see all of this under </w:t>
      </w:r>
      <w:r>
        <w:rPr>
          <w:b/>
        </w:rPr>
        <w:t>Meet Your Leaders</w:t>
      </w:r>
      <w:r>
        <w:t xml:space="preserve"> in the app.</w:t>
      </w:r>
    </w:p>
    <w:p>
      <w:pPr>
        <w:pStyle w:val="Heading2"/>
      </w:pPr>
      <w:r>
        <w:t>Role Assignment</w:t>
      </w:r>
    </w:p>
    <w:p>
      <w:pPr>
        <w:pStyle w:val="ListBullet"/>
      </w:pPr>
      <w:r>
        <w:t>More → Assign Roles → view all users, assign/remove roles</w:t>
      </w:r>
    </w:p>
    <w:p>
      <w:pPr>
        <w:pStyle w:val="ListBullet"/>
      </w:pPr>
      <w:r>
        <w:t>More → Create Staff Member → create member + staff profile</w:t>
      </w:r>
    </w:p>
    <w:p>
      <w:pPr>
        <w:pStyle w:val="Heading2"/>
      </w:pPr>
      <w:r>
        <w:t>Church Branding</w:t>
      </w:r>
    </w:p>
    <w:p>
      <w:pPr>
        <w:pStyle w:val="ListBullet"/>
      </w:pPr>
      <w:r>
        <w:t>More → Church Branding → name, slogan, logo upload</w:t>
      </w:r>
    </w:p>
    <w:p>
      <w:pPr>
        <w:pStyle w:val="ListBullet"/>
      </w:pPr>
      <w:r>
        <w:t>Logo appears on login screen and throughout the app</w:t>
      </w:r>
    </w:p>
    <w:p>
      <w:pPr>
        <w:pStyle w:val="Heading2"/>
      </w:pPr>
      <w:r>
        <w:t>Visitor QR Code</w:t>
      </w:r>
    </w:p>
    <w:p>
      <w:pPr>
        <w:pStyle w:val="ListBullet"/>
      </w:pPr>
      <w:r>
        <w:t>More → Visitor QR Code → generate, share, view submissions</w:t>
      </w:r>
    </w:p>
    <w:p>
      <w:pPr>
        <w:pStyle w:val="ListBullet"/>
      </w:pPr>
      <w:r>
        <w:t>Print QR for your foyer/welcome desk</w:t>
      </w:r>
    </w:p>
    <w:p>
      <w:pPr>
        <w:pStyle w:val="ListBullet"/>
      </w:pPr>
      <w:r>
        <w:t>View and follow up on visitor submissions</w:t>
      </w:r>
    </w:p>
    <w:p>
      <w:pPr>
        <w:pStyle w:val="Heading2"/>
      </w:pPr>
      <w:r>
        <w:t>Other Tools</w:t>
      </w:r>
    </w:p>
    <w:p>
      <w:pPr>
        <w:pStyle w:val="ListBullet"/>
      </w:pPr>
      <w:r>
        <w:t>Check-In, Reports, Messages, Rehearsals, Prayer Requests, Song Library, Blockout Dates, My Details, Privacy &amp; Data</w:t>
      </w:r>
    </w:p>
    <w:p/>
    <w:p>
      <w:pPr>
        <w:pStyle w:val="Heading2"/>
      </w:pPr>
      <w:r>
        <w:t>Member Birthdays</w:t>
      </w:r>
    </w:p>
    <w:p>
      <w:r>
        <w:t>*More → Member Birthdays*</w:t>
      </w:r>
    </w:p>
    <w:p>
      <w:r>
        <w:t>View upcoming member birthdays to celebrate and connect with your congregation.</w:t>
      </w:r>
    </w:p>
    <w:p>
      <w:pPr>
        <w:pStyle w:val="Heading3"/>
      </w:pPr>
      <w:r>
        <w:t>Accessing Member Birthdays</w:t>
      </w:r>
    </w:p>
    <w:p>
      <w:pPr>
        <w:pStyle w:val="ListNumber"/>
      </w:pPr>
      <w:r>
        <w:t>Go to More → Member Birthdays</w:t>
      </w:r>
    </w:p>
    <w:p>
      <w:pPr>
        <w:pStyle w:val="ListNumber"/>
      </w:pPr>
      <w:r>
        <w:t>The screen shows three tabs:</w:t>
      </w:r>
    </w:p>
    <w:p>
      <w:pPr>
        <w:pStyle w:val="ListBullet"/>
      </w:pPr>
      <w:r>
        <w:t>Today — Members whose birthday is today</w:t>
      </w:r>
    </w:p>
    <w:p>
      <w:pPr>
        <w:pStyle w:val="ListBullet"/>
      </w:pPr>
      <w:r>
        <w:t>This Week — Members with birthdays this week</w:t>
      </w:r>
    </w:p>
    <w:p>
      <w:pPr>
        <w:pStyle w:val="ListBullet"/>
      </w:pPr>
      <w:r>
        <w:t>This Month — Members with birthdays this month</w:t>
      </w:r>
    </w:p>
    <w:p>
      <w:pPr>
        <w:pStyle w:val="Heading3"/>
      </w:pPr>
      <w:r>
        <w:t>Requirements</w:t>
      </w:r>
    </w:p>
    <w:p>
      <w:pPr>
        <w:pStyle w:val="ListBullet"/>
      </w:pPr>
      <w:r>
        <w:t>Members must have their date of birth set in My Details for their birthday to appear</w:t>
      </w:r>
    </w:p>
    <w:p>
      <w:pPr>
        <w:pStyle w:val="ListBullet"/>
      </w:pPr>
      <w:r>
        <w:t>This feature is available to Leaders and Admins</w:t>
      </w:r>
    </w:p>
    <w:p/>
    <w:p>
      <w:pPr>
        <w:pStyle w:val="Heading2"/>
      </w:pPr>
      <w:r>
        <w:t>Approve Members</w:t>
      </w:r>
    </w:p>
    <w:p>
      <w:r>
        <w:t>*More → Approve Members*</w:t>
      </w:r>
    </w:p>
    <w:p>
      <w:r>
        <w:t>Review and approve new member registration requests.</w:t>
      </w:r>
    </w:p>
    <w:p>
      <w:pPr>
        <w:pStyle w:val="ListNumber"/>
      </w:pPr>
      <w:r>
        <w:t>Go to More → Approve Members</w:t>
      </w:r>
    </w:p>
    <w:p>
      <w:pPr>
        <w:pStyle w:val="ListNumber"/>
      </w:pPr>
      <w:r>
        <w:t>View pending registrations</w:t>
      </w:r>
    </w:p>
    <w:p>
      <w:pPr>
        <w:pStyle w:val="ListNumber"/>
      </w:pPr>
      <w:r>
        <w:t>Tap a member to review their details</w:t>
      </w:r>
    </w:p>
    <w:p>
      <w:pPr>
        <w:pStyle w:val="ListNumber"/>
      </w:pPr>
      <w:r>
        <w:t>Tap Approve or Decline</w:t>
      </w:r>
    </w:p>
    <w:p/>
    <w:p>
      <w:pPr>
        <w:pStyle w:val="Heading2"/>
      </w:pPr>
      <w:r>
        <w:t>Reset Member Password</w:t>
      </w:r>
    </w:p>
    <w:p>
      <w:r>
        <w:t>*More → Reset Member Password*</w:t>
      </w:r>
    </w:p>
    <w:p>
      <w:r>
        <w:t>Reset a member's password when they are unable to do so themselves.</w:t>
      </w:r>
    </w:p>
    <w:p>
      <w:pPr>
        <w:pStyle w:val="ListNumber"/>
      </w:pPr>
      <w:r>
        <w:t>Go to More → Reset Member Password</w:t>
      </w:r>
    </w:p>
    <w:p>
      <w:pPr>
        <w:pStyle w:val="ListNumber"/>
      </w:pPr>
      <w:r>
        <w:t>Search for the member</w:t>
      </w:r>
    </w:p>
    <w:p>
      <w:pPr>
        <w:pStyle w:val="ListNumber"/>
      </w:pPr>
      <w:r>
        <w:t>Tap Reset Password</w:t>
      </w:r>
    </w:p>
    <w:p>
      <w:pPr>
        <w:pStyle w:val="ListNumber"/>
      </w:pPr>
      <w:r>
        <w:t>Share the reset details with the member securely</w:t>
      </w:r>
    </w:p>
    <w:p/>
    <w:p>
      <w:pPr>
        <w:pStyle w:val="Heading2"/>
      </w:pPr>
      <w:r>
        <w:t>App Version Display</w:t>
      </w:r>
    </w:p>
    <w:p>
      <w:r>
        <w:t xml:space="preserve">The current app version is displayed at the bottom of the </w:t>
      </w:r>
      <w:r>
        <w:rPr>
          <w:b/>
        </w:rPr>
        <w:t>More</w:t>
      </w:r>
      <w:r>
        <w:t xml:space="preserve"> screen in the format:</w:t>
      </w:r>
    </w:p>
    <w:p>
      <w:r>
        <w:t>&gt; Speiro CMS vX.Y.Z (buildNumber)</w:t>
      </w:r>
    </w:p>
    <w:p>
      <w:r>
        <w:t>This helps with troubleshooting and confirming you are on the latest release.</w:t>
      </w:r>
    </w:p>
    <w:p/>
    <w:p>
      <w:pPr>
        <w:pStyle w:val="Heading2"/>
      </w:pPr>
      <w:r>
        <w:t>Reports &amp; Geographic Insights</w:t>
      </w:r>
    </w:p>
    <w:p>
      <w:r>
        <w:t>*Available from your church Admin*</w:t>
      </w:r>
    </w:p>
    <w:p>
      <w:r>
        <w:t>Your church administrator has access to a full Reports module that includes insights relevant to leadership:</w:t>
      </w:r>
    </w:p>
    <w:p>
      <w:pPr>
        <w:pStyle w:val="Heading3"/>
      </w:pPr>
      <w:r>
        <w:t>Geographic Member Map</w:t>
      </w:r>
    </w:p>
    <w:p>
      <w:pPr>
        <w:pStyle w:val="ListBullet"/>
      </w:pPr>
      <w:r>
        <w:t>An interactive map shows all member home addresses as coloured pins, grouped by cell group</w:t>
      </w:r>
    </w:p>
    <w:p>
      <w:pPr>
        <w:pStyle w:val="ListBullet"/>
      </w:pPr>
      <w:r>
        <w:t>When a cell group's members are spread more than 5 km apart geographically, the system generates a group split suggestion</w:t>
      </w:r>
    </w:p>
    <w:p>
      <w:pPr>
        <w:pStyle w:val="ListBullet"/>
      </w:pPr>
      <w:r>
        <w:t>Split suggestions identify which members could form a closer sub-group, helping you plant new groups in underserved areas</w:t>
      </w:r>
    </w:p>
    <w:p>
      <w:pPr>
        <w:pStyle w:val="Heading3"/>
      </w:pPr>
      <w:r>
        <w:t>What This Means for Leaders</w:t>
      </w:r>
    </w:p>
    <w:p>
      <w:pPr>
        <w:pStyle w:val="ListBullet"/>
      </w:pPr>
      <w:r>
        <w:t>Ask your Admin to share the geographic map during leadership meetings</w:t>
      </w:r>
    </w:p>
    <w:p>
      <w:pPr>
        <w:pStyle w:val="ListBullet"/>
      </w:pPr>
      <w:r>
        <w:t>Use split suggestions to inform decisions about new group formation</w:t>
      </w:r>
    </w:p>
    <w:p>
      <w:pPr>
        <w:pStyle w:val="ListBullet"/>
      </w:pPr>
      <w:r>
        <w:t>The map helps identify areas with high member concentration but no local group</w:t>
      </w:r>
    </w:p>
    <w:p>
      <w:pPr>
        <w:pStyle w:val="ListBullet"/>
      </w:pPr>
      <w:r>
        <w:t>Reports also include attendance trends, giving summaries, demographics, and volunteer load — ask your Admin for regular updates</w:t>
      </w:r>
    </w:p>
    <w:p>
      <w:pPr>
        <w:pStyle w:val="Heading3"/>
      </w:pPr>
      <w:r>
        <w:t>Requesting a Report</w:t>
      </w:r>
    </w:p>
    <w:p>
      <w:r>
        <w:t>Contact your church administrator to access or export specific reports. Reports can be shared as CSV exports for board presentations and strategic planning.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