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63040" cy="1223467"/>
            <wp:docPr id="1" name="Picture 1"/>
            <wp:cNvGraphicFramePr>
              <a:graphicFrameLocks noChangeAspect="1"/>
            </wp:cNvGraphicFramePr>
            <a:graphic>
              <a:graphicData uri="http://schemas.openxmlformats.org/drawingml/2006/picture">
                <pic:pic>
                  <pic:nvPicPr>
                    <pic:cNvPr id="0" name="speiro-logo.jpeg"/>
                    <pic:cNvPicPr/>
                  </pic:nvPicPr>
                  <pic:blipFill>
                    <a:blip r:embed="rId9"/>
                    <a:stretch>
                      <a:fillRect/>
                    </a:stretch>
                  </pic:blipFill>
                  <pic:spPr>
                    <a:xfrm>
                      <a:off x="0" y="0"/>
                      <a:ext cx="1463040" cy="1223467"/>
                    </a:xfrm>
                    <a:prstGeom prst="rect"/>
                  </pic:spPr>
                </pic:pic>
              </a:graphicData>
            </a:graphic>
          </wp:inline>
        </w:drawing>
      </w:r>
    </w:p>
    <w:p>
      <w:pPr>
        <w:jc w:val="center"/>
      </w:pPr>
      <w:r>
        <w:rPr>
          <w:b/>
          <w:color w:val="16A34A"/>
          <w:sz w:val="28"/>
        </w:rPr>
        <w:t>Speiro Church Management System</w:t>
      </w:r>
    </w:p>
    <w:p/>
    <w:p>
      <w:pPr>
        <w:pStyle w:val="Heading1"/>
      </w:pPr>
      <w:r>
        <w:t>Speiro CMS — Member Guide</w:t>
      </w:r>
    </w:p>
    <w:p>
      <w:r/>
      <w:r>
        <w:rPr>
          <w:b/>
        </w:rPr>
        <w:t>Version 4.5.2</w:t>
      </w:r>
      <w:r>
        <w:t xml:space="preserve"> | Last Updated: September 2026</w:t>
      </w:r>
    </w:p>
    <w:p/>
    <w:p>
      <w:pPr>
        <w:pStyle w:val="Heading2"/>
      </w:pPr>
      <w:r>
        <w:t>Getting Started</w:t>
      </w:r>
    </w:p>
    <w:p>
      <w:pPr>
        <w:pStyle w:val="Heading3"/>
      </w:pPr>
      <w:r>
        <w:t>Downloading the App</w:t>
      </w:r>
    </w:p>
    <w:p>
      <w:pPr>
        <w:pStyle w:val="ListBullet"/>
      </w:pPr>
      <w:r>
        <w:t>Android: Download from the Google Play Store (search "Speiro CMS")</w:t>
      </w:r>
    </w:p>
    <w:p>
      <w:pPr>
        <w:pStyle w:val="ListBullet"/>
      </w:pPr>
      <w:r>
        <w:t>iOS: Download from the Apple App Store (search "Speiro CMS")</w:t>
      </w:r>
    </w:p>
    <w:p>
      <w:pPr>
        <w:pStyle w:val="ListBullet"/>
      </w:pPr>
      <w:r>
        <w:t>Web: Access at https://www.speiro.africa</w:t>
      </w:r>
    </w:p>
    <w:p>
      <w:pPr>
        <w:pStyle w:val="Heading3"/>
      </w:pPr>
      <w:r>
        <w:t>Joining Your Church</w:t>
      </w:r>
    </w:p>
    <w:p>
      <w:pPr>
        <w:pStyle w:val="ListNumber"/>
      </w:pPr>
      <w:r>
        <w:t>Open the app</w:t>
      </w:r>
    </w:p>
    <w:p>
      <w:pPr>
        <w:pStyle w:val="ListNumber"/>
      </w:pPr>
      <w:r>
        <w:t>Enter the church code given to you by your church leader</w:t>
      </w:r>
    </w:p>
    <w:p>
      <w:pPr>
        <w:pStyle w:val="ListNumber"/>
      </w:pPr>
      <w:r>
        <w:t>Tap Join Church</w:t>
      </w:r>
    </w:p>
    <w:p>
      <w:r>
        <w:t>Your church code is a unique identifier — ask your pastor, church office, or cell group leader if you don't have it.</w:t>
      </w:r>
    </w:p>
    <w:p>
      <w:r>
        <w:t xml:space="preserve">New to the app and not sure what a church code is? On the join screen, tap </w:t>
      </w:r>
      <w:r>
        <w:rPr>
          <w:b/>
        </w:rPr>
        <w:t>"New here? How to join your church"</w:t>
      </w:r>
      <w:r>
        <w:t xml:space="preserve"> to open a short step-by-step guide at https://www.speiro.africa/getting-started.html.</w:t>
      </w:r>
    </w:p>
    <w:p>
      <w:pPr>
        <w:pStyle w:val="Heading3"/>
      </w:pPr>
      <w:r>
        <w:t>Creating an Account</w:t>
      </w:r>
    </w:p>
    <w:p>
      <w:pPr>
        <w:pStyle w:val="ListNumber"/>
      </w:pPr>
      <w:r>
        <w:t>Tap Don't have an account? Register</w:t>
      </w:r>
    </w:p>
    <w:p>
      <w:pPr>
        <w:pStyle w:val="ListNumber"/>
      </w:pPr>
      <w:r>
        <w:t>Fill in your details (name, email, password)</w:t>
      </w:r>
    </w:p>
    <w:p>
      <w:pPr>
        <w:pStyle w:val="ListNumber"/>
      </w:pPr>
      <w:r>
        <w:t>Tick the Privacy Policy consent box. To protect your personal information under POPIA (South Africa's data protection law), you must agree to how your data is handled before you can register. Tap the Privacy Policy link in the consent line to read the full policy first.</w:t>
      </w:r>
    </w:p>
    <w:p>
      <w:pPr>
        <w:pStyle w:val="ListNumber"/>
      </w:pPr>
      <w:r>
        <w:t>Tap Create Account</w:t>
      </w:r>
    </w:p>
    <w:p>
      <w:pPr>
        <w:pStyle w:val="ListNumber"/>
      </w:pPr>
      <w:r>
        <w:t>You'll be signed in automatically</w:t>
      </w:r>
    </w:p>
    <w:p>
      <w:r>
        <w:t xml:space="preserve">&gt; </w:t>
      </w:r>
      <w:r>
        <w:rPr>
          <w:b/>
        </w:rPr>
        <w:t>Why the consent step?</w:t>
      </w:r>
      <w:r>
        <w:t xml:space="preserve"> POPIA requires that you give clear permission before a church stores and processes your personal information. Your consent is recorded with the date so both you and your church have a record of it.</w:t>
      </w:r>
    </w:p>
    <w:p>
      <w:pPr>
        <w:pStyle w:val="Heading3"/>
      </w:pPr>
      <w:r>
        <w:t>Signing In</w:t>
      </w:r>
    </w:p>
    <w:p>
      <w:pPr>
        <w:pStyle w:val="ListNumber"/>
      </w:pPr>
      <w:r>
        <w:t>Enter your email and password</w:t>
      </w:r>
    </w:p>
    <w:p>
      <w:pPr>
        <w:pStyle w:val="ListNumber"/>
      </w:pPr>
      <w:r>
        <w:t>Tap Sign In</w:t>
      </w:r>
    </w:p>
    <w:p>
      <w:pPr>
        <w:pStyle w:val="ListNumber"/>
      </w:pPr>
      <w:r>
        <w:t>The app remembers your email for next time</w:t>
      </w:r>
    </w:p>
    <w:p/>
    <w:p>
      <w:pPr>
        <w:pStyle w:val="Heading2"/>
      </w:pPr>
      <w:r>
        <w:t>Biometric Login (Face ID / Fingerprint)</w:t>
      </w:r>
    </w:p>
    <w:p>
      <w:r>
        <w:t>After your first successful password login, the app offers to enable biometric login.</w:t>
      </w:r>
    </w:p>
    <w:p>
      <w:pPr>
        <w:pStyle w:val="ListBullet"/>
      </w:pPr>
      <w:r>
        <w:t>Face ID (iPhone X and newer)</w:t>
      </w:r>
    </w:p>
    <w:p>
      <w:pPr>
        <w:pStyle w:val="ListBullet"/>
      </w:pPr>
      <w:r>
        <w:t>Fingerprint (Android devices with fingerprint sensor, iPhone 8 and earlier with Touch ID)</w:t>
      </w:r>
    </w:p>
    <w:p>
      <w:pPr>
        <w:pStyle w:val="Heading3"/>
      </w:pPr>
      <w:r>
        <w:t>Enabling Biometrics</w:t>
      </w:r>
    </w:p>
    <w:p>
      <w:pPr>
        <w:pStyle w:val="ListBullet"/>
      </w:pPr>
      <w:r>
        <w:t>When prompted after login, tap Enable</w:t>
      </w:r>
    </w:p>
    <w:p>
      <w:pPr>
        <w:pStyle w:val="ListBullet"/>
      </w:pPr>
      <w:r>
        <w:t>Or enable later: More → Account → Use Face ID / Fingerprint</w:t>
      </w:r>
    </w:p>
    <w:p>
      <w:pPr>
        <w:pStyle w:val="Heading3"/>
      </w:pPr>
      <w:r>
        <w:t>Using Biometrics</w:t>
      </w:r>
    </w:p>
    <w:p>
      <w:pPr>
        <w:pStyle w:val="ListBullet"/>
      </w:pPr>
      <w:r>
        <w:t>On the login screen, tap the fingerprint/face icon</w:t>
      </w:r>
    </w:p>
    <w:p>
      <w:pPr>
        <w:pStyle w:val="ListBullet"/>
      </w:pPr>
      <w:r>
        <w:t>Authenticate with your face or finger</w:t>
      </w:r>
    </w:p>
    <w:p>
      <w:pPr>
        <w:pStyle w:val="ListBullet"/>
      </w:pPr>
      <w:r>
        <w:t>You're signed in — no password needed</w:t>
      </w:r>
    </w:p>
    <w:p>
      <w:pPr>
        <w:pStyle w:val="Heading3"/>
      </w:pPr>
      <w:r>
        <w:t>If Biometrics Stop Working</w:t>
      </w:r>
    </w:p>
    <w:p>
      <w:pPr>
        <w:pStyle w:val="ListBullet"/>
      </w:pPr>
      <w:r>
        <w:t>Sign in with your password — biometrics re-enroll automatically</w:t>
      </w:r>
    </w:p>
    <w:p>
      <w:pPr>
        <w:pStyle w:val="ListBullet"/>
      </w:pPr>
      <w:r>
        <w:t>On Samsung devices after a security update, you may need to toggle the setting off and on in More → Account</w:t>
      </w:r>
    </w:p>
    <w:p/>
    <w:p>
      <w:pPr>
        <w:pStyle w:val="Heading2"/>
      </w:pPr>
      <w:r>
        <w:t>Your Home Screen</w:t>
      </w:r>
    </w:p>
    <w:p>
      <w:r>
        <w:t>As a member, your bottom navigation shows:</w:t>
      </w:r>
    </w:p>
    <w:p>
      <w:pPr>
        <w:pStyle w:val="ListBullet"/>
      </w:pPr>
      <w:r>
        <w:t>Home — Your personal dashboard with upcoming events and announcements</w:t>
      </w:r>
    </w:p>
    <w:p>
      <w:pPr>
        <w:pStyle w:val="ListBullet"/>
      </w:pPr>
      <w:r>
        <w:t>Groups — Your cell groups and group activities</w:t>
      </w:r>
    </w:p>
    <w:p>
      <w:pPr>
        <w:pStyle w:val="ListBullet"/>
      </w:pPr>
      <w:r>
        <w:t>Give — Make donations to your church</w:t>
      </w:r>
    </w:p>
    <w:p>
      <w:pPr>
        <w:pStyle w:val="ListBullet"/>
      </w:pPr>
      <w:r>
        <w:t>This Week — Upcoming events, services, and your schedule</w:t>
      </w:r>
    </w:p>
    <w:p>
      <w:pPr>
        <w:pStyle w:val="ListBullet"/>
      </w:pPr>
      <w:r>
        <w:t>More — Additional features and settings</w:t>
      </w:r>
    </w:p>
    <w:p/>
    <w:p>
      <w:pPr>
        <w:pStyle w:val="Heading2"/>
      </w:pPr>
      <w:r>
        <w:t>Birthday Greeting</w:t>
      </w:r>
    </w:p>
    <w:p>
      <w:r>
        <w:t>If your date of birth is set in your profile, you'll see a personalised birthday greeting on your Home screen on your birthday:</w:t>
      </w:r>
    </w:p>
    <w:p>
      <w:r>
        <w:t>&gt; "Happy Birthday [Name], have an amazing day!"</w:t>
      </w:r>
    </w:p>
    <w:p>
      <w:pPr>
        <w:pStyle w:val="Heading3"/>
      </w:pPr>
      <w:r>
        <w:t>Setting your date of birth</w:t>
      </w:r>
    </w:p>
    <w:p>
      <w:pPr>
        <w:pStyle w:val="ListNumber"/>
      </w:pPr>
      <w:r>
        <w:t>Go to More → My Details</w:t>
      </w:r>
    </w:p>
    <w:p>
      <w:pPr>
        <w:pStyle w:val="ListNumber"/>
      </w:pPr>
      <w:r>
        <w:t>Enter or update your Date of Birth</w:t>
      </w:r>
    </w:p>
    <w:p>
      <w:pPr>
        <w:pStyle w:val="ListNumber"/>
      </w:pPr>
      <w:r>
        <w:t>Tap Save</w:t>
      </w:r>
    </w:p>
    <w:p>
      <w:r>
        <w:t>On your birthday, the greeting will appear automatically on the Home screen.</w:t>
      </w:r>
    </w:p>
    <w:p/>
    <w:p>
      <w:pPr>
        <w:pStyle w:val="Heading2"/>
      </w:pPr>
      <w:r>
        <w:t>Daily Devotions</w:t>
      </w:r>
    </w:p>
    <w:p>
      <w:r>
        <w:t>*More → Daily Devotions*</w:t>
      </w:r>
    </w:p>
    <w:p>
      <w:r>
        <w:t xml:space="preserve">Daily Devotions are short spiritual readings written by </w:t>
      </w:r>
      <w:r>
        <w:rPr>
          <w:b/>
        </w:rPr>
        <w:t>your own pastor</w:t>
      </w:r>
      <w:r>
        <w:t xml:space="preserve"> — not generic internet content. Each devotion is personal to your church community.</w:t>
      </w:r>
    </w:p>
    <w:p>
      <w:pPr>
        <w:pStyle w:val="Heading3"/>
      </w:pPr>
      <w:r>
        <w:t>Reading Today's Devotion</w:t>
      </w:r>
    </w:p>
    <w:p>
      <w:r>
        <w:t>Each devotion includes:</w:t>
      </w:r>
    </w:p>
    <w:p>
      <w:pPr>
        <w:pStyle w:val="ListBullet"/>
      </w:pPr>
      <w:r>
        <w:t>Scripture — The day's Bible passage</w:t>
      </w:r>
    </w:p>
    <w:p>
      <w:pPr>
        <w:pStyle w:val="ListBullet"/>
      </w:pPr>
      <w:r>
        <w:t>Reflection — A thought from your pastor (2–3 minute read)</w:t>
      </w:r>
    </w:p>
    <w:p>
      <w:pPr>
        <w:pStyle w:val="ListBullet"/>
      </w:pPr>
      <w:r>
        <w:t>Prayer — A closing prayer to pray along with</w:t>
      </w:r>
    </w:p>
    <w:p>
      <w:pPr>
        <w:pStyle w:val="ListBullet"/>
      </w:pPr>
      <w:r>
        <w:t>Action Point — A practical challenge for your day</w:t>
      </w:r>
    </w:p>
    <w:p>
      <w:pPr>
        <w:pStyle w:val="Heading3"/>
      </w:pPr>
      <w:r>
        <w:t>Notifications</w:t>
      </w:r>
    </w:p>
    <w:p>
      <w:r>
        <w:t>You'll receive a morning push notification when a new devotion is published. Disable this under Notification Preferences without losing access to the content.</w:t>
      </w:r>
    </w:p>
    <w:p>
      <w:pPr>
        <w:pStyle w:val="Heading3"/>
      </w:pPr>
      <w:r>
        <w:t>Past Devotions</w:t>
      </w:r>
    </w:p>
    <w:p>
      <w:r>
        <w:t>Browse and re-read past devotions anytime from the Devotions list. Useful for catching up after a few days away.</w:t>
      </w:r>
    </w:p>
    <w:p>
      <w:pPr>
        <w:pStyle w:val="Heading3"/>
      </w:pPr>
      <w:r>
        <w:t>Sharing</w:t>
      </w:r>
    </w:p>
    <w:p>
      <w:r>
        <w:t>Tap the share icon to send the devotion to friends via WhatsApp, SMS, or any other app.</w:t>
      </w:r>
    </w:p>
    <w:p/>
    <w:p>
      <w:pPr>
        <w:pStyle w:val="Heading2"/>
      </w:pPr>
      <w:r>
        <w:t>Calendar Sync</w:t>
      </w:r>
    </w:p>
    <w:p>
      <w:r>
        <w:t>*More → Calendar Sync*</w:t>
      </w:r>
    </w:p>
    <w:p>
      <w:r>
        <w:t>Calendar Sync adds your church commitments directly to your personal calendar (Google Calendar or Microsoft Outlook).</w:t>
      </w:r>
    </w:p>
    <w:p>
      <w:pPr>
        <w:pStyle w:val="Heading3"/>
      </w:pPr>
      <w:r>
        <w:t>What syncs</w:t>
      </w:r>
    </w:p>
    <w:p>
      <w:pPr>
        <w:pStyle w:val="ListBullet"/>
      </w:pPr>
      <w:r>
        <w:t>Service assignments (if you're on a team)</w:t>
      </w:r>
    </w:p>
    <w:p>
      <w:pPr>
        <w:pStyle w:val="ListBullet"/>
      </w:pPr>
      <w:r>
        <w:t>Cell group meetings</w:t>
      </w:r>
    </w:p>
    <w:p>
      <w:pPr>
        <w:pStyle w:val="ListBullet"/>
      </w:pPr>
      <w:r>
        <w:t>Rehearsals</w:t>
      </w:r>
    </w:p>
    <w:p>
      <w:pPr>
        <w:pStyle w:val="ListBullet"/>
      </w:pPr>
      <w:r>
        <w:t>Church events you've RSVP'd to</w:t>
      </w:r>
    </w:p>
    <w:p>
      <w:pPr>
        <w:pStyle w:val="Heading3"/>
      </w:pPr>
      <w:r>
        <w:t>Setting up</w:t>
      </w:r>
    </w:p>
    <w:p>
      <w:pPr>
        <w:pStyle w:val="ListNumber"/>
      </w:pPr>
      <w:r>
        <w:t>Go to More → Calendar Sync</w:t>
      </w:r>
    </w:p>
    <w:p>
      <w:pPr>
        <w:pStyle w:val="ListNumber"/>
      </w:pPr>
      <w:r>
        <w:t>Choose Google Calendar or Microsoft Outlook</w:t>
      </w:r>
    </w:p>
    <w:p>
      <w:pPr>
        <w:pStyle w:val="ListNumber"/>
      </w:pPr>
      <w:r>
        <w:t>Sign in to your calendar account</w:t>
      </w:r>
    </w:p>
    <w:p>
      <w:pPr>
        <w:pStyle w:val="ListNumber"/>
      </w:pPr>
      <w:r>
        <w:t>Grant calendar permissions when prompted</w:t>
      </w:r>
    </w:p>
    <w:p>
      <w:pPr>
        <w:pStyle w:val="ListNumber"/>
      </w:pPr>
      <w:r>
        <w:t>Your commitments appear within minutes</w:t>
      </w:r>
    </w:p>
    <w:p>
      <w:pPr>
        <w:pStyle w:val="Heading3"/>
      </w:pPr>
      <w:r>
        <w:t>Benefits</w:t>
      </w:r>
    </w:p>
    <w:p>
      <w:pPr>
        <w:pStyle w:val="ListBullet"/>
      </w:pPr>
      <w:r>
        <w:t>See church and personal commitments in one view</w:t>
      </w:r>
    </w:p>
    <w:p>
      <w:pPr>
        <w:pStyle w:val="ListBullet"/>
      </w:pPr>
      <w:r>
        <w:t>Get automatic reminders before services and meetings</w:t>
      </w:r>
    </w:p>
    <w:p>
      <w:pPr>
        <w:pStyle w:val="ListBullet"/>
      </w:pPr>
      <w:r>
        <w:t>Spot conflicts immediately when you're assigned to serve</w:t>
      </w:r>
    </w:p>
    <w:p>
      <w:pPr>
        <w:pStyle w:val="ListBullet"/>
      </w:pPr>
      <w:r>
        <w:t>Schedule changes update automatically — no manual editing</w:t>
      </w:r>
    </w:p>
    <w:p>
      <w:pPr>
        <w:pStyle w:val="Heading3"/>
      </w:pPr>
      <w:r>
        <w:t>Disconnecting</w:t>
      </w:r>
    </w:p>
    <w:p>
      <w:r>
        <w:t xml:space="preserve">Go to </w:t>
      </w:r>
      <w:r>
        <w:rPr>
          <w:b/>
        </w:rPr>
        <w:t>More → Calendar Sync → Disconnect</w:t>
      </w:r>
      <w:r>
        <w:t xml:space="preserve"> at any time. All Speiro events are removed from your calendar.</w:t>
      </w:r>
    </w:p>
    <w:p/>
    <w:p>
      <w:pPr>
        <w:pStyle w:val="Heading2"/>
      </w:pPr>
      <w:r>
        <w:t>Giving / Donations</w:t>
      </w:r>
    </w:p>
    <w:p>
      <w:r>
        <w:t>*Give tab*</w:t>
      </w:r>
    </w:p>
    <w:p>
      <w:r>
        <w:t xml:space="preserve">Make secure donations to your church via </w:t>
      </w:r>
      <w:r>
        <w:rPr>
          <w:b/>
        </w:rPr>
        <w:t>Netcash</w:t>
      </w:r>
      <w:r>
        <w:t>, a trusted South African payment gateway.</w:t>
      </w:r>
    </w:p>
    <w:p>
      <w:pPr>
        <w:pStyle w:val="Heading3"/>
      </w:pPr>
      <w:r>
        <w:t>Making a Donation</w:t>
      </w:r>
    </w:p>
    <w:p>
      <w:pPr>
        <w:pStyle w:val="ListNumber"/>
      </w:pPr>
      <w:r>
        <w:t>Tap the Give tab</w:t>
      </w:r>
    </w:p>
    <w:p>
      <w:pPr>
        <w:pStyle w:val="ListNumber"/>
      </w:pPr>
      <w:r>
        <w:t>Enter the amount (in Rands)</w:t>
      </w:r>
    </w:p>
    <w:p>
      <w:pPr>
        <w:pStyle w:val="ListNumber"/>
      </w:pPr>
      <w:r>
        <w:t>Tap Donate</w:t>
      </w:r>
    </w:p>
    <w:p>
      <w:pPr>
        <w:pStyle w:val="ListNumber"/>
      </w:pPr>
      <w:r>
        <w:t>Complete payment on the secure Netcash page</w:t>
      </w:r>
    </w:p>
    <w:p>
      <w:pPr>
        <w:pStyle w:val="ListNumber"/>
      </w:pPr>
      <w:r>
        <w:t>You'll receive a confirmation once processed</w:t>
      </w:r>
    </w:p>
    <w:p>
      <w:pPr>
        <w:pStyle w:val="Heading3"/>
      </w:pPr>
      <w:r>
        <w:t>Important Notes</w:t>
      </w:r>
    </w:p>
    <w:p>
      <w:pPr>
        <w:pStyle w:val="ListBullet"/>
      </w:pPr>
      <w:r>
        <w:t>Your card details are handled by Netcash — Speiro never sees or stores them</w:t>
      </w:r>
    </w:p>
    <w:p>
      <w:pPr>
        <w:pStyle w:val="ListBullet"/>
      </w:pPr>
      <w:r>
        <w:t>If giving shows "not configured," your church admin needs to enable it</w:t>
      </w:r>
    </w:p>
    <w:p>
      <w:pPr>
        <w:pStyle w:val="ListBullet"/>
      </w:pPr>
      <w:r>
        <w:t>Donation history is available under your giving tab</w:t>
      </w:r>
    </w:p>
    <w:p/>
    <w:p>
      <w:pPr>
        <w:pStyle w:val="Heading2"/>
      </w:pPr>
      <w:r>
        <w:t>Groups</w:t>
      </w:r>
    </w:p>
    <w:p>
      <w:r>
        <w:t>*Groups tab*</w:t>
      </w:r>
    </w:p>
    <w:p>
      <w:r>
        <w:t>View the cell groups you belong to, see group members, and stay connected with your community.</w:t>
      </w:r>
    </w:p>
    <w:p>
      <w:pPr>
        <w:pStyle w:val="Heading3"/>
      </w:pPr>
      <w:r>
        <w:t>What you can do</w:t>
      </w:r>
    </w:p>
    <w:p>
      <w:pPr>
        <w:pStyle w:val="ListBullet"/>
      </w:pPr>
      <w:r>
        <w:t>View your group's meeting schedule and location</w:t>
      </w:r>
    </w:p>
    <w:p>
      <w:pPr>
        <w:pStyle w:val="ListBullet"/>
      </w:pPr>
      <w:r>
        <w:t>See other group members and their contact details</w:t>
      </w:r>
    </w:p>
    <w:p>
      <w:pPr>
        <w:pStyle w:val="ListBullet"/>
      </w:pPr>
      <w:r>
        <w:t>Access group study materials shared by your leader</w:t>
      </w:r>
    </w:p>
    <w:p>
      <w:pPr>
        <w:pStyle w:val="ListBullet"/>
      </w:pPr>
      <w:r>
        <w:t>View group announcements</w:t>
      </w:r>
    </w:p>
    <w:p/>
    <w:p>
      <w:pPr>
        <w:pStyle w:val="Heading2"/>
      </w:pPr>
      <w:r>
        <w:t>Notifications</w:t>
      </w:r>
    </w:p>
    <w:p>
      <w:r>
        <w:t>Your church leaders can send you targeted push notifications about:</w:t>
      </w:r>
    </w:p>
    <w:p>
      <w:pPr>
        <w:pStyle w:val="ListBullet"/>
      </w:pPr>
      <w:r>
        <w:t>Announcements</w:t>
      </w:r>
    </w:p>
    <w:p>
      <w:pPr>
        <w:pStyle w:val="ListBullet"/>
      </w:pPr>
      <w:r>
        <w:t>Schedule assignments</w:t>
      </w:r>
    </w:p>
    <w:p>
      <w:pPr>
        <w:pStyle w:val="ListBullet"/>
      </w:pPr>
      <w:r>
        <w:t>Prayer updates</w:t>
      </w:r>
    </w:p>
    <w:p>
      <w:pPr>
        <w:pStyle w:val="ListBullet"/>
      </w:pPr>
      <w:r>
        <w:t>Group reminders</w:t>
      </w:r>
    </w:p>
    <w:p>
      <w:pPr>
        <w:pStyle w:val="ListBullet"/>
      </w:pPr>
      <w:r>
        <w:t>Service plans</w:t>
      </w:r>
    </w:p>
    <w:p>
      <w:pPr>
        <w:pStyle w:val="ListBullet"/>
      </w:pPr>
      <w:r>
        <w:t>Daily devotions</w:t>
      </w:r>
    </w:p>
    <w:p>
      <w:pPr>
        <w:pStyle w:val="ListBullet"/>
      </w:pPr>
      <w:r>
        <w:t>Event reminders</w:t>
      </w:r>
    </w:p>
    <w:p>
      <w:pPr>
        <w:pStyle w:val="Heading3"/>
      </w:pPr>
      <w:r>
        <w:t>Managing Notification Preferences</w:t>
      </w:r>
    </w:p>
    <w:p>
      <w:r>
        <w:t>*More → Notification Preferences*</w:t>
      </w:r>
    </w:p>
    <w:p>
      <w:r>
        <w:t>Choose which categories you want to receive. Toggle off categories you don't need — you can always re-enable them later.</w:t>
      </w:r>
    </w:p>
    <w:p>
      <w:pPr>
        <w:pStyle w:val="Heading3"/>
      </w:pPr>
      <w:r>
        <w:t>Not receiving notifications?</w:t>
      </w:r>
    </w:p>
    <w:p>
      <w:pPr>
        <w:pStyle w:val="ListNumber"/>
      </w:pPr>
      <w:r>
        <w:t>Check your phone's Settings → Apps → Speiro CMS → Notifications (must be enabled)</w:t>
      </w:r>
    </w:p>
    <w:p>
      <w:pPr>
        <w:pStyle w:val="ListNumber"/>
      </w:pPr>
      <w:r>
        <w:t>On Android, disable battery optimization for Speiro CMS</w:t>
      </w:r>
    </w:p>
    <w:p>
      <w:pPr>
        <w:pStyle w:val="ListNumber"/>
      </w:pPr>
      <w:r>
        <w:t>Ensure you're not in Do Not Disturb mode</w:t>
      </w:r>
    </w:p>
    <w:p>
      <w:pPr>
        <w:pStyle w:val="ListNumber"/>
      </w:pPr>
      <w:r>
        <w:t>Check that the category is enabled in More → Notification Preferences</w:t>
      </w:r>
    </w:p>
    <w:p/>
    <w:p>
      <w:pPr>
        <w:pStyle w:val="Heading2"/>
      </w:pPr>
      <w:r>
        <w:t>Language Settings</w:t>
      </w:r>
    </w:p>
    <w:p>
      <w:r>
        <w:t>*More → Language*</w:t>
      </w:r>
    </w:p>
    <w:p>
      <w:r>
        <w:t>The app interface supports four languages:</w:t>
      </w:r>
    </w:p>
    <w:p>
      <w:pPr>
        <w:pStyle w:val="ListBullet"/>
      </w:pPr>
      <w:r>
        <w:t>English</w:t>
      </w:r>
    </w:p>
    <w:p>
      <w:pPr>
        <w:pStyle w:val="ListBullet"/>
      </w:pPr>
      <w:r>
        <w:t>Afrikaans</w:t>
      </w:r>
    </w:p>
    <w:p>
      <w:pPr>
        <w:pStyle w:val="ListBullet"/>
      </w:pPr>
      <w:r>
        <w:t>isiZulu</w:t>
      </w:r>
    </w:p>
    <w:p>
      <w:pPr>
        <w:pStyle w:val="ListBullet"/>
      </w:pPr>
      <w:r>
        <w:t>isiXhosa</w:t>
      </w:r>
    </w:p>
    <w:p>
      <w:r>
        <w:t>Select your preferred language — the app switches immediately without restarting. Your preference is saved and remembered across sessions.</w:t>
      </w:r>
    </w:p>
    <w:p>
      <w:r/>
      <w:r>
        <w:rPr>
          <w:b/>
        </w:rPr>
        <w:t>Note:</w:t>
      </w:r>
      <w:r>
        <w:t xml:space="preserve"> Content created by your church (announcements, devotions, group descriptions) appears in whatever language your leaders wrote it in. The language setting controls the app's buttons, labels, and menus.</w:t>
      </w:r>
    </w:p>
    <w:p/>
    <w:p>
      <w:pPr>
        <w:pStyle w:val="Heading2"/>
      </w:pPr>
      <w:r>
        <w:t>Offline Access</w:t>
      </w:r>
    </w:p>
    <w:p>
      <w:r>
        <w:t>Speiro CMS is built offline-first — it works even without internet.</w:t>
      </w:r>
    </w:p>
    <w:p>
      <w:pPr>
        <w:pStyle w:val="Heading3"/>
      </w:pPr>
      <w:r>
        <w:t>How it works</w:t>
      </w:r>
    </w:p>
    <w:p>
      <w:pPr>
        <w:pStyle w:val="ListBullet"/>
      </w:pPr>
      <w:r>
        <w:t>When offline, an "Offline" banner appears at the top of the screen</w:t>
      </w:r>
    </w:p>
    <w:p>
      <w:pPr>
        <w:pStyle w:val="ListBullet"/>
      </w:pPr>
      <w:r>
        <w:t>Previously loaded data (members, groups, announcements, devotions, schedule) remains accessible</w:t>
      </w:r>
    </w:p>
    <w:p>
      <w:pPr>
        <w:pStyle w:val="ListBullet"/>
      </w:pPr>
      <w:r>
        <w:t>Any changes you make are queued locally</w:t>
      </w:r>
    </w:p>
    <w:p>
      <w:pPr>
        <w:pStyle w:val="ListBullet"/>
      </w:pPr>
      <w:r>
        <w:t>Everything syncs automatically when you reconnect</w:t>
      </w:r>
    </w:p>
    <w:p>
      <w:pPr>
        <w:pStyle w:val="Heading3"/>
      </w:pPr>
      <w:r>
        <w:t>Tips for offline use</w:t>
      </w:r>
    </w:p>
    <w:p>
      <w:pPr>
        <w:pStyle w:val="ListBullet"/>
      </w:pPr>
      <w:r>
        <w:t>Open the app while connected to cache the latest data</w:t>
      </w:r>
    </w:p>
    <w:p>
      <w:pPr>
        <w:pStyle w:val="ListBullet"/>
      </w:pPr>
      <w:r>
        <w:t>Navigate to screens you'll need offline (devotions, schedule, groups) to ensure they're cached</w:t>
      </w:r>
    </w:p>
    <w:p>
      <w:pPr>
        <w:pStyle w:val="ListBullet"/>
      </w:pPr>
      <w:r>
        <w:t>Don't clear app data or uninstall while changes are pending</w:t>
      </w:r>
    </w:p>
    <w:p>
      <w:pPr>
        <w:pStyle w:val="Heading3"/>
      </w:pPr>
      <w:r>
        <w:t>What works offline</w:t>
      </w:r>
    </w:p>
    <w:p>
      <w:pPr>
        <w:pStyle w:val="ListBullet"/>
      </w:pPr>
      <w:r>
        <w:t>Reading announcements, devotions, and group info</w:t>
      </w:r>
    </w:p>
    <w:p>
      <w:pPr>
        <w:pStyle w:val="ListBullet"/>
      </w:pPr>
      <w:r>
        <w:t>Viewing your schedule and assignments</w:t>
      </w:r>
    </w:p>
    <w:p>
      <w:pPr>
        <w:pStyle w:val="ListBullet"/>
      </w:pPr>
      <w:r>
        <w:t>Browsing the member directory</w:t>
      </w:r>
    </w:p>
    <w:p>
      <w:pPr>
        <w:pStyle w:val="ListBullet"/>
      </w:pPr>
      <w:r>
        <w:t>Reading your own prayer requests and church-wide prayers</w:t>
      </w:r>
    </w:p>
    <w:p>
      <w:pPr>
        <w:pStyle w:val="Heading3"/>
      </w:pPr>
      <w:r>
        <w:t>What requires internet</w:t>
      </w:r>
    </w:p>
    <w:p>
      <w:pPr>
        <w:pStyle w:val="ListBullet"/>
      </w:pPr>
      <w:r>
        <w:t>Making donations (Netcash requires a live connection)</w:t>
      </w:r>
    </w:p>
    <w:p>
      <w:pPr>
        <w:pStyle w:val="ListBullet"/>
      </w:pPr>
      <w:r>
        <w:t>Initial login and registration</w:t>
      </w:r>
    </w:p>
    <w:p>
      <w:pPr>
        <w:pStyle w:val="ListBullet"/>
      </w:pPr>
      <w:r>
        <w:t>Sending new prayer requests (queued until online)</w:t>
      </w:r>
    </w:p>
    <w:p>
      <w:pPr>
        <w:pStyle w:val="ListBullet"/>
      </w:pPr>
      <w:r>
        <w:t>Calendar sync updates</w:t>
      </w:r>
    </w:p>
    <w:p/>
    <w:p>
      <w:pPr>
        <w:pStyle w:val="Heading2"/>
      </w:pPr>
      <w:r>
        <w:t>Announcements</w:t>
      </w:r>
    </w:p>
    <w:p>
      <w:r>
        <w:t>*More → Announcements*</w:t>
      </w:r>
    </w:p>
    <w:p>
      <w:r>
        <w:t>View church announcements posted by your leaders. These appear in the language they were written in.</w:t>
      </w:r>
    </w:p>
    <w:p/>
    <w:p>
      <w:pPr>
        <w:pStyle w:val="Heading2"/>
      </w:pPr>
      <w:r>
        <w:t>Prayer Requests</w:t>
      </w:r>
    </w:p>
    <w:p>
      <w:r>
        <w:t>*More → Prayer Requests*</w:t>
      </w:r>
    </w:p>
    <w:p>
      <w:r>
        <w:t xml:space="preserve">Submit a prayer request and your </w:t>
      </w:r>
      <w:r>
        <w:rPr>
          <w:b/>
        </w:rPr>
        <w:t>church leaders and pastors</w:t>
      </w:r>
      <w:r>
        <w:t xml:space="preserve"> will see it — privately. Prayer requests you submit are </w:t>
      </w:r>
      <w:r>
        <w:rPr>
          <w:b/>
        </w:rPr>
        <w:t>not</w:t>
      </w:r>
      <w:r>
        <w:t xml:space="preserve"> broadcast to the whole congregation, so you can share sensitive needs with confidence.</w:t>
      </w:r>
    </w:p>
    <w:p>
      <w:pPr>
        <w:pStyle w:val="Heading3"/>
      </w:pPr>
      <w:r>
        <w:t>How prayer visibility works</w:t>
      </w:r>
    </w:p>
    <w:p>
      <w:pPr>
        <w:pStyle w:val="ListBullet"/>
      </w:pPr>
      <w:r>
        <w:t>Your requests go to your leaders only. When you submit a prayer request, it is sent privately to your church's leaders and pastors, who are notified so they can pray for you and follow up.</w:t>
      </w:r>
    </w:p>
    <w:p>
      <w:pPr>
        <w:pStyle w:val="ListBullet"/>
      </w:pPr>
      <w:r>
        <w:t>Leaders can share with the whole church. Only pastors and church leaders can choose to post a prayer to the entire congregation (for example, a church-wide prayer point). When they do, everyone sees it.</w:t>
      </w:r>
    </w:p>
    <w:p>
      <w:pPr>
        <w:pStyle w:val="ListBullet"/>
      </w:pPr>
      <w:r>
        <w:t>You will see: your own requests, plus any prayers your leaders have chosen to share church-wide.</w:t>
      </w:r>
    </w:p>
    <w:p>
      <w:pPr>
        <w:pStyle w:val="Heading3"/>
      </w:pPr>
      <w:r>
        <w:t>Managing your requests</w:t>
      </w:r>
    </w:p>
    <w:p>
      <w:pPr>
        <w:pStyle w:val="ListBullet"/>
      </w:pPr>
      <w:r>
        <w:t>Mark your prayer as answered to give thanks and encourage others.</w:t>
      </w:r>
    </w:p>
    <w:p>
      <w:pPr>
        <w:pStyle w:val="ListBullet"/>
      </w:pPr>
      <w:r>
        <w:t>You can delete your own prayer requests at any time.</w:t>
      </w:r>
    </w:p>
    <w:p>
      <w:pPr>
        <w:pStyle w:val="ListBullet"/>
      </w:pPr>
      <w:r>
        <w:t>Church admins can also remove any prayer request (for example, a duplicate).</w:t>
      </w:r>
    </w:p>
    <w:p/>
    <w:p>
      <w:pPr>
        <w:pStyle w:val="Heading2"/>
      </w:pPr>
      <w:r>
        <w:t>Inviting a Friend to New Convert Training</w:t>
      </w:r>
    </w:p>
    <w:p>
      <w:r>
        <w:t xml:space="preserve">Know someone who isn't a member yet but wants to grow in faith? Your church offers a </w:t>
      </w:r>
      <w:r>
        <w:rPr>
          <w:b/>
        </w:rPr>
        <w:t>New Convert / Seeker</w:t>
      </w:r>
      <w:r>
        <w:t xml:space="preserve"> training page they can use without joining as a full member.</w:t>
      </w:r>
    </w:p>
    <w:p>
      <w:pPr>
        <w:pStyle w:val="ListBullet"/>
      </w:pPr>
      <w:r>
        <w:t>They visit your church's seeker link (ask your leaders for it — it looks like `https://www.speiro.africa/seeker.html?c=your-church`)</w:t>
      </w:r>
    </w:p>
    <w:p>
      <w:pPr>
        <w:pStyle w:val="ListBullet"/>
      </w:pPr>
      <w:r>
        <w:t>They sign up with just their email and a password</w:t>
      </w:r>
    </w:p>
    <w:p>
      <w:pPr>
        <w:pStyle w:val="ListBullet"/>
      </w:pPr>
      <w:r>
        <w:t>They're guided step-by-step through your church's discipleship programme at their own pace</w:t>
      </w:r>
    </w:p>
    <w:p>
      <w:pPr>
        <w:pStyle w:val="ListBullet"/>
      </w:pPr>
      <w:r>
        <w:t>They can also receive announcements meant for people on this journey</w:t>
      </w:r>
    </w:p>
    <w:p>
      <w:r>
        <w:t>This is a great way to walk alongside a friend who's exploring faith before they formally join the church.</w:t>
      </w:r>
    </w:p>
    <w:p/>
    <w:p>
      <w:pPr>
        <w:pStyle w:val="Heading2"/>
      </w:pPr>
      <w:r>
        <w:t>My Schedule</w:t>
      </w:r>
    </w:p>
    <w:p>
      <w:r>
        <w:t>*More → My Schedule*</w:t>
      </w:r>
    </w:p>
    <w:p>
      <w:r>
        <w:t>View your upcoming service assignments and commitments. If you're on a worship team, sound team, or any ministry roster, your assignments appear here.</w:t>
      </w:r>
    </w:p>
    <w:p/>
    <w:p>
      <w:pPr>
        <w:pStyle w:val="Heading2"/>
      </w:pPr>
      <w:r>
        <w:t>My Details</w:t>
      </w:r>
    </w:p>
    <w:p>
      <w:r>
        <w:t>*More → My Details*</w:t>
      </w:r>
    </w:p>
    <w:p>
      <w:r>
        <w:t>Update your personal information:</w:t>
      </w:r>
    </w:p>
    <w:p>
      <w:pPr>
        <w:pStyle w:val="ListBullet"/>
      </w:pPr>
      <w:r>
        <w:t>Name</w:t>
      </w:r>
    </w:p>
    <w:p>
      <w:pPr>
        <w:pStyle w:val="ListBullet"/>
      </w:pPr>
      <w:r>
        <w:t>Phone number</w:t>
      </w:r>
    </w:p>
    <w:p>
      <w:pPr>
        <w:pStyle w:val="ListBullet"/>
      </w:pPr>
      <w:r>
        <w:t>Email address</w:t>
      </w:r>
    </w:p>
    <w:p>
      <w:pPr>
        <w:pStyle w:val="ListBullet"/>
      </w:pPr>
      <w:r>
        <w:t>Profile photo</w:t>
      </w:r>
    </w:p>
    <w:p/>
    <w:p>
      <w:pPr>
        <w:pStyle w:val="Heading2"/>
      </w:pPr>
      <w:r>
        <w:t>Security &amp; Privacy</w:t>
      </w:r>
    </w:p>
    <w:p>
      <w:pPr>
        <w:pStyle w:val="Heading3"/>
      </w:pPr>
      <w:r>
        <w:t>Biometric Login</w:t>
      </w:r>
    </w:p>
    <w:p>
      <w:r>
        <w:t>See the Biometric Login section above.</w:t>
      </w:r>
    </w:p>
    <w:p>
      <w:pPr>
        <w:pStyle w:val="Heading3"/>
      </w:pPr>
      <w:r>
        <w:t>Data Privacy</w:t>
      </w:r>
    </w:p>
    <w:p>
      <w:pPr>
        <w:pStyle w:val="ListBullet"/>
      </w:pPr>
      <w:r>
        <w:t>Speiro CMS is POPIA compliant (South Africa's data protection law)</w:t>
      </w:r>
    </w:p>
    <w:p>
      <w:pPr>
        <w:pStyle w:val="ListBullet"/>
      </w:pPr>
      <w:r>
        <w:t>Your data is stored in South Africa (AWS Cape Town)</w:t>
      </w:r>
    </w:p>
    <w:p>
      <w:pPr>
        <w:pStyle w:val="ListBullet"/>
      </w:pPr>
      <w:r>
        <w:t>Each church's data is completely isolated from other churches</w:t>
      </w:r>
    </w:p>
    <w:p>
      <w:pPr>
        <w:pStyle w:val="ListBullet"/>
      </w:pPr>
      <w:r>
        <w:t>Your church admin can see your registration info but not your device data, biometrics, or payment details</w:t>
      </w:r>
    </w:p>
    <w:p>
      <w:pPr>
        <w:pStyle w:val="Heading3"/>
      </w:pPr>
      <w:r>
        <w:t>Privacy &amp; Data Settings</w:t>
      </w:r>
    </w:p>
    <w:p>
      <w:r>
        <w:t>*More → Privacy &amp; Data*</w:t>
      </w:r>
    </w:p>
    <w:p>
      <w:r>
        <w:t>Manage your data consent preferences and view what information your church stores about you.</w:t>
      </w:r>
    </w:p>
    <w:p>
      <w:pPr>
        <w:pStyle w:val="Heading3"/>
      </w:pPr>
      <w:r>
        <w:t>Switching Churches</w:t>
      </w:r>
    </w:p>
    <w:p>
      <w:r>
        <w:t>If you attend a different church that uses Speiro CMS:</w:t>
      </w:r>
    </w:p>
    <w:p>
      <w:pPr>
        <w:pStyle w:val="ListNumber"/>
      </w:pPr>
      <w:r>
        <w:t>Tap Switch to a different church on the login screen</w:t>
      </w:r>
    </w:p>
    <w:p>
      <w:pPr>
        <w:pStyle w:val="ListNumber"/>
      </w:pPr>
      <w:r>
        <w:t>Enter the new church code</w:t>
      </w:r>
    </w:p>
    <w:p>
      <w:pPr>
        <w:pStyle w:val="ListNumber"/>
      </w:pPr>
      <w:r>
        <w:t>Sign in with your credentials for that church</w:t>
      </w:r>
    </w:p>
    <w:p>
      <w:r>
        <w:t>Your data for each church is kept completely separate.</w:t>
      </w:r>
    </w:p>
    <w:p/>
    <w:p>
      <w:pPr>
        <w:pStyle w:val="Heading2"/>
      </w:pPr>
      <w:r>
        <w:t>Troubleshooting</w:t>
      </w:r>
    </w:p>
    <w:tbl>
      <w:tblPr>
        <w:tblStyle w:val="TableGrid"/>
        <w:tblW w:type="auto" w:w="0"/>
        <w:tblLook w:firstColumn="1" w:firstRow="1" w:lastColumn="0" w:lastRow="0" w:noHBand="0" w:noVBand="1" w:val="04A0"/>
      </w:tblPr>
      <w:tblGrid>
        <w:gridCol w:w="4320"/>
        <w:gridCol w:w="4320"/>
      </w:tblGrid>
      <w:tr>
        <w:tc>
          <w:tcPr>
            <w:tcW w:type="dxa" w:w="4320"/>
          </w:tcPr>
          <w:p>
            <w:r>
              <w:rPr>
                <w:b/>
              </w:rPr>
              <w:t>Issue</w:t>
            </w:r>
          </w:p>
        </w:tc>
        <w:tc>
          <w:tcPr>
            <w:tcW w:type="dxa" w:w="4320"/>
          </w:tcPr>
          <w:p>
            <w:r>
              <w:rPr>
                <w:b/>
              </w:rPr>
              <w:t>Solution</w:t>
            </w:r>
          </w:p>
        </w:tc>
      </w:tr>
      <w:tr>
        <w:tc>
          <w:tcPr>
            <w:tcW w:type="dxa" w:w="4320"/>
          </w:tcPr>
          <w:p>
            <w:r>
              <w:t>Can't join church</w:t>
            </w:r>
          </w:p>
        </w:tc>
        <w:tc>
          <w:tcPr>
            <w:tcW w:type="dxa" w:w="4320"/>
          </w:tcPr>
          <w:p>
            <w:r>
              <w:t>Check the church code with your leader</w:t>
            </w:r>
          </w:p>
        </w:tc>
      </w:tr>
      <w:tr>
        <w:tc>
          <w:tcPr>
            <w:tcW w:type="dxa" w:w="4320"/>
          </w:tcPr>
          <w:p>
            <w:r>
              <w:t>Not receiving notifications</w:t>
            </w:r>
          </w:p>
        </w:tc>
        <w:tc>
          <w:tcPr>
            <w:tcW w:type="dxa" w:w="4320"/>
          </w:tcPr>
          <w:p>
            <w:r>
              <w:t>Check phone Settings → Notifications, and in-app preferences</w:t>
            </w:r>
          </w:p>
        </w:tc>
      </w:tr>
      <w:tr>
        <w:tc>
          <w:tcPr>
            <w:tcW w:type="dxa" w:w="4320"/>
          </w:tcPr>
          <w:p>
            <w:r>
              <w:t>App shows wrong language</w:t>
            </w:r>
          </w:p>
        </w:tc>
        <w:tc>
          <w:tcPr>
            <w:tcW w:type="dxa" w:w="4320"/>
          </w:tcPr>
          <w:p>
            <w:r>
              <w:t>Go to More → Language and select your preference</w:t>
            </w:r>
          </w:p>
        </w:tc>
      </w:tr>
      <w:tr>
        <w:tc>
          <w:tcPr>
            <w:tcW w:type="dxa" w:w="4320"/>
          </w:tcPr>
          <w:p>
            <w:r>
              <w:t>Biometric login fails</w:t>
            </w:r>
          </w:p>
        </w:tc>
        <w:tc>
          <w:tcPr>
            <w:tcW w:type="dxa" w:w="4320"/>
          </w:tcPr>
          <w:p>
            <w:r>
              <w:t>Sign in with password — it re-enrolls automatically</w:t>
            </w:r>
          </w:p>
        </w:tc>
      </w:tr>
      <w:tr>
        <w:tc>
          <w:tcPr>
            <w:tcW w:type="dxa" w:w="4320"/>
          </w:tcPr>
          <w:p>
            <w:r>
              <w:t>"Feature not enabled" message</w:t>
            </w:r>
          </w:p>
        </w:tc>
        <w:tc>
          <w:tcPr>
            <w:tcW w:type="dxa" w:w="4320"/>
          </w:tcPr>
          <w:p>
            <w:r>
              <w:t>This feature hasn't been activated for your church yet — ask your admin</w:t>
            </w:r>
          </w:p>
        </w:tc>
      </w:tr>
      <w:tr>
        <w:tc>
          <w:tcPr>
            <w:tcW w:type="dxa" w:w="4320"/>
          </w:tcPr>
          <w:p>
            <w:r>
              <w:t>Calendar sync "Access blocked"</w:t>
            </w:r>
          </w:p>
        </w:tc>
        <w:tc>
          <w:tcPr>
            <w:tcW w:type="dxa" w:w="4320"/>
          </w:tcPr>
          <w:p>
            <w:r>
              <w:t>Enable Calendar permission in phone Settings → Apps → Speiro CMS</w:t>
            </w:r>
          </w:p>
        </w:tc>
      </w:tr>
      <w:tr>
        <w:tc>
          <w:tcPr>
            <w:tcW w:type="dxa" w:w="4320"/>
          </w:tcPr>
          <w:p>
            <w:r>
              <w:t>App crashes</w:t>
            </w:r>
          </w:p>
        </w:tc>
        <w:tc>
          <w:tcPr>
            <w:tcW w:type="dxa" w:w="4320"/>
          </w:tcPr>
          <w:p>
            <w:r>
              <w:t>Ensure you're on the latest version; clear cache if needed</w:t>
            </w:r>
          </w:p>
        </w:tc>
      </w:tr>
      <w:tr>
        <w:tc>
          <w:tcPr>
            <w:tcW w:type="dxa" w:w="4320"/>
          </w:tcPr>
          <w:p>
            <w:r>
              <w:t>Giving says "not configured"</w:t>
            </w:r>
          </w:p>
        </w:tc>
        <w:tc>
          <w:tcPr>
            <w:tcW w:type="dxa" w:w="4320"/>
          </w:tcPr>
          <w:p>
            <w:r>
              <w:t>Your church admin needs to enable and configure Netcash</w:t>
            </w:r>
          </w:p>
        </w:tc>
      </w:tr>
      <w:tr>
        <w:tc>
          <w:tcPr>
            <w:tcW w:type="dxa" w:w="4320"/>
          </w:tcPr>
          <w:p>
            <w:r>
              <w:t>Data not syncing</w:t>
            </w:r>
          </w:p>
        </w:tc>
        <w:tc>
          <w:tcPr>
            <w:tcW w:type="dxa" w:w="4320"/>
          </w:tcPr>
          <w:p>
            <w:r>
              <w:t>Pull down to refresh, or check More → Account → Sync Status</w:t>
            </w:r>
          </w:p>
        </w:tc>
      </w:tr>
    </w:tbl>
    <w:p/>
    <w:p>
      <w:r>
        <w:t>For detailed troubleshooting, see the [Troubleshooting Guide](../troubleshooting-guide.md).</w:t>
      </w:r>
    </w:p>
    <w:p/>
    <w:p>
      <w:pPr>
        <w:pStyle w:val="Heading2"/>
      </w:pPr>
      <w:r>
        <w:t>Contact Support</w:t>
      </w:r>
    </w:p>
    <w:p>
      <w:r>
        <w:t>If you experience issues:</w:t>
      </w:r>
    </w:p>
    <w:p>
      <w:pPr>
        <w:pStyle w:val="ListBullet"/>
      </w:pPr>
      <w:r>
        <w:t>Contact your church administrator</w:t>
      </w:r>
    </w:p>
    <w:p>
      <w:pPr>
        <w:pStyle w:val="ListBullet"/>
      </w:pPr>
      <w:r>
        <w:t>Email: support@speiro.africa</w:t>
      </w:r>
    </w:p>
    <w:p>
      <w:pPr>
        <w:pStyle w:val="ListBullet"/>
      </w:pPr>
      <w:r>
        <w:t>WhatsApp: Available on the Speiro website</w:t>
      </w:r>
    </w:p>
    <w:p>
      <w:pPr>
        <w:pStyle w:val="ListBullet"/>
      </w:pPr>
      <w:r>
        <w:t>In-app: More → Help &amp; Support</w:t>
      </w:r>
    </w:p>
    <w:p/>
    <w:p/>
    <w:p>
      <w:pPr>
        <w:pStyle w:val="Heading2"/>
      </w:pPr>
      <w:r>
        <w:t>App Version Display</w:t>
      </w:r>
    </w:p>
    <w:p>
      <w:r>
        <w:t xml:space="preserve">The current app version is displayed at the bottom of the </w:t>
      </w:r>
      <w:r>
        <w:rPr>
          <w:b/>
        </w:rPr>
        <w:t>More</w:t>
      </w:r>
      <w:r>
        <w:t xml:space="preserve"> screen in the format:</w:t>
      </w:r>
    </w:p>
    <w:p>
      <w:r>
        <w:t>&gt; Speiro CMS vX.Y.Z (buildNumber)</w:t>
      </w:r>
    </w:p>
    <w:p>
      <w:r>
        <w:t>This helps with troubleshooting and confirming you are on the latest release.</w:t>
      </w:r>
    </w:p>
    <w:p/>
    <w:p>
      <w:r>
        <w:t>*Last updated for Speiro CMS v4.5.2*</w:t>
      </w:r>
    </w:p>
    <w:p/>
    <w:p>
      <w:pPr>
        <w:jc w:val="center"/>
      </w:pPr>
      <w:r>
        <w:rPr>
          <w:color w:val="6B7280"/>
          <w:sz w:val="18"/>
        </w:rPr>
        <w:t>© 2026 Speiro — Church Technology Solutions | www.speiro.africa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A3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A3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A3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A34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