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New Convert Training — Seeker Guide</w:t>
      </w:r>
    </w:p>
    <w:p>
      <w:r/>
      <w:r>
        <w:rPr>
          <w:b/>
        </w:rPr>
        <w:t>For visitors and new converts who are not yet church members</w:t>
      </w:r>
      <w:r/>
    </w:p>
    <w:p/>
    <w:p>
      <w:pPr>
        <w:pStyle w:val="Heading2"/>
      </w:pPr>
      <w:r>
        <w:t>Welcome</w:t>
      </w:r>
    </w:p>
    <w:p>
      <w:r>
        <w:t xml:space="preserve">You don't have to be a church member to start growing in your faith. Your church has set up a simple online </w:t>
      </w:r>
      <w:r>
        <w:rPr>
          <w:b/>
        </w:rPr>
        <w:t>New Convert Training</w:t>
      </w:r>
      <w:r>
        <w:t xml:space="preserve"> that walks you through their discipleship programme at your own pace — all from your phone or computer's web browser.</w:t>
      </w:r>
    </w:p>
    <w:p>
      <w:r>
        <w:t>No app to install. No membership required. Just your email address.</w:t>
      </w:r>
    </w:p>
    <w:p/>
    <w:p>
      <w:pPr>
        <w:pStyle w:val="Heading2"/>
      </w:pPr>
      <w:r>
        <w:t>Getting Started</w:t>
      </w:r>
    </w:p>
    <w:p>
      <w:pPr>
        <w:pStyle w:val="Heading3"/>
      </w:pPr>
      <w:r>
        <w:t>Opening the page</w:t>
      </w:r>
    </w:p>
    <w:p>
      <w:r>
        <w:t>Your church will give you a link that looks like this:</w:t>
      </w:r>
    </w:p>
    <w:p>
      <w:r>
        <w:t>&gt; `https://www.speiro.africa/seeker.html?c=your-church`</w:t>
      </w:r>
    </w:p>
    <w:p>
      <w:r>
        <w:t>Open it in any web browser (Chrome, Safari, etc.). You'll see your church's name and logo at the top.</w:t>
      </w:r>
    </w:p>
    <w:p>
      <w:pPr>
        <w:pStyle w:val="Heading3"/>
      </w:pPr>
      <w:r>
        <w:t>Signing up (first time)</w:t>
      </w:r>
    </w:p>
    <w:p>
      <w:pPr>
        <w:pStyle w:val="ListNumber"/>
      </w:pPr>
      <w:r>
        <w:t>Tap the Sign Up tab</w:t>
      </w:r>
    </w:p>
    <w:p>
      <w:pPr>
        <w:pStyle w:val="ListNumber"/>
      </w:pPr>
      <w:r>
        <w:t>Enter your first name, last name, email, and a password (at least 8 characters)</w:t>
      </w:r>
    </w:p>
    <w:p>
      <w:pPr>
        <w:pStyle w:val="ListNumber"/>
      </w:pPr>
      <w:r>
        <w:t>Tap Create Account &amp; Start</w:t>
      </w:r>
    </w:p>
    <w:p>
      <w:pPr>
        <w:pStyle w:val="ListNumber"/>
      </w:pPr>
      <w:r>
        <w:t>You're in — your training begins immediately</w:t>
      </w:r>
    </w:p>
    <w:p>
      <w:pPr>
        <w:pStyle w:val="Heading3"/>
      </w:pPr>
      <w:r>
        <w:t>Logging in (returning)</w:t>
      </w:r>
    </w:p>
    <w:p>
      <w:pPr>
        <w:pStyle w:val="ListNumber"/>
      </w:pPr>
      <w:r>
        <w:t>Tap the Log In tab</w:t>
      </w:r>
    </w:p>
    <w:p>
      <w:pPr>
        <w:pStyle w:val="ListNumber"/>
      </w:pPr>
      <w:r>
        <w:t>Enter the email and password you signed up with</w:t>
      </w:r>
    </w:p>
    <w:p>
      <w:pPr>
        <w:pStyle w:val="ListNumber"/>
      </w:pPr>
      <w:r>
        <w:t>Tap Log In</w:t>
      </w:r>
    </w:p>
    <w:p>
      <w:r>
        <w:t>The page remembers you on the same device, so you usually go straight to your training.</w:t>
      </w:r>
    </w:p>
    <w:p/>
    <w:p>
      <w:pPr>
        <w:pStyle w:val="Heading2"/>
      </w:pPr>
      <w:r>
        <w:t>Working Through Your Training</w:t>
      </w:r>
    </w:p>
    <w:p>
      <w:r>
        <w:t>Once you're in, you'll see:</w:t>
      </w:r>
    </w:p>
    <w:p>
      <w:pPr>
        <w:pStyle w:val="ListBullet"/>
      </w:pPr>
      <w:r>
        <w:t>Your progress — a bar showing how many steps you've completed</w:t>
      </w:r>
    </w:p>
    <w:p>
      <w:pPr>
        <w:pStyle w:val="ListBullet"/>
      </w:pPr>
      <w:r>
        <w:t>The steps — each part of your church's discipleship journey, in order</w:t>
      </w:r>
    </w:p>
    <w:p>
      <w:pPr>
        <w:pStyle w:val="ListBullet"/>
      </w:pPr>
      <w:r>
        <w:t>Mark as complete — when you finish the step you're on, tap this to move to the next one</w:t>
      </w:r>
    </w:p>
    <w:p>
      <w:r>
        <w:t>Steps unlock in order: finish the current step to move on to the next. Take your time — you can come back whenever you like and pick up where you left off.</w:t>
      </w:r>
    </w:p>
    <w:p>
      <w:r>
        <w:t xml:space="preserve">When you complete the final step, you'll see a </w:t>
      </w:r>
      <w:r>
        <w:rPr>
          <w:b/>
        </w:rPr>
        <w:t>Training Complete</w:t>
      </w:r>
      <w:r>
        <w:t xml:space="preserve"> celebration. 🎉</w:t>
      </w:r>
    </w:p>
    <w:p/>
    <w:p>
      <w:pPr>
        <w:pStyle w:val="Heading2"/>
      </w:pPr>
      <w:r>
        <w:t>Announcements</w:t>
      </w:r>
    </w:p>
    <w:p>
      <w:r>
        <w:t>Your church can send messages just to people on the New Convert journey. Any announcements meant for you appear on the same page, below your training steps.</w:t>
      </w:r>
    </w:p>
    <w:p/>
    <w:p>
      <w:pPr>
        <w:pStyle w:val="Heading2"/>
      </w:pPr>
      <w:r>
        <w:t>Becoming a Member</w:t>
      </w:r>
    </w:p>
    <w:p>
      <w:r>
        <w:t>The training is a great first step. When you're ready to formally join the church, let your church leaders know — or register in the Speiro CMS mobile app. Your training progress carries over, so you won't lose any of the steps you've already completed.</w:t>
      </w:r>
    </w:p>
    <w:p/>
    <w:p>
      <w:pPr>
        <w:pStyle w:val="Heading2"/>
      </w:pPr>
      <w:r>
        <w:t>Need Help?</w:t>
      </w:r>
    </w:p>
    <w:p>
      <w:pPr>
        <w:pStyle w:val="ListBullet"/>
      </w:pPr>
      <w:r>
        <w:t>Ask the person from your church who shared the link with you</w:t>
      </w:r>
    </w:p>
    <w:p>
      <w:pPr>
        <w:pStyle w:val="ListBullet"/>
      </w:pPr>
      <w:r>
        <w:t>Email: support@speiro.africa</w:t>
      </w:r>
    </w:p>
    <w:p/>
    <w:p>
      <w:r>
        <w:t>*Speiro Church Management System — www.speiro.africa*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