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463040" cy="12234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eiro-logo.jpe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2234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16A34A"/>
          <w:sz w:val="28"/>
        </w:rPr>
        <w:t>Speiro Church Management System</w:t>
      </w:r>
    </w:p>
    <w:p/>
    <w:p>
      <w:pPr>
        <w:pStyle w:val="Heading1"/>
      </w:pPr>
      <w:r>
        <w:t>Setting Up &amp; Running a Church Service — Complete Guide</w:t>
      </w:r>
    </w:p>
    <w:p>
      <w:r/>
      <w:r>
        <w:rPr>
          <w:b/>
        </w:rPr>
        <w:t>For Admins, Church Leaders, Church Staff, and Worship Leaders</w:t>
      </w:r>
      <w:r>
        <w:t xml:space="preserve"> | Updated for Speiro CMS v4.5.2</w:t>
      </w:r>
    </w:p>
    <w:p>
      <w:r>
        <w:t xml:space="preserve">&gt; </w:t>
      </w:r>
      <w:r>
        <w:rPr>
          <w:b/>
        </w:rPr>
        <w:t>On mobile and web.</w:t>
      </w:r>
      <w:r>
        <w:t xml:space="preserve"> You can plan services, assign members to elements, and manage the approval workflow from </w:t>
      </w:r>
      <w:r>
        <w:rPr>
          <w:b/>
        </w:rPr>
        <w:t>both</w:t>
      </w:r>
      <w:r>
        <w:t xml:space="preserve"> the mobile app and the web admin portal (</w:t>
      </w:r>
      <w:r>
        <w:rPr>
          <w:b/>
        </w:rPr>
        <w:t>🗓️ Services</w:t>
      </w:r>
      <w:r>
        <w:t>). Menu paths below use the mobile wording; the web portal has the same actions under the Services section.</w:t>
      </w:r>
    </w:p>
    <w:p/>
    <w:p>
      <w:pPr>
        <w:pStyle w:val="Heading2"/>
      </w:pPr>
      <w:r>
        <w:t>Overview</w:t>
      </w:r>
    </w:p>
    <w:p>
      <w:r>
        <w:t>Planning and running a service in Speiro CMS involves a few building blocks that fit together:</w:t>
      </w:r>
    </w:p>
    <w:p>
      <w:pPr>
        <w:pStyle w:val="ListNumber"/>
      </w:pPr>
      <w:r>
        <w:t>Service Templates — a reusable running order (the "shape" of your service)</w:t>
      </w:r>
    </w:p>
    <w:p>
      <w:pPr>
        <w:pStyle w:val="ListNumber"/>
      </w:pPr>
      <w:r>
        <w:t>Service Plans — an actual dated service built from a template</w:t>
      </w:r>
    </w:p>
    <w:p>
      <w:pPr>
        <w:pStyle w:val="ListNumber"/>
      </w:pPr>
      <w:r>
        <w:t>Song Library — the songs you draw from, added manually or via CCLI details</w:t>
      </w:r>
    </w:p>
    <w:p>
      <w:pPr>
        <w:pStyle w:val="ListNumber"/>
      </w:pPr>
      <w:r>
        <w:t>Worship / Ministry Teams — who serves, and in what role</w:t>
      </w:r>
    </w:p>
    <w:p>
      <w:pPr>
        <w:pStyle w:val="ListNumber"/>
      </w:pPr>
      <w:r>
        <w:t>Instruments &amp; Voices — what each team member plays or sings</w:t>
      </w:r>
    </w:p>
    <w:p>
      <w:pPr>
        <w:pStyle w:val="ListNumber"/>
      </w:pPr>
      <w:r>
        <w:t>Rosters / Scheduling — assigning people to a specific service, with confirm/decline</w:t>
      </w:r>
    </w:p>
    <w:p>
      <w:pPr>
        <w:pStyle w:val="ListNumber"/>
      </w:pPr>
      <w:r>
        <w:t>Rehearsals — practices tied to a service</w:t>
      </w:r>
    </w:p>
    <w:p>
      <w:pPr>
        <w:pStyle w:val="ListNumber"/>
      </w:pPr>
      <w:r>
        <w:t>Go Live — running the order of service in real time on the day</w:t>
      </w:r>
    </w:p>
    <w:p>
      <w:r>
        <w:t>This guide walks through each, in the order you'd typically set them up. Who does what: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Task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Admin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Pastor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Church Leader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Church Staff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Worship Leader</w:t>
            </w:r>
          </w:p>
        </w:tc>
      </w:tr>
      <w:tr>
        <w:tc>
          <w:tcPr>
            <w:tcW w:type="dxa" w:w="1440"/>
          </w:tcPr>
          <w:p>
            <w:r>
              <w:t>Service templates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</w:tr>
      <w:tr>
        <w:tc>
          <w:tcPr>
            <w:tcW w:type="dxa" w:w="1440"/>
          </w:tcPr>
          <w:p>
            <w:r>
              <w:t>Create / edit service plans (draft)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Assign members to elements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**Approve &amp; schedule a plan**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</w:tr>
      <w:tr>
        <w:tc>
          <w:tcPr>
            <w:tcW w:type="dxa" w:w="1440"/>
          </w:tcPr>
          <w:p>
            <w:r>
              <w:t>Song library (add/edit)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CCLI usage report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Worship teams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Assign instruments/voices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Rosters &amp; scheduling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Rehearsals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**Go live now / End service** (manual)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</w:tr>
    </w:tbl>
    <w:p/>
    <w:p>
      <w:r>
        <w:t xml:space="preserve">&gt; </w:t>
      </w:r>
      <w:r>
        <w:rPr>
          <w:b/>
        </w:rPr>
        <w:t>Approval workflow:</w:t>
      </w:r>
      <w:r>
        <w:t xml:space="preserve"> Staff and leaders build a service in </w:t>
      </w:r>
      <w:r>
        <w:rPr>
          <w:b/>
        </w:rPr>
        <w:t>Draft</w:t>
      </w:r>
      <w:r>
        <w:t xml:space="preserve">; only a </w:t>
      </w:r>
      <w:r>
        <w:rPr>
          <w:b/>
        </w:rPr>
        <w:t>Pastor</w:t>
      </w:r>
      <w:r>
        <w:t xml:space="preserve"> or </w:t>
      </w:r>
      <w:r>
        <w:rPr>
          <w:b/>
        </w:rPr>
        <w:t>Admin</w:t>
      </w:r>
      <w:r>
        <w:t xml:space="preserve"> approves it (</w:t>
      </w:r>
      <w:r>
        <w:rPr>
          <w:b/>
        </w:rPr>
        <w:t>Approve &amp; schedule</w:t>
      </w:r>
      <w:r>
        <w:t xml:space="preserve">). Once approved, it </w:t>
      </w:r>
      <w:r>
        <w:rPr>
          <w:b/>
        </w:rPr>
        <w:t>goes live automatically</w:t>
      </w:r>
      <w:r>
        <w:t xml:space="preserve"> on the service day. See "The service plan lifecycle" below.</w:t>
      </w:r>
    </w:p>
    <w:p/>
    <w:p>
      <w:pPr>
        <w:pStyle w:val="Heading1"/>
      </w:pPr>
      <w:r>
        <w:t>Part 1 — Admin / Leader: Service Setup</w:t>
      </w:r>
    </w:p>
    <w:p>
      <w:pPr>
        <w:pStyle w:val="Heading2"/>
      </w:pPr>
      <w:r>
        <w:t>1. Create a Service Template</w:t>
      </w:r>
    </w:p>
    <w:p>
      <w:r>
        <w:t>*More → Service Templates → New Template*</w:t>
      </w:r>
    </w:p>
    <w:p>
      <w:r>
        <w:t>A template is your reusable running order. Build it once, reuse it every week.</w:t>
      </w:r>
    </w:p>
    <w:p>
      <w:pPr>
        <w:pStyle w:val="ListNumber"/>
      </w:pPr>
      <w:r>
        <w:t>Tap New Template</w:t>
      </w:r>
    </w:p>
    <w:p>
      <w:pPr>
        <w:pStyle w:val="ListNumber"/>
      </w:pPr>
      <w:r>
        <w:t>Enter a template name (e.g. "Sunday Morning Service")</w:t>
      </w:r>
    </w:p>
    <w:p>
      <w:pPr>
        <w:pStyle w:val="ListNumber"/>
      </w:pPr>
      <w:r>
        <w:t>Add elements in order using the Add button. Each element has:</w:t>
      </w:r>
    </w:p>
    <w:p>
      <w:pPr>
        <w:pStyle w:val="ListBullet"/>
      </w:pPr>
      <w:r>
        <w:t>Type — e.g. Welcome, Worship, Prayer, Offering, Sermon, Announcement, Scripture, Benediction, Song</w:t>
      </w:r>
    </w:p>
    <w:p>
      <w:pPr>
        <w:pStyle w:val="ListBullet"/>
      </w:pPr>
      <w:r>
        <w:t>Duration (minutes) — how long that element usually runs (default 5, max 120)</w:t>
      </w:r>
    </w:p>
    <w:p>
      <w:pPr>
        <w:pStyle w:val="ListBullet"/>
      </w:pPr>
      <w:r>
        <w:t>Responsible role (optional) — e.g. "Worship Leader", "Senior Pastor"</w:t>
      </w:r>
    </w:p>
    <w:p>
      <w:pPr>
        <w:pStyle w:val="ListNumber"/>
      </w:pPr>
      <w:r>
        <w:t>Reorder elements as needed — order is set by their position in the list</w:t>
      </w:r>
    </w:p>
    <w:p>
      <w:pPr>
        <w:pStyle w:val="ListNumber"/>
      </w:pPr>
      <w:r>
        <w:t>Tap Create</w:t>
      </w:r>
    </w:p>
    <w:p>
      <w:r/>
      <w:r>
        <w:rPr>
          <w:b/>
        </w:rPr>
        <w:t>Editing a template:</w:t>
      </w:r>
      <w:r>
        <w:t xml:space="preserve"> open it → </w:t>
      </w:r>
      <w:r>
        <w:rPr>
          <w:b/>
        </w:rPr>
        <w:t>Edit</w:t>
      </w:r>
      <w:r>
        <w:t xml:space="preserve"> → change, add, or remove elements → </w:t>
      </w:r>
      <w:r>
        <w:rPr>
          <w:b/>
        </w:rPr>
        <w:t>Save</w:t>
      </w:r>
      <w:r>
        <w:t>. Note that saving a template with elements replaces the previous element list entirely.</w:t>
      </w:r>
    </w:p>
    <w:p>
      <w:r>
        <w:t xml:space="preserve">&gt; </w:t>
      </w:r>
      <w:r>
        <w:rPr>
          <w:b/>
        </w:rPr>
        <w:t>Tip:</w:t>
      </w:r>
      <w:r>
        <w:t xml:space="preserve"> Keep a couple of templates — e.g. "Sunday Morning", "Evening Service", "Communion Sunday" — so planning each week is just a few taps.</w:t>
      </w:r>
    </w:p>
    <w:p>
      <w:pPr>
        <w:pStyle w:val="Heading2"/>
      </w:pPr>
      <w:r>
        <w:t>2. Create a Service Plan (from a template)</w:t>
      </w:r>
    </w:p>
    <w:p>
      <w:r>
        <w:t>*More → Service Plans → New Service Plan*</w:t>
      </w:r>
    </w:p>
    <w:p>
      <w:r>
        <w:t>A service plan is a real, dated service.</w:t>
      </w:r>
    </w:p>
    <w:p>
      <w:pPr>
        <w:pStyle w:val="ListNumber"/>
      </w:pPr>
      <w:r>
        <w:t>Tap New Service Plan</w:t>
      </w:r>
    </w:p>
    <w:p>
      <w:pPr>
        <w:pStyle w:val="ListNumber"/>
      </w:pPr>
      <w:r>
        <w:t>Choose a template — its elements are copied into your plan automatically</w:t>
      </w:r>
    </w:p>
    <w:p>
      <w:pPr>
        <w:pStyle w:val="ListNumber"/>
      </w:pPr>
      <w:r>
        <w:t>Set the service date</w:t>
      </w:r>
    </w:p>
    <w:p>
      <w:pPr>
        <w:pStyle w:val="ListNumber"/>
      </w:pPr>
      <w:r>
        <w:t>Optionally set a title, start time, and end time</w:t>
      </w:r>
    </w:p>
    <w:p>
      <w:pPr>
        <w:pStyle w:val="ListNumber"/>
      </w:pPr>
      <w:r>
        <w:t>Optionally select a campus (leave blank for a church-wide service)</w:t>
      </w:r>
    </w:p>
    <w:p>
      <w:pPr>
        <w:pStyle w:val="ListNumber"/>
      </w:pPr>
      <w:r>
        <w:t>Tap Create — the plan opens in Draft</w:t>
      </w:r>
    </w:p>
    <w:p>
      <w:r/>
      <w:r>
        <w:rPr>
          <w:b/>
        </w:rPr>
        <w:t>Service time guard:</w:t>
      </w:r>
      <w:r>
        <w:t xml:space="preserve"> if you set a start and end time, Speiro checks that your elements fit. If the elements add up to more time than the service window, it warns you (`DURATION_EXCEEDED`) so you can trim durations or extend the time.</w:t>
      </w:r>
    </w:p>
    <w:p>
      <w:pPr>
        <w:pStyle w:val="Heading3"/>
      </w:pPr>
      <w:r>
        <w:t>Editing the running order</w:t>
      </w:r>
    </w:p>
    <w:p>
      <w:r>
        <w:t>Open the plan to adjust it:</w:t>
      </w:r>
    </w:p>
    <w:p>
      <w:pPr>
        <w:pStyle w:val="ListBullet"/>
      </w:pPr>
      <w:r>
        <w:t>Add element — type, duration, notes, attachments; optionally attach a song and a responsible person for that element</w:t>
      </w:r>
    </w:p>
    <w:p>
      <w:pPr>
        <w:pStyle w:val="ListBullet"/>
      </w:pPr>
      <w:r>
        <w:t>Edit / remove elements</w:t>
      </w:r>
    </w:p>
    <w:p>
      <w:pPr>
        <w:pStyle w:val="ListBullet"/>
      </w:pPr>
      <w:r>
        <w:t>Reorder — drag elements into the order you want</w:t>
      </w:r>
    </w:p>
    <w:p>
      <w:pPr>
        <w:pStyle w:val="ListBullet"/>
      </w:pPr>
      <w:r>
        <w:t>Every change is versioned — see Version History on the plan to review or compare earlier versions</w:t>
      </w:r>
    </w:p>
    <w:p>
      <w:pPr>
        <w:pStyle w:val="Heading3"/>
      </w:pPr>
      <w:r>
        <w:t>The service plan lifecycle</w:t>
      </w:r>
    </w:p>
    <w:p>
      <w:r>
        <w:t xml:space="preserve">A plan moves through four statuses. The middle transitions are gated by an </w:t>
      </w:r>
      <w:r>
        <w:rPr>
          <w:b/>
        </w:rPr>
        <w:t>approval step</w:t>
      </w:r>
      <w:r>
        <w:t xml:space="preserve">, and the day-of transitions happen </w:t>
      </w:r>
      <w:r>
        <w:rPr>
          <w:b/>
        </w:rPr>
        <w:t>automatically</w:t>
      </w:r>
      <w: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Status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Shown as</w:t>
            </w:r>
          </w:p>
        </w:tc>
        <w:tc>
          <w:tcPr>
            <w:tcW w:type="dxa" w:w="2880"/>
          </w:tcPr>
          <w:p>
            <w:r>
              <w:rPr>
                <w:b/>
              </w:rPr>
              <w:t>Meaning</w:t>
            </w:r>
          </w:p>
        </w:tc>
      </w:tr>
      <w:tr>
        <w:tc>
          <w:tcPr>
            <w:tcW w:type="dxa" w:w="2880"/>
          </w:tcPr>
          <w:p>
            <w:r>
              <w:t>**Draft**</w:t>
            </w:r>
          </w:p>
        </w:tc>
        <w:tc>
          <w:tcPr>
            <w:tcW w:type="dxa" w:w="2880"/>
          </w:tcPr>
          <w:p>
            <w:r>
              <w:t>Draft</w:t>
            </w:r>
          </w:p>
        </w:tc>
        <w:tc>
          <w:tcPr>
            <w:tcW w:type="dxa" w:w="2880"/>
          </w:tcPr>
          <w:p>
            <w:r>
              <w:t>Being planned. Staff and leaders build the plan here. Awaiting approval.</w:t>
            </w:r>
          </w:p>
        </w:tc>
      </w:tr>
      <w:tr>
        <w:tc>
          <w:tcPr>
            <w:tcW w:type="dxa" w:w="2880"/>
          </w:tcPr>
          <w:p>
            <w:r>
              <w:t>**Published**</w:t>
            </w:r>
          </w:p>
        </w:tc>
        <w:tc>
          <w:tcPr>
            <w:tcW w:type="dxa" w:w="2880"/>
          </w:tcPr>
          <w:p>
            <w:r>
              <w:t>**Approved**</w:t>
            </w:r>
          </w:p>
        </w:tc>
        <w:tc>
          <w:tcPr>
            <w:tcW w:type="dxa" w:w="2880"/>
          </w:tcPr>
          <w:p>
            <w:r>
              <w:t>Approved by a pastor/admin and scheduled. Assigned people are notified; it syncs to calendars. Goes live automatically on the day.</w:t>
            </w:r>
          </w:p>
        </w:tc>
      </w:tr>
      <w:tr>
        <w:tc>
          <w:tcPr>
            <w:tcW w:type="dxa" w:w="2880"/>
          </w:tcPr>
          <w:p>
            <w:r>
              <w:t>**Live**</w:t>
            </w:r>
          </w:p>
        </w:tc>
        <w:tc>
          <w:tcPr>
            <w:tcW w:type="dxa" w:w="2880"/>
          </w:tcPr>
          <w:p>
            <w:r>
              <w:t>Live</w:t>
            </w:r>
          </w:p>
        </w:tc>
        <w:tc>
          <w:tcPr>
            <w:tcW w:type="dxa" w:w="2880"/>
          </w:tcPr>
          <w:p>
            <w:r>
              <w:t>Running in real time on the service day (see "Go Live").</w:t>
            </w:r>
          </w:p>
        </w:tc>
      </w:tr>
      <w:tr>
        <w:tc>
          <w:tcPr>
            <w:tcW w:type="dxa" w:w="2880"/>
          </w:tcPr>
          <w:p>
            <w:r>
              <w:t>**Completed**</w:t>
            </w:r>
          </w:p>
        </w:tc>
        <w:tc>
          <w:tcPr>
            <w:tcW w:type="dxa" w:w="2880"/>
          </w:tcPr>
          <w:p>
            <w:r>
              <w:t>Completed</w:t>
            </w:r>
          </w:p>
        </w:tc>
        <w:tc>
          <w:tcPr>
            <w:tcW w:type="dxa" w:w="2880"/>
          </w:tcPr>
          <w:p>
            <w:r>
              <w:t>Finished — set automatically once the service has ended.</w:t>
            </w:r>
          </w:p>
        </w:tc>
      </w:tr>
    </w:tbl>
    <w:p/>
    <w:p>
      <w:pPr>
        <w:pStyle w:val="Heading3"/>
      </w:pPr>
      <w:r>
        <w:t>Who can do what: the draft → approve → live workflow</w:t>
      </w:r>
    </w:p>
    <w:p>
      <w:r>
        <w:t xml:space="preserve">Speiro separates </w:t>
      </w:r>
      <w:r>
        <w:rPr>
          <w:b/>
        </w:rPr>
        <w:t>building</w:t>
      </w:r>
      <w:r>
        <w:t xml:space="preserve"> a service from </w:t>
      </w:r>
      <w:r>
        <w:rPr>
          <w:b/>
        </w:rPr>
        <w:t>approving</w:t>
      </w:r>
      <w:r>
        <w:t xml:space="preserve"> it, so staff can prepare a service and a pastor signs it off.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Action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Church Staff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Church Leader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Ministry Leader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Pastor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Admin</w:t>
            </w:r>
          </w:p>
        </w:tc>
      </w:tr>
      <w:tr>
        <w:tc>
          <w:tcPr>
            <w:tcW w:type="dxa" w:w="1440"/>
          </w:tcPr>
          <w:p>
            <w:r>
              <w:t>Create / edit a draft plan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Assign members to elements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**Approve &amp; schedule** (draft → Approved)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**Go live now** (manual, early)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  <w:tr>
        <w:tc>
          <w:tcPr>
            <w:tcW w:type="dxa" w:w="1440"/>
          </w:tcPr>
          <w:p>
            <w:r>
              <w:t>**End service** (manual)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  <w:tc>
          <w:tcPr>
            <w:tcW w:type="dxa" w:w="1440"/>
          </w:tcPr>
          <w:p>
            <w:r>
              <w:t>✓</w:t>
            </w:r>
          </w:p>
        </w:tc>
      </w:tr>
    </w:tbl>
    <w:p/>
    <w:p>
      <w:pPr>
        <w:pStyle w:val="ListBullet"/>
      </w:pPr>
      <w:r>
        <w:t>Builders (Staff / Church Leader / Ministry Leader) create and edit the plan and assign the team, then leave it in Draft. They see a note that the service is *awaiting approval*.</w:t>
      </w:r>
    </w:p>
    <w:p>
      <w:pPr>
        <w:pStyle w:val="ListBullet"/>
      </w:pPr>
      <w:r>
        <w:t>Approvers (Pastor / Admin) review the draft and tap Approve &amp; schedule. The plan becomes Approved (status `published`).</w:t>
      </w:r>
    </w:p>
    <w:p>
      <w:pPr>
        <w:pStyle w:val="Heading3"/>
      </w:pPr>
      <w:r>
        <w:t>Approving a plan</w:t>
      </w:r>
    </w:p>
    <w:p>
      <w:r>
        <w:t xml:space="preserve">Open the plan and tap </w:t>
      </w:r>
      <w:r>
        <w:rPr>
          <w:b/>
        </w:rPr>
        <w:t>Approve &amp; schedule</w:t>
      </w:r>
      <w:r>
        <w:t xml:space="preserve"> (Pastor/Admin only). On approval, Speiro:</w:t>
      </w:r>
    </w:p>
    <w:p>
      <w:pPr>
        <w:pStyle w:val="ListBullet"/>
      </w:pPr>
      <w:r>
        <w:t>Sends a push notification to people rostered to the service (see Part 3 — Rosters) and to anyone assigned to a service element</w:t>
      </w:r>
    </w:p>
    <w:p>
      <w:pPr>
        <w:pStyle w:val="ListBullet"/>
      </w:pPr>
      <w:r>
        <w:t>Creates calendar events for rostered people who have Calendar Sync connected</w:t>
      </w:r>
    </w:p>
    <w:p>
      <w:pPr>
        <w:pStyle w:val="Heading3"/>
      </w:pPr>
      <w:r>
        <w:t>Automatic go-live and auto-end (no need to press anything on the day)</w:t>
      </w:r>
    </w:p>
    <w:p>
      <w:r>
        <w:t xml:space="preserve">Once a plan is </w:t>
      </w:r>
      <w:r>
        <w:rPr>
          <w:b/>
        </w:rPr>
        <w:t>Approved</w:t>
      </w:r>
      <w:r>
        <w:t>, you don't have to remember to start it:</w:t>
      </w:r>
    </w:p>
    <w:p>
      <w:pPr>
        <w:pStyle w:val="ListBullet"/>
      </w:pPr>
      <w:r>
        <w:t>It goes live automatically at its start time on the service date.</w:t>
      </w:r>
    </w:p>
    <w:p>
      <w:pPr>
        <w:pStyle w:val="ListBullet"/>
      </w:pPr>
      <w:r>
        <w:t>It ends automatically at its end time (or at the end of the day if no end time is set), moving to Completed.</w:t>
      </w:r>
    </w:p>
    <w:p>
      <w:pPr>
        <w:pStyle w:val="ListBullet"/>
      </w:pPr>
      <w:r>
        <w:t>Morning and evening services are independent — each Approved plan goes live and ends at its own start/end time, so an AM and a PM service on the same day are handled separately.</w:t>
      </w:r>
    </w:p>
    <w:p>
      <w:pPr>
        <w:pStyle w:val="ListBullet"/>
      </w:pPr>
      <w:r>
        <w:t>Times use your church's timezone (default South Africa Standard Time; set in tenant settings).</w:t>
      </w:r>
    </w:p>
    <w:p>
      <w:r>
        <w:t xml:space="preserve">A Pastor/Admin can still override manually: </w:t>
      </w:r>
      <w:r>
        <w:rPr>
          <w:b/>
        </w:rPr>
        <w:t>Go live now</w:t>
      </w:r>
      <w:r>
        <w:t xml:space="preserve"> starts an Approved service early, and </w:t>
      </w:r>
      <w:r>
        <w:rPr>
          <w:b/>
        </w:rPr>
        <w:t>End service</w:t>
      </w:r>
      <w:r>
        <w:t xml:space="preserve"> ends a live one.</w:t>
      </w:r>
    </w:p>
    <w:p>
      <w:r>
        <w:t xml:space="preserve">&gt; </w:t>
      </w:r>
      <w:r>
        <w:rPr>
          <w:b/>
        </w:rPr>
        <w:t>Notifications now come from two places:</w:t>
      </w:r>
      <w:r>
        <w:t xml:space="preserve"> the </w:t>
      </w:r>
      <w:r>
        <w:rPr>
          <w:b/>
        </w:rPr>
        <w:t>roster</w:t>
      </w:r>
      <w:r>
        <w:t xml:space="preserve"> (Scheduling) *and* </w:t>
      </w:r>
      <w:r>
        <w:rPr>
          <w:b/>
        </w:rPr>
        <w:t>element assignments</w:t>
      </w:r>
      <w:r>
        <w:t>. Assigning a member to an element (e.g. Welcome, Offering) now notifies that person directly — see Part 2A below. You no longer need a full roster just to notify one person for one element.</w:t>
      </w:r>
    </w:p>
    <w:p>
      <w:pPr>
        <w:pStyle w:val="Heading2"/>
      </w:pPr>
      <w:r>
        <w:t>2A. Assign Members to Service Elements (Welcome, Offering, Prayer, etc.)</w:t>
      </w:r>
    </w:p>
    <w:p>
      <w:r>
        <w:t xml:space="preserve">*Mobile: open the plan → </w:t>
      </w:r>
      <w:r>
        <w:rPr>
          <w:b/>
        </w:rPr>
        <w:t>Assign Team</w:t>
      </w:r>
      <w:r>
        <w:t xml:space="preserve">* *· Web: </w:t>
      </w:r>
      <w:r>
        <w:rPr>
          <w:b/>
        </w:rPr>
        <w:t>🗓️ Services</w:t>
      </w:r>
      <w:r>
        <w:t xml:space="preserve"> → open the plan → each element has a member picker*</w:t>
      </w:r>
    </w:p>
    <w:p>
      <w:r>
        <w:t xml:space="preserve">Beyond the worship roster, you can assign a specific member to any element of the running order — the person doing the </w:t>
      </w:r>
      <w:r>
        <w:rPr>
          <w:b/>
        </w:rPr>
        <w:t>Welcome</w:t>
      </w:r>
      <w:r>
        <w:t xml:space="preserve">, taking the </w:t>
      </w:r>
      <w:r>
        <w:rPr>
          <w:b/>
        </w:rPr>
        <w:t>Offering</w:t>
      </w:r>
      <w:r>
        <w:t xml:space="preserve">, the </w:t>
      </w:r>
      <w:r>
        <w:rPr>
          <w:b/>
        </w:rPr>
        <w:t>opening prayer</w:t>
      </w:r>
      <w:r>
        <w:t>, and so on. This works for both generic elements and worship roles.</w:t>
      </w:r>
    </w:p>
    <w:p>
      <w:r/>
      <w:r>
        <w:rPr>
          <w:b/>
        </w:rPr>
        <w:t>How it works:</w:t>
      </w:r>
      <w:r/>
    </w:p>
    <w:p>
      <w:pPr>
        <w:pStyle w:val="ListNumber"/>
      </w:pPr>
      <w:r>
        <w:t>Open the plan and find the element (e.g. "Welcome").</w:t>
      </w:r>
    </w:p>
    <w:p>
      <w:pPr>
        <w:pStyle w:val="ListNumber"/>
      </w:pPr>
      <w:r>
        <w:t>Pick a member from the list and tap Assign.</w:t>
      </w:r>
    </w:p>
    <w:p>
      <w:pPr>
        <w:pStyle w:val="ListNumber"/>
      </w:pPr>
      <w:r>
        <w:t>Speiro checks that member's blockout dates for the service date:</w:t>
      </w:r>
    </w:p>
    <w:p>
      <w:pPr>
        <w:pStyle w:val="ListBullet"/>
      </w:pPr>
      <w:r>
        <w:t>If they're available, they're assigned and notified by push straightaway.</w:t>
      </w:r>
    </w:p>
    <w:p>
      <w:pPr>
        <w:pStyle w:val="ListBullet"/>
      </w:pPr>
      <w:r>
        <w:t>If they have a blockout on that date, they are blocked — you can't assign them, and the organiser is told they're unavailable. Choose someone else.</w:t>
      </w:r>
    </w:p>
    <w:p>
      <w:pPr>
        <w:pStyle w:val="ListNumber"/>
      </w:pPr>
      <w:r>
        <w:t>Assigned members can decline. If they do, the organiser is notified and the element slot reopens so you can assign someone else.</w:t>
      </w:r>
    </w:p>
    <w:p>
      <w:r/>
      <w:r>
        <w:rPr>
          <w:b/>
        </w:rPr>
        <w:t>Unavailable members are unselectable.</w:t>
      </w:r>
      <w:r>
        <w:t xml:space="preserve"> In the member picker, anyone with a blockout on the service date is </w:t>
      </w:r>
      <w:r>
        <w:rPr>
          <w:b/>
        </w:rPr>
        <w:t>greyed out and can't be chosen</w:t>
      </w:r>
      <w:r>
        <w:t xml:space="preserve"> (shown as "unavailable" on web, "Unavailable (blockout)" on mobile). This is a hard rule — the server also refuses a blocked assignment as a backstop.</w:t>
      </w:r>
    </w:p>
    <w:p>
      <w:r>
        <w:t xml:space="preserve">&gt; </w:t>
      </w:r>
      <w:r>
        <w:rPr>
          <w:b/>
        </w:rPr>
        <w:t>Assign vs. roster:</w:t>
      </w:r>
      <w:r>
        <w:t xml:space="preserve"> element assignment is the quick way to put one named person on one part of the service, with notification and decline built in. The </w:t>
      </w:r>
      <w:r>
        <w:rPr>
          <w:b/>
        </w:rPr>
        <w:t>roster</w:t>
      </w:r>
      <w:r>
        <w:t xml:space="preserve"> (Part 3) is still the tool for filling multiple worship roles at once (e.g. Vocals ×3) with auto-fill. Both notify people; use whichever fits.</w:t>
      </w:r>
    </w:p>
    <w:p>
      <w:pPr>
        <w:pStyle w:val="Heading2"/>
      </w:pPr>
      <w:r>
        <w:t>3. Set Up CCLI (Song Licensing)</w:t>
      </w:r>
    </w:p>
    <w:p>
      <w:r>
        <w:t>Speiro helps you track song usage for your CCLI reporting.</w:t>
      </w:r>
    </w:p>
    <w:p>
      <w:pPr>
        <w:pStyle w:val="Heading3"/>
      </w:pPr>
      <w:r>
        <w:t>Recording your CCLI number on songs</w:t>
      </w:r>
    </w:p>
    <w:p>
      <w:r>
        <w:t xml:space="preserve">When you add a song (Part 4), enter its </w:t>
      </w:r>
      <w:r>
        <w:rPr>
          <w:b/>
        </w:rPr>
        <w:t>CCLI number</w:t>
      </w:r>
      <w:r>
        <w:t xml:space="preserve"> and </w:t>
      </w:r>
      <w:r>
        <w:rPr>
          <w:b/>
        </w:rPr>
        <w:t>copyright info</w:t>
      </w:r>
      <w:r>
        <w:t>. This is what appears on your usage report.</w:t>
      </w:r>
    </w:p>
    <w:p>
      <w:pPr>
        <w:pStyle w:val="Heading3"/>
      </w:pPr>
      <w:r>
        <w:t>The CCLI usage report</w:t>
      </w:r>
    </w:p>
    <w:p>
      <w:r>
        <w:t>*Songs → Reports → CCLI* (or `Reports → CCLI`)</w:t>
      </w:r>
    </w:p>
    <w:p>
      <w:pPr>
        <w:pStyle w:val="ListBullet"/>
      </w:pPr>
      <w:r>
        <w:t>Pick a start and end date</w:t>
      </w:r>
    </w:p>
    <w:p>
      <w:pPr>
        <w:pStyle w:val="ListBullet"/>
      </w:pPr>
      <w:r>
        <w:t>The report lists every song used in that period with its CCLI number and how many times it was used, based on the songs attached to your service plans</w:t>
      </w:r>
    </w:p>
    <w:p>
      <w:pPr>
        <w:pStyle w:val="ListBullet"/>
      </w:pPr>
      <w:r>
        <w:t>Export this to submit to CCLI for your license reporting</w:t>
      </w:r>
    </w:p>
    <w:p>
      <w:r>
        <w:t xml:space="preserve">&gt; </w:t>
      </w:r>
      <w:r>
        <w:rPr>
          <w:b/>
        </w:rPr>
        <w:t>What "song usage" counts:</w:t>
      </w:r>
      <w:r>
        <w:t xml:space="preserve"> a song is counted when it's attached to a service plan element (or recorded as used). Attach songs to your plans each week and your CCLI report builds itself.</w:t>
      </w:r>
    </w:p>
    <w:p>
      <w:r>
        <w:t xml:space="preserve">&gt; </w:t>
      </w:r>
      <w:r>
        <w:rPr>
          <w:b/>
        </w:rPr>
        <w:t>Note on CCLI SongSelect:</w:t>
      </w:r>
      <w:r>
        <w:t xml:space="preserve"> Speiro does </w:t>
      </w:r>
      <w:r>
        <w:rPr>
          <w:b/>
        </w:rPr>
        <w:t>not</w:t>
      </w:r>
      <w:r>
        <w:t xml:space="preserve"> currently pull song data automatically from CCLI SongSelect. You enter song details (title, author, CCLI number, key) manually — see Part 4. The CCLI report is an internal usage summary for your own reporting; it does not submit to CCLI on your behalf.</w:t>
      </w:r>
    </w:p>
    <w:p/>
    <w:p>
      <w:pPr>
        <w:pStyle w:val="Heading1"/>
      </w:pPr>
      <w:r>
        <w:t>Part 2 — Worship Leader: Team &amp; Music</w:t>
      </w:r>
    </w:p>
    <w:p>
      <w:pPr>
        <w:pStyle w:val="Heading2"/>
      </w:pPr>
      <w:r>
        <w:t>4. Build the Song Library</w:t>
      </w:r>
    </w:p>
    <w:p>
      <w:r>
        <w:t>*Songs tab → Add Song*</w:t>
      </w:r>
    </w:p>
    <w:p>
      <w:r>
        <w:t xml:space="preserve">Add songs </w:t>
      </w:r>
      <w:r>
        <w:rPr>
          <w:b/>
        </w:rPr>
        <w:t>manually</w:t>
      </w:r>
      <w:r>
        <w:t xml:space="preserve"> — there's no automatic CCLI import, so you enter the details once and reuse the song forever.</w:t>
      </w:r>
    </w:p>
    <w:p>
      <w:pPr>
        <w:pStyle w:val="Heading3"/>
      </w:pPr>
      <w:r>
        <w:t>Adding a song</w:t>
      </w:r>
    </w:p>
    <w:p>
      <w:pPr>
        <w:pStyle w:val="ListNumber"/>
      </w:pPr>
      <w:r>
        <w:t>Go to the Songs tab → Add Song</w:t>
      </w:r>
    </w:p>
    <w:p>
      <w:pPr>
        <w:pStyle w:val="ListNumber"/>
      </w:pPr>
      <w:r>
        <w:t>Enter:</w:t>
      </w:r>
    </w:p>
    <w:p>
      <w:pPr>
        <w:pStyle w:val="ListBullet"/>
      </w:pPr>
      <w:r>
        <w:t>Title (required)</w:t>
      </w:r>
    </w:p>
    <w:p>
      <w:pPr>
        <w:pStyle w:val="ListBullet"/>
      </w:pPr>
      <w:r>
        <w:t>Author</w:t>
      </w:r>
    </w:p>
    <w:p>
      <w:pPr>
        <w:pStyle w:val="ListBullet"/>
      </w:pPr>
      <w:r>
        <w:t>Copyright info</w:t>
      </w:r>
    </w:p>
    <w:p>
      <w:pPr>
        <w:pStyle w:val="ListBullet"/>
      </w:pPr>
      <w:r>
        <w:t>CCLI number (for your usage report)</w:t>
      </w:r>
    </w:p>
    <w:p>
      <w:pPr>
        <w:pStyle w:val="ListBullet"/>
      </w:pPr>
      <w:r>
        <w:t>Default key (e.g. G, Bb)</w:t>
      </w:r>
    </w:p>
    <w:p>
      <w:pPr>
        <w:pStyle w:val="ListBullet"/>
      </w:pPr>
      <w:r>
        <w:t>Tempo (BPM)</w:t>
      </w:r>
    </w:p>
    <w:p>
      <w:pPr>
        <w:pStyle w:val="ListBullet"/>
      </w:pPr>
      <w:r>
        <w:t>Tags (e.g. "fast", "communion", "advent")</w:t>
      </w:r>
    </w:p>
    <w:p>
      <w:pPr>
        <w:pStyle w:val="ListNumber"/>
      </w:pPr>
      <w:r>
        <w:t>Tap Save</w:t>
      </w:r>
    </w:p>
    <w:p>
      <w:pPr>
        <w:pStyle w:val="Heading3"/>
      </w:pPr>
      <w:r>
        <w:t>Chord charts &amp; transposition</w:t>
      </w:r>
    </w:p>
    <w:p>
      <w:pPr>
        <w:pStyle w:val="ListBullet"/>
      </w:pPr>
      <w:r>
        <w:t>Open a song → Add Chord Chart → enter the key and paste the chart (ChordPro format supported, e.g. `[G]Amazing [C]grace`)</w:t>
      </w:r>
    </w:p>
    <w:p>
      <w:pPr>
        <w:pStyle w:val="ListBullet"/>
      </w:pPr>
      <w:r>
        <w:t>On a chart, use the key selector to transpose up or down — Speiro shifts the chords for you</w:t>
      </w:r>
    </w:p>
    <w:p>
      <w:pPr>
        <w:pStyle w:val="ListBullet"/>
      </w:pPr>
      <w:r>
        <w:t>You can attach multiple charts (e.g. one per key)</w:t>
      </w:r>
    </w:p>
    <w:p>
      <w:pPr>
        <w:pStyle w:val="Heading3"/>
      </w:pPr>
      <w:r>
        <w:t>Adding a song "via CCLI"</w:t>
      </w:r>
    </w:p>
    <w:p>
      <w:r>
        <w:t xml:space="preserve">There isn't a live SongSelect lookup. In practice this means: when you find a song on CCLI SongSelect, copy its </w:t>
      </w:r>
      <w:r>
        <w:rPr>
          <w:b/>
        </w:rPr>
        <w:t>title, author, copyright, and CCLI number</w:t>
      </w:r>
      <w:r>
        <w:t xml:space="preserve"> into the Add Song form. The CCLI number ties it to your usage report.</w:t>
      </w:r>
    </w:p>
    <w:p>
      <w:pPr>
        <w:pStyle w:val="Heading2"/>
      </w:pPr>
      <w:r>
        <w:t>5. Create / Manage the Worship Team</w:t>
      </w:r>
    </w:p>
    <w:p>
      <w:r>
        <w:t>*More → Manage Worship Team*</w:t>
      </w:r>
    </w:p>
    <w:p>
      <w:r>
        <w:t>A worship team is a ministry team. Set it up once, then roster from it each week.</w:t>
      </w:r>
    </w:p>
    <w:p>
      <w:pPr>
        <w:pStyle w:val="ListNumber"/>
      </w:pPr>
      <w:r>
        <w:t>Go to More → Manage Worship Team (or create a new team)</w:t>
      </w:r>
    </w:p>
    <w:p>
      <w:pPr>
        <w:pStyle w:val="ListNumber"/>
      </w:pPr>
      <w:r>
        <w:t>Add members — search and add people to the team</w:t>
      </w:r>
    </w:p>
    <w:p>
      <w:pPr>
        <w:pStyle w:val="ListNumber"/>
      </w:pPr>
      <w:r>
        <w:t>Assign each member a role on the team: Leader, Co-Leader, or Member</w:t>
      </w:r>
    </w:p>
    <w:p>
      <w:pPr>
        <w:pStyle w:val="ListNumber"/>
      </w:pPr>
      <w:r>
        <w:t>Optionally define required roles for the team (e.g. Vocals, Keys, Drums, Sound) with a minimum headcount</w:t>
      </w:r>
    </w:p>
    <w:p>
      <w:r>
        <w:t xml:space="preserve">&gt; A team can be </w:t>
      </w:r>
      <w:r>
        <w:rPr>
          <w:b/>
        </w:rPr>
        <w:t>campus-specific</w:t>
      </w:r>
      <w:r>
        <w:t xml:space="preserve"> or serve </w:t>
      </w:r>
      <w:r>
        <w:rPr>
          <w:b/>
        </w:rPr>
        <w:t>across all campuses</w:t>
      </w:r>
      <w:r>
        <w:t>.</w:t>
      </w:r>
    </w:p>
    <w:p>
      <w:pPr>
        <w:pStyle w:val="Heading3"/>
      </w:pPr>
      <w:r>
        <w:t>Creating a team for a specific service</w:t>
      </w:r>
    </w:p>
    <w:p>
      <w:r>
        <w:t>*More → Create Team for Service*</w:t>
      </w:r>
    </w:p>
    <w:p>
      <w:pPr>
        <w:pStyle w:val="ListBullet"/>
      </w:pPr>
      <w:r>
        <w:t>Select a service plan</w:t>
      </w:r>
    </w:p>
    <w:p>
      <w:pPr>
        <w:pStyle w:val="ListBullet"/>
      </w:pPr>
      <w:r>
        <w:t>Pick members and assign their service roles: Music Director, Worship, Vocals, Keys, Guitar, Bass, Drums, Sound</w:t>
      </w:r>
    </w:p>
    <w:p>
      <w:pPr>
        <w:pStyle w:val="ListBullet"/>
      </w:pPr>
      <w:r>
        <w:t>Members are assigned directly to that service and see it on their home screen</w:t>
      </w:r>
    </w:p>
    <w:p>
      <w:pPr>
        <w:pStyle w:val="Heading2"/>
      </w:pPr>
      <w:r>
        <w:t>6. Assign Instruments &amp; Voices</w:t>
      </w:r>
    </w:p>
    <w:p>
      <w:r>
        <w:t>*More → Manage Worship Team → tap a member → Instruments/Voices*</w:t>
      </w:r>
    </w:p>
    <w:p>
      <w:r>
        <w:t xml:space="preserve">(or </w:t>
      </w:r>
      <w:r>
        <w:rPr>
          <w:b/>
        </w:rPr>
        <w:t>More → Assign Instruments</w:t>
      </w:r>
      <w:r>
        <w:t>)</w:t>
      </w:r>
    </w:p>
    <w:p>
      <w:r>
        <w:t xml:space="preserve">Instruments and voice parts are </w:t>
      </w:r>
      <w:r>
        <w:rPr>
          <w:b/>
        </w:rPr>
        <w:t>assigned by leaders</w:t>
      </w:r>
      <w:r>
        <w:t xml:space="preserve"> — Worship Leaders, Church Leaders, and Admins. Members do not self-assign.</w:t>
      </w:r>
    </w:p>
    <w:p>
      <w:pPr>
        <w:pStyle w:val="ListNumber"/>
      </w:pPr>
      <w:r>
        <w:t>Open a team member's profile</w:t>
      </w:r>
    </w:p>
    <w:p>
      <w:pPr>
        <w:pStyle w:val="ListNumber"/>
      </w:pPr>
      <w:r>
        <w:t>Select the instruments they play and/or voice parts they sing (e.g. Keys, Acoustic Guitar, Vocals – Soprano, Vocals – Alto). Voice parts are entered as instrument entries, so add them the same way.</w:t>
      </w:r>
    </w:p>
    <w:p>
      <w:pPr>
        <w:pStyle w:val="ListNumber"/>
      </w:pPr>
      <w:r>
        <w:t>Mark one as their primary</w:t>
      </w:r>
    </w:p>
    <w:p>
      <w:pPr>
        <w:pStyle w:val="ListNumber"/>
      </w:pPr>
      <w:r>
        <w:t>Tap Save</w:t>
      </w:r>
    </w:p>
    <w:p>
      <w:r>
        <w:t>&gt; Knowing who plays what makes building each week's roster much faster.</w:t>
      </w:r>
    </w:p>
    <w:p>
      <w:pPr>
        <w:pStyle w:val="Heading2"/>
      </w:pPr>
      <w:r>
        <w:t>7. Schedule Practices (Rehearsals)</w:t>
      </w:r>
    </w:p>
    <w:p>
      <w:r>
        <w:t>*More → Rehearsals*</w:t>
      </w:r>
    </w:p>
    <w:p>
      <w:r>
        <w:t>Rehearsals are attached to a service plan.</w:t>
      </w:r>
    </w:p>
    <w:p>
      <w:pPr>
        <w:pStyle w:val="ListNumber"/>
      </w:pPr>
      <w:r>
        <w:t>Go to More → Rehearsals</w:t>
      </w:r>
    </w:p>
    <w:p>
      <w:pPr>
        <w:pStyle w:val="ListNumber"/>
      </w:pPr>
      <w:r>
        <w:t>Select the service plan the rehearsal is for</w:t>
      </w:r>
    </w:p>
    <w:p>
      <w:pPr>
        <w:pStyle w:val="ListNumber"/>
      </w:pPr>
      <w:r>
        <w:t>Pick the date/time</w:t>
      </w:r>
    </w:p>
    <w:p>
      <w:pPr>
        <w:pStyle w:val="ListNumber"/>
      </w:pPr>
      <w:r>
        <w:t>Add notes (e.g. "run through all songs, focus on the key change in song 3")</w:t>
      </w:r>
    </w:p>
    <w:p>
      <w:pPr>
        <w:pStyle w:val="ListNumber"/>
      </w:pPr>
      <w:r>
        <w:t>Save</w:t>
      </w:r>
    </w:p>
    <w:p>
      <w:r>
        <w:t xml:space="preserve">You can view and delete rehearsals, and </w:t>
      </w:r>
      <w:r>
        <w:rPr>
          <w:b/>
        </w:rPr>
        <w:t>record attendance</w:t>
      </w:r>
      <w:r>
        <w:t xml:space="preserve"> for each rehearsal (mark who attended).</w:t>
      </w:r>
    </w:p>
    <w:p>
      <w:r>
        <w:t xml:space="preserve">&gt; </w:t>
      </w:r>
      <w:r>
        <w:rPr>
          <w:b/>
        </w:rPr>
        <w:t>Heads-up:</w:t>
      </w:r>
      <w:r>
        <w:t xml:space="preserve"> Scheduling a rehearsal does </w:t>
      </w:r>
      <w:r>
        <w:rPr>
          <w:b/>
        </w:rPr>
        <w:t>not</w:t>
      </w:r>
      <w:r>
        <w:t xml:space="preserve"> currently send an automatic notification or add it to team members' calendars. Let your team know the rehearsal time directly (e.g. via </w:t>
      </w:r>
      <w:r>
        <w:rPr>
          <w:b/>
        </w:rPr>
        <w:t>Message Worship Team</w:t>
      </w:r>
      <w:r>
        <w:t>), or add it as a calendar event yourself. This is a known limitation.</w:t>
      </w:r>
    </w:p>
    <w:p>
      <w:pPr>
        <w:pStyle w:val="Heading2"/>
      </w:pPr>
      <w:r>
        <w:t>8. Worship Notes &amp; Messaging</w:t>
      </w:r>
    </w:p>
    <w:p>
      <w:pPr>
        <w:pStyle w:val="ListBullet"/>
      </w:pPr>
      <w:r>
        <w:t>More → Add Worship Notes — attach notes to a service plan for the whole team to see</w:t>
      </w:r>
    </w:p>
    <w:p>
      <w:pPr>
        <w:pStyle w:val="ListBullet"/>
      </w:pPr>
      <w:r>
        <w:t>More → Message Worship Team — email all team members at once (useful for rehearsal reminders, given the note above)</w:t>
      </w:r>
    </w:p>
    <w:p/>
    <w:p>
      <w:pPr>
        <w:pStyle w:val="Heading1"/>
      </w:pPr>
      <w:r>
        <w:t>Part 3 — Rostering &amp; Running the Service</w:t>
      </w:r>
    </w:p>
    <w:p>
      <w:pPr>
        <w:pStyle w:val="Heading2"/>
      </w:pPr>
      <w:r>
        <w:t>9. Build the Roster (Scheduling)</w:t>
      </w:r>
    </w:p>
    <w:p>
      <w:r>
        <w:t>*More → Worship Schedule / Scheduling*</w:t>
      </w:r>
    </w:p>
    <w:p>
      <w:r>
        <w:t>The roster is what actually notifies people and puts the service on their calendars.</w:t>
      </w:r>
    </w:p>
    <w:p>
      <w:pPr>
        <w:pStyle w:val="ListNumber"/>
      </w:pPr>
      <w:r>
        <w:t>Select the service plan and date</w:t>
      </w:r>
    </w:p>
    <w:p>
      <w:pPr>
        <w:pStyle w:val="ListNumber"/>
      </w:pPr>
      <w:r>
        <w:t>Define the roles you need to fill and how many of each (e.g. Vocals ×3, Keys ×1, Sound ×1)</w:t>
      </w:r>
    </w:p>
    <w:p>
      <w:pPr>
        <w:pStyle w:val="ListNumber"/>
      </w:pPr>
      <w:r>
        <w:t>Speiro auto-fills from your team, skipping anyone who is already assigned that day or who has marked a blockout date</w:t>
      </w:r>
    </w:p>
    <w:p>
      <w:pPr>
        <w:pStyle w:val="ListNumber"/>
      </w:pPr>
      <w:r>
        <w:t>Review the draft roster — reassign anyone as needed (you can override even a blockout, with a warning)</w:t>
      </w:r>
    </w:p>
    <w:p>
      <w:pPr>
        <w:pStyle w:val="ListNumber"/>
      </w:pPr>
      <w:r>
        <w:t>Publish the roster</w:t>
      </w:r>
    </w:p>
    <w:p>
      <w:pPr>
        <w:pStyle w:val="Heading3"/>
      </w:pPr>
      <w:r>
        <w:t>What members experience</w:t>
      </w:r>
    </w:p>
    <w:p>
      <w:pPr>
        <w:pStyle w:val="ListBullet"/>
      </w:pPr>
      <w:r>
        <w:t>Assigned members get a push notification and see the assignment in My Schedule</w:t>
      </w:r>
    </w:p>
    <w:p>
      <w:pPr>
        <w:pStyle w:val="ListBullet"/>
      </w:pPr>
      <w:r>
        <w:t>They can Confirm or Decline their assignment from their home screen / My Schedule</w:t>
      </w:r>
    </w:p>
    <w:p>
      <w:pPr>
        <w:pStyle w:val="ListBullet"/>
      </w:pPr>
      <w:r>
        <w:t>If someone declines, you can auto-fill the gap from available team members, or reassign manually</w:t>
      </w:r>
    </w:p>
    <w:p>
      <w:pPr>
        <w:pStyle w:val="ListBullet"/>
      </w:pPr>
      <w:r>
        <w:t>Members can request a swap with someone else</w:t>
      </w:r>
    </w:p>
    <w:p>
      <w:pPr>
        <w:pStyle w:val="Heading3"/>
      </w:pPr>
      <w:r>
        <w:t>Availability &amp; blockout dates</w:t>
      </w:r>
    </w:p>
    <w:p>
      <w:pPr>
        <w:pStyle w:val="ListBullet"/>
      </w:pPr>
      <w:r>
        <w:t>Team members set blockout dates (More → Blockout Dates) when they're unavailable</w:t>
      </w:r>
    </w:p>
    <w:p>
      <w:pPr>
        <w:pStyle w:val="ListBullet"/>
      </w:pPr>
      <w:r>
        <w:t>The scheduler skips people with a blockout on that date and warns you if you assign one anyway</w:t>
      </w:r>
    </w:p>
    <w:p>
      <w:pPr>
        <w:pStyle w:val="ListBullet"/>
      </w:pPr>
      <w:r>
        <w:t>Blockout dates also sync to the member's connected calendar as "Unavailable (Church)"</w:t>
      </w:r>
    </w:p>
    <w:p>
      <w:pPr>
        <w:pStyle w:val="Heading2"/>
      </w:pPr>
      <w:r>
        <w:t>10. Go Live on the Day (mostly automatic)</w:t>
      </w:r>
    </w:p>
    <w:p>
      <w:r>
        <w:t xml:space="preserve">An </w:t>
      </w:r>
      <w:r>
        <w:rPr>
          <w:b/>
        </w:rPr>
        <w:t>Approved</w:t>
      </w:r>
      <w:r>
        <w:t xml:space="preserve"> plan </w:t>
      </w:r>
      <w:r>
        <w:rPr>
          <w:b/>
        </w:rPr>
        <w:t>goes live by itself</w:t>
      </w:r>
      <w:r>
        <w:t xml:space="preserve"> at its start time and </w:t>
      </w:r>
      <w:r>
        <w:rPr>
          <w:b/>
        </w:rPr>
        <w:t>ends by itself</w:t>
      </w:r>
      <w:r>
        <w:t xml:space="preserve"> at its end time — you don't have to open it on the day. See "Automatic go-live and auto-end" above.</w:t>
      </w:r>
    </w:p>
    <w:p>
      <w:r>
        <w:t>If you want to run the order of service in real time (highlight the current element on connected screens):</w:t>
      </w:r>
    </w:p>
    <w:p>
      <w:pPr>
        <w:pStyle w:val="ListNumber"/>
      </w:pPr>
      <w:r>
        <w:t>Open the Approved plan. It will already be Live if the start time has passed; otherwise a Pastor/Admin can tap Go live now to start early.</w:t>
      </w:r>
    </w:p>
    <w:p>
      <w:pPr>
        <w:pStyle w:val="ListNumber"/>
      </w:pPr>
      <w:r>
        <w:t>Step through elements as the service progresses — the current element is highlighted, and connected screens update live.</w:t>
      </w:r>
    </w:p>
    <w:p>
      <w:pPr>
        <w:pStyle w:val="ListNumber"/>
      </w:pPr>
      <w:r>
        <w:t>The service ends automatically at its end time. A Pastor/Admin can also tap End service to end it immediately — the plan is marked Completed.</w:t>
      </w:r>
    </w:p>
    <w:p>
      <w:r>
        <w:t xml:space="preserve">&gt; Only a </w:t>
      </w:r>
      <w:r>
        <w:rPr>
          <w:b/>
        </w:rPr>
        <w:t>Pastor</w:t>
      </w:r>
      <w:r>
        <w:t xml:space="preserve"> or </w:t>
      </w:r>
      <w:r>
        <w:rPr>
          <w:b/>
        </w:rPr>
        <w:t>Admin</w:t>
      </w:r>
      <w:r>
        <w:t xml:space="preserve"> sees </w:t>
      </w:r>
      <w:r>
        <w:rPr>
          <w:b/>
        </w:rPr>
        <w:t>Go live now</w:t>
      </w:r>
      <w:r>
        <w:t xml:space="preserve"> / </w:t>
      </w:r>
      <w:r>
        <w:rPr>
          <w:b/>
        </w:rPr>
        <w:t>End service</w:t>
      </w:r>
      <w:r>
        <w:t>. Staff and leaders don't need to — the service runs on its schedule.</w:t>
      </w:r>
    </w:p>
    <w:p>
      <w:pPr>
        <w:pStyle w:val="Heading2"/>
      </w:pPr>
      <w:r>
        <w:t>11. After the Service</w:t>
      </w:r>
    </w:p>
    <w:p>
      <w:pPr>
        <w:pStyle w:val="ListBullet"/>
      </w:pPr>
      <w:r>
        <w:t>The plan auto-moves to Completed once its date passes</w:t>
      </w:r>
    </w:p>
    <w:p>
      <w:pPr>
        <w:pStyle w:val="ListBullet"/>
      </w:pPr>
      <w:r>
        <w:t>Record song usage so it feeds your CCLI report (Part 3)</w:t>
      </w:r>
    </w:p>
    <w:p>
      <w:pPr>
        <w:pStyle w:val="ListBullet"/>
      </w:pPr>
      <w:r>
        <w:t>Clone a plan (*Service Plans → Clone*) to reuse it for a future date or another campus — the running order and songs copy across (per-element people assignments are cleared so you can re-roster)</w:t>
      </w:r>
    </w:p>
    <w:p/>
    <w:p>
      <w:pPr>
        <w:pStyle w:val="Heading2"/>
      </w:pPr>
      <w:r>
        <w:t>Quick Setup Checklist</w:t>
      </w:r>
    </w:p>
    <w:p>
      <w:r>
        <w:t>Setting up service planning for the first time? Do these once:</w:t>
      </w:r>
    </w:p>
    <w:p>
      <w:pPr>
        <w:pStyle w:val="ListBullet"/>
      </w:pPr>
      <w:r>
        <w:t>[ ] Enable Worship Scheduling feature flag (Admin)</w:t>
      </w:r>
    </w:p>
    <w:p>
      <w:pPr>
        <w:pStyle w:val="ListBullet"/>
      </w:pPr>
      <w:r>
        <w:t>[ ] Create at least one Service Template</w:t>
      </w:r>
    </w:p>
    <w:p>
      <w:pPr>
        <w:pStyle w:val="ListBullet"/>
      </w:pPr>
      <w:r>
        <w:t>[ ] Add your regular songs to the Song Library (with CCLI numbers)</w:t>
      </w:r>
    </w:p>
    <w:p>
      <w:pPr>
        <w:pStyle w:val="ListBullet"/>
      </w:pPr>
      <w:r>
        <w:t>[ ] Create your Worship Team and add members</w:t>
      </w:r>
    </w:p>
    <w:p>
      <w:pPr>
        <w:pStyle w:val="ListBullet"/>
      </w:pPr>
      <w:r>
        <w:t>[ ] Assign instruments/voices to each team member</w:t>
      </w:r>
    </w:p>
    <w:p>
      <w:pPr>
        <w:pStyle w:val="ListBullet"/>
      </w:pPr>
      <w:r>
        <w:t>[ ] Ask team members to set their blockout dates when unavailable</w:t>
      </w:r>
    </w:p>
    <w:p>
      <w:r>
        <w:t>Then each week:</w:t>
      </w:r>
    </w:p>
    <w:p>
      <w:pPr>
        <w:pStyle w:val="ListBullet"/>
      </w:pPr>
      <w:r>
        <w:t>[ ] Create a Service Plan from your template, set the date and start/end time (the times drive auto go-live/auto-end)</w:t>
      </w:r>
    </w:p>
    <w:p>
      <w:pPr>
        <w:pStyle w:val="ListBullet"/>
      </w:pPr>
      <w:r>
        <w:t>[ ] Attach songs to the plan</w:t>
      </w:r>
    </w:p>
    <w:p>
      <w:pPr>
        <w:pStyle w:val="ListBullet"/>
      </w:pPr>
      <w:r>
        <w:t>[ ] Assign members to elements (Welcome, Offering, etc.) — they're notified, and blocked-out members can't be picked</w:t>
      </w:r>
    </w:p>
    <w:p>
      <w:pPr>
        <w:pStyle w:val="ListBullet"/>
      </w:pPr>
      <w:r>
        <w:t>[ ] Build and publish the roster for worship roles</w:t>
      </w:r>
    </w:p>
    <w:p>
      <w:pPr>
        <w:pStyle w:val="ListBullet"/>
      </w:pPr>
      <w:r>
        <w:t>[ ] Schedule a rehearsal (and message the team the time)</w:t>
      </w:r>
    </w:p>
    <w:p>
      <w:pPr>
        <w:pStyle w:val="ListBullet"/>
      </w:pPr>
      <w:r>
        <w:t>[ ] Pastor/Admin taps Approve &amp; schedule</w:t>
      </w:r>
    </w:p>
    <w:p>
      <w:pPr>
        <w:pStyle w:val="ListBullet"/>
      </w:pPr>
      <w:r>
        <w:t>[ ] Leave it — it goes live and ends automatically on the day (or Go live now to start early)</w:t>
      </w:r>
    </w:p>
    <w:p/>
    <w:p>
      <w:pPr>
        <w:pStyle w:val="Heading2"/>
      </w:pPr>
      <w:r>
        <w:t>Troubleshooting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Issue</w:t>
            </w:r>
          </w:p>
        </w:tc>
        <w:tc>
          <w:tcPr>
            <w:tcW w:type="dxa" w:w="4320"/>
          </w:tcPr>
          <w:p>
            <w:r>
              <w:rPr>
                <w:b/>
              </w:rPr>
              <w:t>Solution</w:t>
            </w:r>
          </w:p>
        </w:tc>
      </w:tr>
      <w:tr>
        <w:tc>
          <w:tcPr>
            <w:tcW w:type="dxa" w:w="4320"/>
          </w:tcPr>
          <w:p>
            <w:r>
              <w:t>"Duration exceeded" when creating a plan</w:t>
            </w:r>
          </w:p>
        </w:tc>
        <w:tc>
          <w:tcPr>
            <w:tcW w:type="dxa" w:w="4320"/>
          </w:tcPr>
          <w:p>
            <w:r>
              <w:t>Elements total more than the start→end window; trim durations or widen the time</w:t>
            </w:r>
          </w:p>
        </w:tc>
      </w:tr>
      <w:tr>
        <w:tc>
          <w:tcPr>
            <w:tcW w:type="dxa" w:w="4320"/>
          </w:tcPr>
          <w:p>
            <w:r>
              <w:t>Team didn't get notified on approval</w:t>
            </w:r>
          </w:p>
        </w:tc>
        <w:tc>
          <w:tcPr>
            <w:tcW w:type="dxa" w:w="4320"/>
          </w:tcPr>
          <w:p>
            <w:r>
              <w:t>Assigned members (roster **and** element assignments) are notified when a Pastor/Admin approves the plan. Make sure the plan reached **Approved**, not just saved as Draft</w:t>
            </w:r>
          </w:p>
        </w:tc>
      </w:tr>
      <w:tr>
        <w:tc>
          <w:tcPr>
            <w:tcW w:type="dxa" w:w="4320"/>
          </w:tcPr>
          <w:p>
            <w:r>
              <w:t>"Approve &amp; schedule" button missing</w:t>
            </w:r>
          </w:p>
        </w:tc>
        <w:tc>
          <w:tcPr>
            <w:tcW w:type="dxa" w:w="4320"/>
          </w:tcPr>
          <w:p>
            <w:r>
              <w:t>Only Pastor/Admin can approve. Staff/leaders build the draft; ask a pastor to approve</w:t>
            </w:r>
          </w:p>
        </w:tc>
      </w:tr>
      <w:tr>
        <w:tc>
          <w:tcPr>
            <w:tcW w:type="dxa" w:w="4320"/>
          </w:tcPr>
          <w:p>
            <w:r>
              <w:t>Can't assign a member to an element</w:t>
            </w:r>
          </w:p>
        </w:tc>
        <w:tc>
          <w:tcPr>
            <w:tcW w:type="dxa" w:w="4320"/>
          </w:tcPr>
          <w:p>
            <w:r>
              <w:t>If they're **greyed out / "unavailable"**, they have a blockout on the service date — pick someone else. Blocked assignment is refused by design</w:t>
            </w:r>
          </w:p>
        </w:tc>
      </w:tr>
      <w:tr>
        <w:tc>
          <w:tcPr>
            <w:tcW w:type="dxa" w:w="4320"/>
          </w:tcPr>
          <w:p>
            <w:r>
              <w:t>Assigned person declined</w:t>
            </w:r>
          </w:p>
        </w:tc>
        <w:tc>
          <w:tcPr>
            <w:tcW w:type="dxa" w:w="4320"/>
          </w:tcPr>
          <w:p>
            <w:r>
              <w:t>The organiser is notified and the element slot reopens — assign someone else</w:t>
            </w:r>
          </w:p>
        </w:tc>
      </w:tr>
      <w:tr>
        <w:tc>
          <w:tcPr>
            <w:tcW w:type="dxa" w:w="4320"/>
          </w:tcPr>
          <w:p>
            <w:r>
              <w:t>Service didn't go live on the day</w:t>
            </w:r>
          </w:p>
        </w:tc>
        <w:tc>
          <w:tcPr>
            <w:tcW w:type="dxa" w:w="4320"/>
          </w:tcPr>
          <w:p>
            <w:r>
              <w:t>Auto go-live only runs for **Approved** plans with a **start time** set. Check the plan is Approved and has a start time; times use the church timezone (default SAST)</w:t>
            </w:r>
          </w:p>
        </w:tc>
      </w:tr>
      <w:tr>
        <w:tc>
          <w:tcPr>
            <w:tcW w:type="dxa" w:w="4320"/>
          </w:tcPr>
          <w:p>
            <w:r>
              <w:t>Rehearsal not on anyone's calendar</w:t>
            </w:r>
          </w:p>
        </w:tc>
        <w:tc>
          <w:tcPr>
            <w:tcW w:type="dxa" w:w="4320"/>
          </w:tcPr>
          <w:p>
            <w:r>
              <w:t>Rehearsals don't auto-notify; message the team the time directly</w:t>
            </w:r>
          </w:p>
        </w:tc>
      </w:tr>
      <w:tr>
        <w:tc>
          <w:tcPr>
            <w:tcW w:type="dxa" w:w="4320"/>
          </w:tcPr>
          <w:p>
            <w:r>
              <w:t>Song not showing for a member</w:t>
            </w:r>
          </w:p>
        </w:tc>
        <w:tc>
          <w:tcPr>
            <w:tcW w:type="dxa" w:w="4320"/>
          </w:tcPr>
          <w:p>
            <w:r>
              <w:t>Members with limited access only see songs attached to upcoming services; attach the song to the plan</w:t>
            </w:r>
          </w:p>
        </w:tc>
      </w:tr>
      <w:tr>
        <w:tc>
          <w:tcPr>
            <w:tcW w:type="dxa" w:w="4320"/>
          </w:tcPr>
          <w:p>
            <w:r>
              <w:t>Can't delete a service plan</w:t>
            </w:r>
          </w:p>
        </w:tc>
        <w:tc>
          <w:tcPr>
            <w:tcW w:type="dxa" w:w="4320"/>
          </w:tcPr>
          <w:p>
            <w:r>
              <w:t>Only **draft** or **completed** plans can be deleted, not published/live</w:t>
            </w:r>
          </w:p>
        </w:tc>
      </w:tr>
      <w:tr>
        <w:tc>
          <w:tcPr>
            <w:tcW w:type="dxa" w:w="4320"/>
          </w:tcPr>
          <w:p>
            <w:r>
              <w:t>Member can't edit their instruments</w:t>
            </w:r>
          </w:p>
        </w:tc>
        <w:tc>
          <w:tcPr>
            <w:tcW w:type="dxa" w:w="4320"/>
          </w:tcPr>
          <w:p>
            <w:r>
              <w:t>Correct — instruments are leader-assigned; a leader sets them from Manage Worship Team</w:t>
            </w:r>
          </w:p>
        </w:tc>
      </w:tr>
      <w:tr>
        <w:tc>
          <w:tcPr>
            <w:tcW w:type="dxa" w:w="4320"/>
          </w:tcPr>
          <w:p>
            <w:r>
              <w:t>CCLI report empty</w:t>
            </w:r>
          </w:p>
        </w:tc>
        <w:tc>
          <w:tcPr>
            <w:tcW w:type="dxa" w:w="4320"/>
          </w:tcPr>
          <w:p>
            <w:r>
              <w:t>Attach songs to service plans / record usage so the report has data</w:t>
            </w:r>
          </w:p>
        </w:tc>
      </w:tr>
    </w:tbl>
    <w:p/>
    <w:p/>
    <w:p>
      <w:pPr>
        <w:pStyle w:val="Heading2"/>
      </w:pPr>
      <w:r>
        <w:t>Feature Flags Required</w:t>
      </w:r>
    </w:p>
    <w:p>
      <w:pPr>
        <w:pStyle w:val="ListBullet"/>
      </w:pPr>
      <w:r>
        <w:t>Worship Scheduling — worship team rosters and service planning (enable in Platform Admin)</w:t>
      </w:r>
    </w:p>
    <w:p>
      <w:pPr>
        <w:pStyle w:val="ListBullet"/>
      </w:pPr>
      <w:r>
        <w:t>Calendar Sync — for published services to appear in members' calendars</w:t>
      </w:r>
    </w:p>
    <w:p/>
    <w:p>
      <w:r>
        <w:t>*Last updated for Speiro CMS v4.5.2 — www.speiro.africa*</w:t>
      </w:r>
    </w:p>
    <w:p/>
    <w:p>
      <w:pPr>
        <w:jc w:val="center"/>
      </w:pPr>
      <w:r>
        <w:rPr>
          <w:color w:val="6B7280"/>
          <w:sz w:val="18"/>
        </w:rPr>
        <w:t>© 2026 Speiro — Church Technology Solutions | www.speiro.africa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6A34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6A34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6A34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16A34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