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Church Staff Guide</w:t>
      </w:r>
    </w:p>
    <w:p>
      <w:r>
        <w:t>As Church Staff, you manage ministry teams, view volunteer requests, create service plans, and manage your own availability.</w:t>
      </w:r>
    </w:p>
    <w:p>
      <w:pPr>
        <w:pStyle w:val="Heading2"/>
      </w:pPr>
      <w:r>
        <w:t>Home Screen</w:t>
      </w:r>
    </w:p>
    <w:p>
      <w:r>
        <w:t>Your home shows: greeting, next service, songs, announcements.</w:t>
      </w:r>
    </w:p>
    <w:p>
      <w:pPr>
        <w:pStyle w:val="Heading2"/>
      </w:pPr>
      <w:r>
        <w:t>Bottom Navigation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Tab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Does</w:t>
            </w:r>
          </w:p>
        </w:tc>
      </w:tr>
      <w:tr>
        <w:tc>
          <w:tcPr>
            <w:tcW w:type="dxa" w:w="4320"/>
          </w:tcPr>
          <w:p>
            <w:r>
              <w:t>Home</w:t>
            </w:r>
          </w:p>
        </w:tc>
        <w:tc>
          <w:tcPr>
            <w:tcW w:type="dxa" w:w="4320"/>
          </w:tcPr>
          <w:p>
            <w:r>
              <w:t>Personalised dashboard</w:t>
            </w:r>
          </w:p>
        </w:tc>
      </w:tr>
      <w:tr>
        <w:tc>
          <w:tcPr>
            <w:tcW w:type="dxa" w:w="4320"/>
          </w:tcPr>
          <w:p>
            <w:r>
              <w:t>Schedule</w:t>
            </w:r>
          </w:p>
        </w:tc>
        <w:tc>
          <w:tcPr>
            <w:tcW w:type="dxa" w:w="4320"/>
          </w:tcPr>
          <w:p>
            <w:r>
              <w:t>Your upcoming assignments</w:t>
            </w:r>
          </w:p>
        </w:tc>
      </w:tr>
      <w:tr>
        <w:tc>
          <w:tcPr>
            <w:tcW w:type="dxa" w:w="4320"/>
          </w:tcPr>
          <w:p>
            <w:r>
              <w:t>Teams</w:t>
            </w:r>
          </w:p>
        </w:tc>
        <w:tc>
          <w:tcPr>
            <w:tcW w:type="dxa" w:w="4320"/>
          </w:tcPr>
          <w:p>
            <w:r>
              <w:t>Ministry team management</w:t>
            </w:r>
          </w:p>
        </w:tc>
      </w:tr>
      <w:tr>
        <w:tc>
          <w:tcPr>
            <w:tcW w:type="dxa" w:w="4320"/>
          </w:tcPr>
          <w:p>
            <w:r>
              <w:t>More</w:t>
            </w:r>
          </w:p>
        </w:tc>
        <w:tc>
          <w:tcPr>
            <w:tcW w:type="dxa" w:w="4320"/>
          </w:tcPr>
          <w:p>
            <w:r>
              <w:t>Additional features</w:t>
            </w:r>
          </w:p>
        </w:tc>
      </w:tr>
    </w:tbl>
    <w:p/>
    <w:p>
      <w:pPr>
        <w:pStyle w:val="Heading2"/>
      </w:pPr>
      <w:r>
        <w:t>Managing Ministry Teams</w:t>
      </w:r>
    </w:p>
    <w:p>
      <w:pPr>
        <w:pStyle w:val="ListBullet"/>
      </w:pPr>
      <w:r>
        <w:t>Teams tab → view all teams, create new ones</w:t>
      </w:r>
    </w:p>
    <w:p>
      <w:pPr>
        <w:pStyle w:val="ListBullet"/>
      </w:pPr>
      <w:r>
        <w:t>Tap a team → see members, add/remove</w:t>
      </w:r>
    </w:p>
    <w:p>
      <w:pPr>
        <w:pStyle w:val="ListBullet"/>
      </w:pPr>
      <w:r>
        <w:t>Teams can be campus-specific or church-wide</w:t>
      </w:r>
    </w:p>
    <w:p>
      <w:pPr>
        <w:pStyle w:val="Heading2"/>
      </w:pPr>
      <w:r>
        <w:t>Service Plans</w:t>
      </w:r>
    </w:p>
    <w:p>
      <w:pPr>
        <w:pStyle w:val="ListBullet"/>
      </w:pPr>
      <w:r>
        <w:t>More → Service Plans (or web 🗓️ Services) → create with date, start/end times, campus</w:t>
      </w:r>
    </w:p>
    <w:p>
      <w:pPr>
        <w:pStyle w:val="ListBullet"/>
      </w:pPr>
      <w:r>
        <w:t>Assign members to elements (Welcome, Offering, prayer, etc.) — they're notified; blocked-out members can't be picked; assignees can decline and the slot reopens</w:t>
      </w:r>
    </w:p>
    <w:p>
      <w:pPr>
        <w:pStyle w:val="ListBullet"/>
      </w:pPr>
      <w:r>
        <w:t>You build the plan in Draft. A Pastor or Admin approves it (Approve &amp; schedule) — staff can't approve</w:t>
      </w:r>
    </w:p>
    <w:p>
      <w:pPr>
        <w:pStyle w:val="ListBullet"/>
      </w:pPr>
      <w:r>
        <w:t>Once approved, the service goes live and ends automatically on the day at its start/end times — no need to press anything</w:t>
      </w:r>
    </w:p>
    <w:p>
      <w:pPr>
        <w:pStyle w:val="Heading2"/>
      </w:pPr>
      <w:r>
        <w:t>Check-In &amp; Attendance</w:t>
      </w:r>
    </w:p>
    <w:p>
      <w:pPr>
        <w:pStyle w:val="ListBullet"/>
      </w:pPr>
      <w:r>
        <w:t>More → Check-In → member check-in or visitor registration</w:t>
      </w:r>
    </w:p>
    <w:p>
      <w:pPr>
        <w:pStyle w:val="ListBullet"/>
      </w:pPr>
      <w:r>
        <w:t>Check-ins are tracked per campus when a service has a campus assigned</w:t>
      </w:r>
    </w:p>
    <w:p>
      <w:pPr>
        <w:pStyle w:val="Heading2"/>
      </w:pPr>
      <w:r>
        <w:t>Children's Check-In (Staff Checkout)</w:t>
      </w:r>
    </w:p>
    <w:p>
      <w:r>
        <w:t>Staff members can check out children after the service using the security code or QR scan.</w:t>
      </w:r>
    </w:p>
    <w:p>
      <w:pPr>
        <w:pStyle w:val="Heading3"/>
      </w:pPr>
      <w:r>
        <w:t>Checking Out a Child</w:t>
      </w:r>
    </w:p>
    <w:p>
      <w:pPr>
        <w:pStyle w:val="ListNumber"/>
      </w:pPr>
      <w:r>
        <w:t>Go to More → Children's Check-In</w:t>
      </w:r>
    </w:p>
    <w:p>
      <w:pPr>
        <w:pStyle w:val="ListNumber"/>
      </w:pPr>
      <w:r>
        <w:t>You'll see the "Check Out" tab (staff view)</w:t>
      </w:r>
    </w:p>
    <w:p>
      <w:pPr>
        <w:pStyle w:val="ListNumber"/>
      </w:pPr>
      <w:r>
        <w:t>Enter the parent's security code, or scan their QR code</w:t>
      </w:r>
    </w:p>
    <w:p>
      <w:pPr>
        <w:pStyle w:val="ListNumber"/>
      </w:pPr>
      <w:r>
        <w:t>Confirm the checkout — the child is released to the parent</w:t>
      </w:r>
    </w:p>
    <w:p>
      <w:pPr>
        <w:pStyle w:val="Heading3"/>
      </w:pPr>
      <w:r>
        <w:t>Managing Children</w:t>
      </w:r>
    </w:p>
    <w:p>
      <w:pPr>
        <w:pStyle w:val="ListBullet"/>
      </w:pPr>
      <w:r>
        <w:t>Staff see all children across all families (not just their own)</w:t>
      </w:r>
    </w:p>
    <w:p>
      <w:pPr>
        <w:pStyle w:val="ListBullet"/>
      </w:pPr>
      <w:r>
        <w:t>You can view all active check-ins and their status</w:t>
      </w:r>
    </w:p>
    <w:p>
      <w:pPr>
        <w:pStyle w:val="ListBullet"/>
      </w:pPr>
      <w:r>
        <w:t>Use the search to find a specific child or family</w:t>
      </w:r>
    </w:p>
    <w:p>
      <w:pPr>
        <w:pStyle w:val="Heading3"/>
      </w:pPr>
      <w:r>
        <w:t>Key Differences from Parent View</w:t>
      </w:r>
    </w:p>
    <w:p>
      <w:pPr>
        <w:pStyle w:val="ListBullet"/>
      </w:pPr>
      <w:r>
        <w:t>Parents see "My Codes" tab; Staff see "Check Out" tab</w:t>
      </w:r>
    </w:p>
    <w:p>
      <w:pPr>
        <w:pStyle w:val="ListBullet"/>
      </w:pPr>
      <w:r>
        <w:t>Parents can check in but NOT check out</w:t>
      </w:r>
    </w:p>
    <w:p>
      <w:pPr>
        <w:pStyle w:val="ListBullet"/>
      </w:pPr>
      <w:r>
        <w:t>Staff can both check in and check out children</w:t>
      </w:r>
    </w:p>
    <w:p>
      <w:pPr>
        <w:pStyle w:val="Heading2"/>
      </w:pPr>
      <w:r>
        <w:t>Volunteer Requests</w:t>
      </w:r>
    </w:p>
    <w:p>
      <w:pPr>
        <w:pStyle w:val="ListBullet"/>
      </w:pPr>
      <w:r>
        <w:t>More → Volunteer Requests → see pending requests from members</w:t>
      </w:r>
    </w:p>
    <w:p>
      <w:pPr>
        <w:pStyle w:val="ListBullet"/>
      </w:pPr>
      <w:r>
        <w:t>Approve or decline with one tap</w:t>
      </w:r>
    </w:p>
    <w:p>
      <w:pPr>
        <w:pStyle w:val="Heading2"/>
      </w:pPr>
      <w:r>
        <w:t>Visitor QR &amp; Submissions</w:t>
      </w:r>
    </w:p>
    <w:p>
      <w:pPr>
        <w:pStyle w:val="ListBullet"/>
      </w:pPr>
      <w:r>
        <w:t>More → Visitor QR &amp; Submissions → generate QR, view visitor forms</w:t>
      </w:r>
    </w:p>
    <w:p>
      <w:pPr>
        <w:pStyle w:val="ListBullet"/>
      </w:pPr>
      <w:r>
        <w:t>Follow up on visitors, update status (new → contacted → joined)</w:t>
      </w:r>
    </w:p>
    <w:p>
      <w:pPr>
        <w:pStyle w:val="Heading2"/>
      </w:pPr>
      <w:r>
        <w:t>Reports</w:t>
      </w:r>
    </w:p>
    <w:p>
      <w:pPr>
        <w:pStyle w:val="ListBullet"/>
      </w:pPr>
      <w:r>
        <w:t>More → Reports → dashboard KPIs, attendance trends, visitor pipeline</w:t>
      </w:r>
    </w:p>
    <w:p>
      <w:pPr>
        <w:pStyle w:val="ListBullet"/>
      </w:pPr>
      <w:r>
        <w:t>Filter by campus if multi-campus is active</w:t>
      </w:r>
    </w:p>
    <w:p>
      <w:pPr>
        <w:pStyle w:val="Heading3"/>
      </w:pPr>
      <w:r>
        <w:t>Extended Reports (Reports Permission Required)</w:t>
      </w:r>
    </w:p>
    <w:p>
      <w:r>
        <w:t>If your Admin has granted you reports access (via the `reports` feature flag and appropriate role permissions), you can also access:</w:t>
      </w:r>
    </w:p>
    <w:p>
      <w:pPr>
        <w:pStyle w:val="ListBullet"/>
      </w:pPr>
      <w:r>
        <w:t>Geographic Member Map — Interactive map of member addresses with group colour-coding</w:t>
      </w:r>
    </w:p>
    <w:p>
      <w:pPr>
        <w:pStyle w:val="ListBullet"/>
      </w:pPr>
      <w:r>
        <w:t>Attendance Reports — Detailed service attendance with trends</w:t>
      </w:r>
    </w:p>
    <w:p>
      <w:pPr>
        <w:pStyle w:val="ListBullet"/>
      </w:pPr>
      <w:r>
        <w:t>Giving Reports — Donation summaries and trends</w:t>
      </w:r>
    </w:p>
    <w:p>
      <w:pPr>
        <w:pStyle w:val="ListBullet"/>
      </w:pPr>
      <w:r>
        <w:t>Demographics — Member age, gender, and location breakdown</w:t>
      </w:r>
    </w:p>
    <w:p>
      <w:pPr>
        <w:pStyle w:val="ListBullet"/>
      </w:pPr>
      <w:r>
        <w:t>Group Attendance — Meeting frequency per group</w:t>
      </w:r>
    </w:p>
    <w:p>
      <w:pPr>
        <w:pStyle w:val="ListBullet"/>
      </w:pPr>
      <w:r>
        <w:t>New/Inactive Members — Recently joined or disengaged members</w:t>
      </w:r>
    </w:p>
    <w:p>
      <w:pPr>
        <w:pStyle w:val="ListBullet"/>
      </w:pPr>
      <w:r>
        <w:t>Volunteer Summary — Team fill rates and scheduling gaps</w:t>
      </w:r>
    </w:p>
    <w:p>
      <w:r>
        <w:t xml:space="preserve">Access these via </w:t>
      </w:r>
      <w:r>
        <w:rPr>
          <w:b/>
        </w:rPr>
        <w:t>More → Reports</w:t>
      </w:r>
      <w:r>
        <w:t>. If you don't see the Reports option, ask your Admin to enable reports access for your role.</w:t>
      </w:r>
    </w:p>
    <w:p>
      <w:pPr>
        <w:pStyle w:val="Heading2"/>
      </w:pPr>
      <w:r>
        <w:t>Messages</w:t>
      </w:r>
    </w:p>
    <w:p>
      <w:pPr>
        <w:pStyle w:val="ListBullet"/>
      </w:pPr>
      <w:r>
        <w:t>More → Messages → DM conversations + bulk send (email/SMS/push)</w:t>
      </w:r>
    </w:p>
    <w:p>
      <w:pPr>
        <w:pStyle w:val="Heading2"/>
      </w:pPr>
      <w:r>
        <w:t>My Profile</w:t>
      </w:r>
    </w:p>
    <w:p>
      <w:pPr>
        <w:pStyle w:val="ListBullet"/>
      </w:pPr>
      <w:r>
        <w:t>More → My Details → update name, phone</w:t>
      </w:r>
    </w:p>
    <w:p>
      <w:pPr>
        <w:pStyle w:val="ListBullet"/>
      </w:pPr>
      <w:r>
        <w:t>More → Blockout Dates → mark unavailable dates (auto-categorised as leave)</w:t>
      </w:r>
    </w:p>
    <w:p>
      <w:pPr>
        <w:pStyle w:val="Heading2"/>
      </w:pPr>
      <w:r>
        <w:t>Meet Your Leaders</w:t>
      </w:r>
    </w:p>
    <w:p>
      <w:pPr>
        <w:pStyle w:val="ListBullet"/>
      </w:pPr>
      <w:r>
        <w:t>Visible in the Church section — see your leadership team</w:t>
      </w:r>
    </w:p>
    <w:p>
      <w:pPr>
        <w:pStyle w:val="Heading2"/>
      </w:pPr>
      <w:r>
        <w:t>Privacy &amp; Data</w:t>
      </w:r>
    </w:p>
    <w:p>
      <w:pPr>
        <w:pStyle w:val="ListBullet"/>
      </w:pPr>
      <w:r>
        <w:t>More → Privacy &amp; Data → manage consent, request data deletion</w:t>
      </w:r>
    </w:p>
    <w:p/>
    <w:p>
      <w:pPr>
        <w:pStyle w:val="Heading2"/>
      </w:pPr>
      <w:r>
        <w:t>App Version Display</w:t>
      </w:r>
    </w:p>
    <w:p>
      <w:r>
        <w:t xml:space="preserve">The current app version is displayed at the bottom of the </w:t>
      </w:r>
      <w:r>
        <w:rPr>
          <w:b/>
        </w:rPr>
        <w:t>More</w:t>
      </w:r>
      <w:r>
        <w:t xml:space="preserve"> screen in the format:</w:t>
      </w:r>
    </w:p>
    <w:p>
      <w:r>
        <w:t>&gt; Speiro CMS vX.Y.Z (buildNumber)</w:t>
      </w:r>
    </w:p>
    <w:p>
      <w:r>
        <w:t>This helps with troubleshooting and confirming you are on the latest release.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