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Speiro CMS — Troubleshooting Guide</w:t>
      </w:r>
    </w:p>
    <w:p>
      <w:r/>
      <w:r>
        <w:rPr>
          <w:b/>
        </w:rPr>
        <w:t>Version 4.1.0</w:t>
      </w:r>
      <w:r>
        <w:t xml:space="preserve"> | Last Updated: June 2026</w:t>
      </w:r>
    </w:p>
    <w:p/>
    <w:p>
      <w:pPr>
        <w:pStyle w:val="Heading2"/>
      </w:pPr>
      <w:r>
        <w:t>Login Issues</w:t>
      </w:r>
    </w:p>
    <w:p>
      <w:pPr>
        <w:pStyle w:val="Heading3"/>
      </w:pPr>
      <w:r>
        <w:t>"Invalid email or password"</w:t>
      </w:r>
    </w:p>
    <w:p>
      <w:r/>
      <w:r>
        <w:rPr>
          <w:b/>
        </w:rPr>
        <w:t>Cause:</w:t>
      </w:r>
      <w:r>
        <w:t xml:space="preserve"> Incorrect credentials or account doesn't exist for this church.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Double-check your email address for typos</w:t>
      </w:r>
    </w:p>
    <w:p>
      <w:pPr>
        <w:pStyle w:val="ListNumber"/>
      </w:pPr>
      <w:r>
        <w:t>Use Forgot Password to reset your password</w:t>
      </w:r>
    </w:p>
    <w:p>
      <w:pPr>
        <w:pStyle w:val="ListNumber"/>
      </w:pPr>
      <w:r>
        <w:t>Confirm you're using the correct church code — your account is tied to a specific church</w:t>
      </w:r>
    </w:p>
    <w:p>
      <w:pPr>
        <w:pStyle w:val="ListNumber"/>
      </w:pPr>
      <w:r>
        <w:t>If you recently switched churches, you may need to register a new account for the new church</w:t>
      </w:r>
    </w:p>
    <w:p>
      <w:pPr>
        <w:pStyle w:val="Heading3"/>
      </w:pPr>
      <w:r>
        <w:t>"Account locked"</w:t>
      </w:r>
    </w:p>
    <w:p>
      <w:r/>
      <w:r>
        <w:rPr>
          <w:b/>
        </w:rPr>
        <w:t>Cause:</w:t>
      </w:r>
      <w:r>
        <w:t xml:space="preserve"> Too many failed login attempts (5 consecutive failures).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Wait 15 minutes for the lockout to expire</w:t>
      </w:r>
    </w:p>
    <w:p>
      <w:pPr>
        <w:pStyle w:val="ListNumber"/>
      </w:pPr>
      <w:r>
        <w:t>Use Forgot Password to reset your credentials</w:t>
      </w:r>
    </w:p>
    <w:p>
      <w:pPr>
        <w:pStyle w:val="ListNumber"/>
      </w:pPr>
      <w:r>
        <w:t>If the issue persists, contact your church administrator</w:t>
      </w:r>
    </w:p>
    <w:p>
      <w:pPr>
        <w:pStyle w:val="Heading3"/>
      </w:pPr>
      <w:r>
        <w:t>Can't reach the login screen</w:t>
      </w:r>
    </w:p>
    <w:p>
      <w:r/>
      <w:r>
        <w:rPr>
          <w:b/>
        </w:rPr>
        <w:t>Cause:</w:t>
      </w:r>
      <w:r>
        <w:t xml:space="preserve"> Network issue or server maintenance.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Check your internet connection</w:t>
      </w:r>
    </w:p>
    <w:p>
      <w:pPr>
        <w:pStyle w:val="ListNumber"/>
      </w:pPr>
      <w:r>
        <w:t>Try switching between Wi-Fi and mobile data</w:t>
      </w:r>
    </w:p>
    <w:p>
      <w:pPr>
        <w:pStyle w:val="ListNumber"/>
      </w:pPr>
      <w:r>
        <w:t>Check https://status.speiro.africa for service status</w:t>
      </w:r>
    </w:p>
    <w:p>
      <w:pPr>
        <w:pStyle w:val="ListNumber"/>
      </w:pPr>
      <w:r>
        <w:t>If offline, the app will show cached data from your last session</w:t>
      </w:r>
    </w:p>
    <w:p/>
    <w:p>
      <w:pPr>
        <w:pStyle w:val="Heading2"/>
      </w:pPr>
      <w:r>
        <w:t>Biometric Login Failures</w:t>
      </w:r>
    </w:p>
    <w:p>
      <w:pPr>
        <w:pStyle w:val="Heading3"/>
      </w:pPr>
      <w:r>
        <w:t>"Biometric login failed" (General)</w:t>
      </w:r>
    </w:p>
    <w:p>
      <w:r/>
      <w:r>
        <w:rPr>
          <w:b/>
        </w:rPr>
        <w:t>Cause:</w:t>
      </w:r>
      <w:r>
        <w:t xml:space="preserve"> Biometric data has changed or the secure keystore was cleared.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Tap Use password instead and sign in normally</w:t>
      </w:r>
    </w:p>
    <w:p>
      <w:pPr>
        <w:pStyle w:val="ListNumber"/>
      </w:pPr>
      <w:r>
        <w:t>The app will re-enroll your biometrics after a successful password login</w:t>
      </w:r>
    </w:p>
    <w:p>
      <w:pPr>
        <w:pStyle w:val="ListNumber"/>
      </w:pPr>
      <w:r>
        <w:t>If prompted, tap Enable to re-register Face ID / Fingerprint</w:t>
      </w:r>
    </w:p>
    <w:p>
      <w:pPr>
        <w:pStyle w:val="Heading3"/>
      </w:pPr>
      <w:r>
        <w:t>"Biometric login failed" on Samsung devices</w:t>
      </w:r>
    </w:p>
    <w:p>
      <w:r/>
      <w:r>
        <w:rPr>
          <w:b/>
        </w:rPr>
        <w:t>Cause:</w:t>
      </w:r>
      <w:r>
        <w:t xml:space="preserve"> Samsung's Biometric Security patch or Knox update can invalidate stored biometric keys.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Sign in with your password</w:t>
      </w:r>
    </w:p>
    <w:p>
      <w:pPr>
        <w:pStyle w:val="ListNumber"/>
      </w:pPr>
      <w:r>
        <w:t>Go to More → Account → Use Face ID / Fingerprint</w:t>
      </w:r>
    </w:p>
    <w:p>
      <w:pPr>
        <w:pStyle w:val="ListNumber"/>
      </w:pPr>
      <w:r>
        <w:t>Toggle it off, then on again</w:t>
      </w:r>
    </w:p>
    <w:p>
      <w:pPr>
        <w:pStyle w:val="ListNumber"/>
      </w:pPr>
      <w:r>
        <w:t>If that fails:</w:t>
      </w:r>
    </w:p>
    <w:p>
      <w:pPr>
        <w:pStyle w:val="ListBullet"/>
      </w:pPr>
      <w:r>
        <w:t>Go to phone Settings → Biometrics and Security → Fingerprints</w:t>
      </w:r>
    </w:p>
    <w:p>
      <w:pPr>
        <w:pStyle w:val="ListBullet"/>
      </w:pPr>
      <w:r>
        <w:t>Delete and re-register your fingerprint</w:t>
      </w:r>
    </w:p>
    <w:p>
      <w:pPr>
        <w:pStyle w:val="ListBullet"/>
      </w:pPr>
      <w:r>
        <w:t>Return to Speiro CMS and enable biometric login again</w:t>
      </w:r>
    </w:p>
    <w:p>
      <w:r/>
      <w:r>
        <w:rPr>
          <w:b/>
        </w:rPr>
        <w:t>Known issue:</w:t>
      </w:r>
      <w:r>
        <w:t xml:space="preserve"> Samsung One UI 6.x occasionally resets biometric keys after a security patch. This is a Samsung platform issue, not a Speiro bug.</w:t>
      </w:r>
    </w:p>
    <w:p>
      <w:pPr>
        <w:pStyle w:val="Heading3"/>
      </w:pPr>
      <w:r>
        <w:t>"Biometric hardware not available"</w:t>
      </w:r>
    </w:p>
    <w:p>
      <w:r/>
      <w:r>
        <w:rPr>
          <w:b/>
        </w:rPr>
        <w:t>Cause:</w:t>
      </w:r>
      <w:r>
        <w:t xml:space="preserve"> Device doesn't have biometric hardware, or it's disabled at the system level.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Ensure your device has a fingerprint sensor or face recognition hardware</w:t>
      </w:r>
    </w:p>
    <w:p>
      <w:pPr>
        <w:pStyle w:val="ListNumber"/>
      </w:pPr>
      <w:r>
        <w:t>Check that biometrics are set up in your phone's Settings (at least one fingerprint/face must be enrolled)</w:t>
      </w:r>
    </w:p>
    <w:p>
      <w:pPr>
        <w:pStyle w:val="ListNumber"/>
      </w:pPr>
      <w:r>
        <w:t>Some older devices (pre-2018) may not support biometric authentication</w:t>
      </w:r>
    </w:p>
    <w:p/>
    <w:p>
      <w:pPr>
        <w:pStyle w:val="Heading2"/>
      </w:pPr>
      <w:r>
        <w:t>Sync Problems</w:t>
      </w:r>
    </w:p>
    <w:p>
      <w:pPr>
        <w:pStyle w:val="Heading3"/>
      </w:pPr>
      <w:r>
        <w:t>"Offline" banner won't go away</w:t>
      </w:r>
    </w:p>
    <w:p>
      <w:r/>
      <w:r>
        <w:rPr>
          <w:b/>
        </w:rPr>
        <w:t>Cause:</w:t>
      </w:r>
      <w:r>
        <w:t xml:space="preserve"> The app can't reach the server despite having internet.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Close and reopen the app</w:t>
      </w:r>
    </w:p>
    <w:p>
      <w:pPr>
        <w:pStyle w:val="ListNumber"/>
      </w:pPr>
      <w:r>
        <w:t>Toggle airplane mode on and off</w:t>
      </w:r>
    </w:p>
    <w:p>
      <w:pPr>
        <w:pStyle w:val="ListNumber"/>
      </w:pPr>
      <w:r>
        <w:t>Check if other apps can access the internet</w:t>
      </w:r>
    </w:p>
    <w:p>
      <w:pPr>
        <w:pStyle w:val="ListNumber"/>
      </w:pPr>
      <w:r>
        <w:t>Try switching between Wi-Fi and mobile data</w:t>
      </w:r>
    </w:p>
    <w:p>
      <w:pPr>
        <w:pStyle w:val="ListNumber"/>
      </w:pPr>
      <w:r>
        <w:t>If on a corporate/church Wi-Fi, the network may be blocking the connection — try mobile data</w:t>
      </w:r>
    </w:p>
    <w:p>
      <w:pPr>
        <w:pStyle w:val="Heading3"/>
      </w:pPr>
      <w:r>
        <w:t>Data not syncing after coming back online</w:t>
      </w:r>
    </w:p>
    <w:p>
      <w:r/>
      <w:r>
        <w:rPr>
          <w:b/>
        </w:rPr>
        <w:t>Cause:</w:t>
      </w:r>
      <w:r>
        <w:t xml:space="preserve"> Queued changes may be stuck or conflicting.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Pull down on the home screen to force a refresh</w:t>
      </w:r>
    </w:p>
    <w:p>
      <w:pPr>
        <w:pStyle w:val="ListNumber"/>
      </w:pPr>
      <w:r>
        <w:t>Go to More → Account → Sync Status to check for pending changes</w:t>
      </w:r>
    </w:p>
    <w:p>
      <w:pPr>
        <w:pStyle w:val="ListNumber"/>
      </w:pPr>
      <w:r>
        <w:t>If sync shows errors, tap Retry Sync</w:t>
      </w:r>
    </w:p>
    <w:p>
      <w:pPr>
        <w:pStyle w:val="ListNumber"/>
      </w:pPr>
      <w:r>
        <w:t>As a last resort, log out and log back in (your queued changes will attempt to sync before logout)</w:t>
      </w:r>
    </w:p>
    <w:p>
      <w:pPr>
        <w:pStyle w:val="Heading3"/>
      </w:pPr>
      <w:r>
        <w:t>"Sync conflict" message</w:t>
      </w:r>
    </w:p>
    <w:p>
      <w:r/>
      <w:r>
        <w:rPr>
          <w:b/>
        </w:rPr>
        <w:t>Cause:</w:t>
      </w:r>
      <w:r>
        <w:t xml:space="preserve"> The same data was modified both offline and by another user/admin while you were disconnected.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The app will show both versions — choose which to keep</w:t>
      </w:r>
    </w:p>
    <w:p>
      <w:pPr>
        <w:pStyle w:val="ListNumber"/>
      </w:pPr>
      <w:r>
        <w:t>If unsure, select "Keep server version" (the most recent online change)</w:t>
      </w:r>
    </w:p>
    <w:p>
      <w:pPr>
        <w:pStyle w:val="ListNumber"/>
      </w:pPr>
      <w:r>
        <w:t>Contact your admin if you're unsure which version is correct</w:t>
      </w:r>
    </w:p>
    <w:p/>
    <w:p>
      <w:pPr>
        <w:pStyle w:val="Heading2"/>
      </w:pPr>
      <w:r>
        <w:t>Notification Issues</w:t>
      </w:r>
    </w:p>
    <w:p>
      <w:pPr>
        <w:pStyle w:val="Heading3"/>
      </w:pPr>
      <w:r>
        <w:t>Not receiving any notifications</w:t>
      </w:r>
    </w:p>
    <w:p>
      <w:r/>
      <w:r>
        <w:rPr>
          <w:b/>
        </w:rPr>
        <w:t>Steps (check in order):</w:t>
      </w:r>
      <w:r/>
    </w:p>
    <w:p>
      <w:pPr>
        <w:pStyle w:val="ListNumber"/>
      </w:pPr>
      <w:r>
        <w:t>Device permissions:</w:t>
      </w:r>
    </w:p>
    <w:p>
      <w:pPr>
        <w:pStyle w:val="ListBullet"/>
      </w:pPr>
      <w:r>
        <w:t>Android: Settings → Apps → Speiro CMS → Notifications → Enable</w:t>
      </w:r>
    </w:p>
    <w:p>
      <w:pPr>
        <w:pStyle w:val="ListBullet"/>
      </w:pPr>
      <w:r>
        <w:t>iOS: Settings → Speiro CMS → Notifications → Allow Notifications</w:t>
      </w:r>
    </w:p>
    <w:p>
      <w:pPr>
        <w:pStyle w:val="ListNumber"/>
      </w:pPr>
      <w:r>
        <w:t>Battery optimization (Android):</w:t>
      </w:r>
    </w:p>
    <w:p>
      <w:pPr>
        <w:pStyle w:val="ListBullet"/>
      </w:pPr>
      <w:r>
        <w:t>Settings → Battery → Battery Optimization → Speiro CMS → Don't Optimize</w:t>
      </w:r>
    </w:p>
    <w:p>
      <w:pPr>
        <w:pStyle w:val="ListBullet"/>
      </w:pPr>
      <w:r>
        <w:t>On Huawei/Honor: Settings → Battery → App Launch → Speiro CMS → Manage Manually → enable all three toggles</w:t>
      </w:r>
    </w:p>
    <w:p>
      <w:pPr>
        <w:pStyle w:val="ListBullet"/>
      </w:pPr>
      <w:r>
        <w:t>On Xiaomi/MIUI: Settings → Apps → Manage Apps → Speiro CMS → Autostart → Enable</w:t>
      </w:r>
    </w:p>
    <w:p>
      <w:pPr>
        <w:pStyle w:val="ListNumber"/>
      </w:pPr>
      <w:r>
        <w:t>In-app preferences:</w:t>
      </w:r>
    </w:p>
    <w:p>
      <w:pPr>
        <w:pStyle w:val="ListBullet"/>
      </w:pPr>
      <w:r>
        <w:t>More → Notification Preferences → ensure desired categories are enabled</w:t>
      </w:r>
    </w:p>
    <w:p>
      <w:pPr>
        <w:pStyle w:val="ListNumber"/>
      </w:pPr>
      <w:r>
        <w:t>Do Not Disturb:</w:t>
      </w:r>
    </w:p>
    <w:p>
      <w:pPr>
        <w:pStyle w:val="ListBullet"/>
      </w:pPr>
      <w:r>
        <w:t>Check your phone isn't in DND or Focus mode</w:t>
      </w:r>
    </w:p>
    <w:p>
      <w:pPr>
        <w:pStyle w:val="ListNumber"/>
      </w:pPr>
      <w:r>
        <w:t>App version:</w:t>
      </w:r>
    </w:p>
    <w:p>
      <w:pPr>
        <w:pStyle w:val="ListBullet"/>
      </w:pPr>
      <w:r>
        <w:t>Ensure you're on the latest version (old versions may lose push token registration)</w:t>
      </w:r>
    </w:p>
    <w:p>
      <w:pPr>
        <w:pStyle w:val="Heading3"/>
      </w:pPr>
      <w:r>
        <w:t>Receiving notifications for the wrong church</w:t>
      </w:r>
    </w:p>
    <w:p>
      <w:r/>
      <w:r>
        <w:rPr>
          <w:b/>
        </w:rPr>
        <w:t>Cause:</w:t>
      </w:r>
      <w:r>
        <w:t xml:space="preserve"> You may be registered with multiple churches.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Open the app and check which church you're currently signed into</w:t>
      </w:r>
    </w:p>
    <w:p>
      <w:pPr>
        <w:pStyle w:val="ListNumber"/>
      </w:pPr>
      <w:r>
        <w:t>Notification preferences are per-church — check preferences for each church you belong to</w:t>
      </w:r>
    </w:p>
    <w:p>
      <w:pPr>
        <w:pStyle w:val="Heading3"/>
      </w:pPr>
      <w:r>
        <w:t>Notifications arrive late</w:t>
      </w:r>
    </w:p>
    <w:p>
      <w:r/>
      <w:r>
        <w:rPr>
          <w:b/>
        </w:rPr>
        <w:t>Cause:</w:t>
      </w:r>
      <w:r>
        <w:t xml:space="preserve"> Battery optimization or Doze mode is delaying delivery.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Disable battery optimization for Speiro CMS (see above)</w:t>
      </w:r>
    </w:p>
    <w:p>
      <w:pPr>
        <w:pStyle w:val="ListNumber"/>
      </w:pPr>
      <w:r>
        <w:t>On Android, ensure "Unrestricted" battery usage is set for the app</w:t>
      </w:r>
    </w:p>
    <w:p>
      <w:pPr>
        <w:pStyle w:val="ListNumber"/>
      </w:pPr>
      <w:r>
        <w:t>Scheduled notifications are sent at the scheduled time — delivery depends on your device's network state</w:t>
      </w:r>
    </w:p>
    <w:p/>
    <w:p>
      <w:pPr>
        <w:pStyle w:val="Heading2"/>
      </w:pPr>
      <w:r>
        <w:t>Offline Mode</w:t>
      </w:r>
    </w:p>
    <w:p>
      <w:pPr>
        <w:pStyle w:val="Heading3"/>
      </w:pPr>
      <w:r>
        <w:t>App shows "No data available" when offline</w:t>
      </w:r>
    </w:p>
    <w:p>
      <w:r/>
      <w:r>
        <w:rPr>
          <w:b/>
        </w:rPr>
        <w:t>Cause:</w:t>
      </w:r>
      <w:r>
        <w:t xml:space="preserve"> You haven't opened the app while online recently, so nothing is cached.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Connect to the internet and open the app</w:t>
      </w:r>
    </w:p>
    <w:p>
      <w:pPr>
        <w:pStyle w:val="ListNumber"/>
      </w:pPr>
      <w:r>
        <w:t>Navigate to the screens you want available offline (home, groups, devotions, schedule)</w:t>
      </w:r>
    </w:p>
    <w:p>
      <w:pPr>
        <w:pStyle w:val="ListNumber"/>
      </w:pPr>
      <w:r>
        <w:t>The app caches data as you browse — once loaded, it's available offline</w:t>
      </w:r>
    </w:p>
    <w:p>
      <w:pPr>
        <w:pStyle w:val="Heading3"/>
      </w:pPr>
      <w:r>
        <w:t>Changes made offline were lost</w:t>
      </w:r>
    </w:p>
    <w:p>
      <w:r/>
      <w:r>
        <w:rPr>
          <w:b/>
        </w:rPr>
        <w:t>Cause:</w:t>
      </w:r>
      <w:r>
        <w:t xml:space="preserve"> The app was uninstalled or cache was cleared before syncing.</w:t>
      </w:r>
    </w:p>
    <w:p>
      <w:r/>
      <w:r>
        <w:rPr>
          <w:b/>
        </w:rPr>
        <w:t>Steps:</w:t>
      </w:r>
      <w:r/>
    </w:p>
    <w:p>
      <w:pPr>
        <w:pStyle w:val="ListBullet"/>
      </w:pPr>
      <w:r>
        <w:t>Unfortunately, if the app was uninstalled or cache cleared before reconnecting, queued changes are lost</w:t>
      </w:r>
    </w:p>
    <w:p>
      <w:pPr>
        <w:pStyle w:val="ListBullet"/>
      </w:pPr>
      <w:r>
        <w:t>To prevent this: don't clear app data or uninstall while the sync indicator shows pending changes</w:t>
      </w:r>
    </w:p>
    <w:p>
      <w:pPr>
        <w:pStyle w:val="ListBullet"/>
      </w:pPr>
      <w:r>
        <w:t>Check More → Account → Sync Status to see if changes are still queued</w:t>
      </w:r>
    </w:p>
    <w:p>
      <w:pPr>
        <w:pStyle w:val="Heading3"/>
      </w:pPr>
      <w:r>
        <w:t>Offline mode uses too much storage</w:t>
      </w:r>
    </w:p>
    <w:p>
      <w:r/>
      <w:r>
        <w:rPr>
          <w:b/>
        </w:rPr>
        <w:t>Cause:</w:t>
      </w:r>
      <w:r>
        <w:t xml:space="preserve"> Cached media (images, documents) accumulates over time.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Go to More → Account → Storage</w:t>
      </w:r>
    </w:p>
    <w:p>
      <w:pPr>
        <w:pStyle w:val="ListNumber"/>
      </w:pPr>
      <w:r>
        <w:t>Tap Clear Media Cache to remove cached images (text data is preserved)</w:t>
      </w:r>
    </w:p>
    <w:p>
      <w:pPr>
        <w:pStyle w:val="ListNumber"/>
      </w:pPr>
      <w:r>
        <w:t>This won't delete your queued changes or preferences</w:t>
      </w:r>
    </w:p>
    <w:p/>
    <w:p>
      <w:pPr>
        <w:pStyle w:val="Heading2"/>
      </w:pPr>
      <w:r>
        <w:t>Calendar Sync</w:t>
      </w:r>
    </w:p>
    <w:p>
      <w:pPr>
        <w:pStyle w:val="Heading3"/>
      </w:pPr>
      <w:r>
        <w:t>"Access blocked" error when enabling Calendar Sync</w:t>
      </w:r>
    </w:p>
    <w:p>
      <w:r/>
      <w:r>
        <w:rPr>
          <w:b/>
        </w:rPr>
        <w:t>Cause:</w:t>
      </w:r>
      <w:r>
        <w:t xml:space="preserve"> Calendar permission was denied or revoked.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Go to phone Settings → Apps → Speiro CMS → Permissions</w:t>
      </w:r>
    </w:p>
    <w:p>
      <w:pPr>
        <w:pStyle w:val="ListNumber"/>
      </w:pPr>
      <w:r>
        <w:t>Enable Calendar permission</w:t>
      </w:r>
    </w:p>
    <w:p>
      <w:pPr>
        <w:pStyle w:val="ListNumber"/>
      </w:pPr>
      <w:r>
        <w:t>Return to the app and retry More → Calendar Sync → Connect</w:t>
      </w:r>
    </w:p>
    <w:p>
      <w:pPr>
        <w:pStyle w:val="ListNumber"/>
      </w:pPr>
      <w:r>
        <w:t>On iOS, go to Settings → Privacy &amp; Security → Calendars → enable Speiro CMS</w:t>
      </w:r>
    </w:p>
    <w:p>
      <w:pPr>
        <w:pStyle w:val="Heading3"/>
      </w:pPr>
      <w:r>
        <w:t>Google Calendar: "Sign-in required"</w:t>
      </w:r>
    </w:p>
    <w:p>
      <w:r/>
      <w:r>
        <w:rPr>
          <w:b/>
        </w:rPr>
        <w:t>Cause:</w:t>
      </w:r>
      <w:r>
        <w:t xml:space="preserve"> Google OAuth token expired or was revoked.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Go to More → Calendar Sync</w:t>
      </w:r>
    </w:p>
    <w:p>
      <w:pPr>
        <w:pStyle w:val="ListNumber"/>
      </w:pPr>
      <w:r>
        <w:t>Tap Disconnect next to Google Calendar</w:t>
      </w:r>
    </w:p>
    <w:p>
      <w:pPr>
        <w:pStyle w:val="ListNumber"/>
      </w:pPr>
      <w:r>
        <w:t>Tap Connect Google Calendar and sign in again</w:t>
      </w:r>
    </w:p>
    <w:p>
      <w:pPr>
        <w:pStyle w:val="ListNumber"/>
      </w:pPr>
      <w:r>
        <w:t>Grant calendar read/write permissions when prompted</w:t>
      </w:r>
    </w:p>
    <w:p>
      <w:pPr>
        <w:pStyle w:val="Heading3"/>
      </w:pPr>
      <w:r>
        <w:t>Microsoft Outlook: "Admin consent required"</w:t>
      </w:r>
    </w:p>
    <w:p>
      <w:r/>
      <w:r>
        <w:rPr>
          <w:b/>
        </w:rPr>
        <w:t>Cause:</w:t>
      </w:r>
      <w:r>
        <w:t xml:space="preserve"> Your organization's Microsoft 365 admin has restricted third-party app access.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Contact your IT administrator to approve Speiro CMS for calendar access</w:t>
      </w:r>
    </w:p>
    <w:p>
      <w:pPr>
        <w:pStyle w:val="ListNumber"/>
      </w:pPr>
      <w:r>
        <w:t>Alternatively, use a personal Microsoft account instead of your work account</w:t>
      </w:r>
    </w:p>
    <w:p>
      <w:pPr>
        <w:pStyle w:val="ListNumber"/>
      </w:pPr>
      <w:r>
        <w:t>The app ID for admin consent: provided in your church's setup documentation</w:t>
      </w:r>
    </w:p>
    <w:p>
      <w:pPr>
        <w:pStyle w:val="Heading3"/>
      </w:pPr>
      <w:r>
        <w:t>Calendar events not appearing</w:t>
      </w:r>
    </w:p>
    <w:p>
      <w:r/>
      <w:r>
        <w:rPr>
          <w:b/>
        </w:rPr>
        <w:t>Cause:</w:t>
      </w:r>
      <w:r>
        <w:t xml:space="preserve"> Sync delay or calendar not selected.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Check that the "Speiro CMS" calendar is visible in your calendar app (it may be hidden by default)</w:t>
      </w:r>
    </w:p>
    <w:p>
      <w:pPr>
        <w:pStyle w:val="ListNumber"/>
      </w:pPr>
      <w:r>
        <w:t>Pull down to refresh in your calendar app</w:t>
      </w:r>
    </w:p>
    <w:p>
      <w:pPr>
        <w:pStyle w:val="ListNumber"/>
      </w:pPr>
      <w:r>
        <w:t>In Speiro CMS, go to More → Calendar Sync → Sync Now to force an update</w:t>
      </w:r>
    </w:p>
    <w:p>
      <w:pPr>
        <w:pStyle w:val="ListNumber"/>
      </w:pPr>
      <w:r>
        <w:t>Events sync within 5 minutes of being assigned — check back shortly</w:t>
      </w:r>
    </w:p>
    <w:p>
      <w:pPr>
        <w:pStyle w:val="Heading3"/>
      </w:pPr>
      <w:r>
        <w:t>Duplicate calendar events</w:t>
      </w:r>
    </w:p>
    <w:p>
      <w:r/>
      <w:r>
        <w:rPr>
          <w:b/>
        </w:rPr>
        <w:t>Cause:</w:t>
      </w:r>
      <w:r>
        <w:t xml:space="preserve"> Calendar was disconnected and reconnected without clearing old events.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In your calendar app, find the "Speiro CMS" calendar</w:t>
      </w:r>
    </w:p>
    <w:p>
      <w:pPr>
        <w:pStyle w:val="ListNumber"/>
      </w:pPr>
      <w:r>
        <w:t>Delete it (this removes all Speiro events)</w:t>
      </w:r>
    </w:p>
    <w:p>
      <w:pPr>
        <w:pStyle w:val="ListNumber"/>
      </w:pPr>
      <w:r>
        <w:t>In the app, disconnect and reconnect Calendar Sync</w:t>
      </w:r>
    </w:p>
    <w:p>
      <w:pPr>
        <w:pStyle w:val="ListNumber"/>
      </w:pPr>
      <w:r>
        <w:t>Events will be recreated cleanly</w:t>
      </w:r>
    </w:p>
    <w:p/>
    <w:p>
      <w:pPr>
        <w:pStyle w:val="Heading2"/>
      </w:pPr>
      <w:r>
        <w:t>Language Settings</w:t>
      </w:r>
    </w:p>
    <w:p>
      <w:pPr>
        <w:pStyle w:val="Heading3"/>
      </w:pPr>
      <w:r>
        <w:t>Language not changing</w:t>
      </w:r>
    </w:p>
    <w:p>
      <w:r/>
      <w:r>
        <w:rPr>
          <w:b/>
        </w:rPr>
        <w:t>Cause:</w:t>
      </w:r>
      <w:r>
        <w:t xml:space="preserve"> Cache issue or the selected language pack hasn't loaded.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Go to More → Language</w:t>
      </w:r>
    </w:p>
    <w:p>
      <w:pPr>
        <w:pStyle w:val="ListNumber"/>
      </w:pPr>
      <w:r>
        <w:t>Select your preferred language</w:t>
      </w:r>
    </w:p>
    <w:p>
      <w:pPr>
        <w:pStyle w:val="ListNumber"/>
      </w:pPr>
      <w:r>
        <w:t>If the app doesn't switch, close it completely and reopen</w:t>
      </w:r>
    </w:p>
    <w:p>
      <w:pPr>
        <w:pStyle w:val="ListNumber"/>
      </w:pPr>
      <w:r>
        <w:t>If still stuck, log out and log back in — language preference is saved to your profile</w:t>
      </w:r>
    </w:p>
    <w:p>
      <w:pPr>
        <w:pStyle w:val="Heading3"/>
      </w:pPr>
      <w:r>
        <w:t>Some text still appears in English</w:t>
      </w:r>
    </w:p>
    <w:p>
      <w:r/>
      <w:r>
        <w:rPr>
          <w:b/>
        </w:rPr>
        <w:t>Cause:</w:t>
      </w:r>
      <w:r>
        <w:t xml:space="preserve"> Certain content (announcements, devotions, group names) is written by your church leaders in whatever language they choose. Only the app interface (buttons, labels, menus) is translated.</w:t>
      </w:r>
    </w:p>
    <w:p>
      <w:r/>
      <w:r>
        <w:rPr>
          <w:b/>
        </w:rPr>
        <w:t>Explanation:</w:t>
      </w:r>
      <w:r>
        <w:t xml:space="preserve"> The app UI supports English, Afrikaans, isiZulu, and isiXhosa. But content created by your church (announcements, devotion text, group descriptions) appears in the language it was written in.</w:t>
      </w:r>
    </w:p>
    <w:p/>
    <w:p>
      <w:pPr>
        <w:pStyle w:val="Heading2"/>
      </w:pPr>
      <w:r>
        <w:t>"Feature Not Enabled" Message</w:t>
      </w:r>
    </w:p>
    <w:p>
      <w:pPr>
        <w:pStyle w:val="Heading3"/>
      </w:pPr>
      <w:r>
        <w:t>What this means</w:t>
      </w:r>
    </w:p>
    <w:p>
      <w:r>
        <w:t>Your church uses feature flags to control which modules are active. If you see "Feature not enabled," it means your church administrator hasn't activated this feature.</w:t>
      </w:r>
    </w:p>
    <w:p>
      <w:pPr>
        <w:pStyle w:val="Heading3"/>
      </w:pPr>
      <w:r>
        <w:t>What to do</w:t>
      </w:r>
    </w:p>
    <w:p>
      <w:pPr>
        <w:pStyle w:val="ListNumber"/>
      </w:pPr>
      <w:r>
        <w:t>Contact your church administrator and ask them to enable the feature</w:t>
      </w:r>
    </w:p>
    <w:p>
      <w:pPr>
        <w:pStyle w:val="ListNumber"/>
      </w:pPr>
      <w:r>
        <w:t>Administrators can enable features via the platform admin panel at https://www.speiro.africa/admin/platform/</w:t>
      </w:r>
    </w:p>
    <w:p>
      <w:pPr>
        <w:pStyle w:val="ListNumber"/>
      </w:pPr>
      <w:r>
        <w:t>Once enabled, the feature appears immediately — no app update needed</w:t>
      </w:r>
    </w:p>
    <w:p>
      <w:pPr>
        <w:pStyle w:val="Heading3"/>
      </w:pPr>
      <w:r>
        <w:t>Common features that may be disabled</w:t>
      </w:r>
    </w:p>
    <w:p>
      <w:pPr>
        <w:pStyle w:val="ListBullet"/>
      </w:pPr>
      <w:r>
        <w:t>Giving (requires a church agreement and configuration)</w:t>
      </w:r>
    </w:p>
    <w:p>
      <w:pPr>
        <w:pStyle w:val="ListBullet"/>
      </w:pPr>
      <w:r>
        <w:t>Calendar Sync</w:t>
      </w:r>
    </w:p>
    <w:p>
      <w:pPr>
        <w:pStyle w:val="ListBullet"/>
      </w:pPr>
      <w:r>
        <w:t>Daily Devotions</w:t>
      </w:r>
    </w:p>
    <w:p>
      <w:pPr>
        <w:pStyle w:val="ListBullet"/>
      </w:pPr>
      <w:r>
        <w:t>Bible Study</w:t>
      </w:r>
    </w:p>
    <w:p>
      <w:pPr>
        <w:pStyle w:val="ListBullet"/>
      </w:pPr>
      <w:r>
        <w:t>Children Check-In</w:t>
      </w:r>
    </w:p>
    <w:p>
      <w:pPr>
        <w:pStyle w:val="ListBullet"/>
      </w:pPr>
      <w:r>
        <w:t>Custom Branding</w:t>
      </w:r>
    </w:p>
    <w:p/>
    <w:p>
      <w:pPr>
        <w:pStyle w:val="Heading2"/>
      </w:pPr>
      <w:r>
        <w:t>App Shows Wrong Persona/Menu</w:t>
      </w:r>
    </w:p>
    <w:p>
      <w:pPr>
        <w:pStyle w:val="Heading3"/>
      </w:pPr>
      <w:r>
        <w:t>Seeing admin features as a member (or vice versa)</w:t>
      </w:r>
    </w:p>
    <w:p>
      <w:r/>
      <w:r>
        <w:rPr>
          <w:b/>
        </w:rPr>
        <w:t>Cause:</w:t>
      </w:r>
      <w:r>
        <w:t xml:space="preserve"> Your role was recently changed but the app hasn't refreshed.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Pull down on the home screen to refresh</w:t>
      </w:r>
    </w:p>
    <w:p>
      <w:pPr>
        <w:pStyle w:val="ListNumber"/>
      </w:pPr>
      <w:r>
        <w:t>If that doesn't work, log out and log back in</w:t>
      </w:r>
    </w:p>
    <w:p>
      <w:pPr>
        <w:pStyle w:val="ListNumber"/>
      </w:pPr>
      <w:r>
        <w:t>Your menu items are determined by your assigned role — contact your admin if your role is incorrect</w:t>
      </w:r>
    </w:p>
    <w:p>
      <w:pPr>
        <w:pStyle w:val="Heading3"/>
      </w:pPr>
      <w:r>
        <w:t>Bottom navigation shows wrong tabs</w:t>
      </w:r>
    </w:p>
    <w:p>
      <w:r/>
      <w:r>
        <w:rPr>
          <w:b/>
        </w:rPr>
        <w:t>Cause:</w:t>
      </w:r>
      <w:r>
        <w:t xml:space="preserve"> Role-based navigation mismatch after a role change.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Log out completely</w:t>
      </w:r>
    </w:p>
    <w:p>
      <w:pPr>
        <w:pStyle w:val="ListNumber"/>
      </w:pPr>
      <w:r>
        <w:t>Log back in</w:t>
      </w:r>
    </w:p>
    <w:p>
      <w:pPr>
        <w:pStyle w:val="ListNumber"/>
      </w:pPr>
      <w:r>
        <w:t>The navigation rebuilds based on your current role assignment</w:t>
      </w:r>
    </w:p>
    <w:p/>
    <w:p>
      <w:pPr>
        <w:pStyle w:val="Heading2"/>
      </w:pPr>
      <w:r>
        <w:t>Giving Says "Not Configured"</w:t>
      </w:r>
    </w:p>
    <w:p>
      <w:pPr>
        <w:pStyle w:val="Heading3"/>
      </w:pPr>
      <w:r>
        <w:t>What this means</w:t>
      </w:r>
    </w:p>
    <w:p>
      <w:r>
        <w:t>The payment integration hasn't been set up for your church yet.</w:t>
      </w:r>
    </w:p>
    <w:p>
      <w:pPr>
        <w:pStyle w:val="Heading3"/>
      </w:pPr>
      <w:r>
        <w:t>What to do (Members)</w:t>
      </w:r>
    </w:p>
    <w:p>
      <w:r>
        <w:t>Contact your church administrator and let them know you'd like to give through the app.</w:t>
      </w:r>
    </w:p>
    <w:p>
      <w:pPr>
        <w:pStyle w:val="Heading3"/>
      </w:pPr>
      <w:r>
        <w:t>What to do (Administrators)</w:t>
      </w:r>
    </w:p>
    <w:p>
      <w:pPr>
        <w:pStyle w:val="ListNumber"/>
      </w:pPr>
      <w:r>
        <w:t>Log into the platform admin panel</w:t>
      </w:r>
    </w:p>
    <w:p>
      <w:pPr>
        <w:pStyle w:val="ListNumber"/>
      </w:pPr>
      <w:r>
        <w:t>Navigate to your church's feature settings</w:t>
      </w:r>
    </w:p>
    <w:p>
      <w:pPr>
        <w:pStyle w:val="ListNumber"/>
      </w:pPr>
      <w:r>
        <w:t>Enable the Giving feature</w:t>
      </w:r>
    </w:p>
    <w:p>
      <w:pPr>
        <w:pStyle w:val="ListNumber"/>
      </w:pPr>
      <w:r>
        <w:t>Enter your Netcash service key (obtained from your Netcash merchant account)</w:t>
      </w:r>
    </w:p>
    <w:p>
      <w:pPr>
        <w:pStyle w:val="ListNumber"/>
      </w:pPr>
      <w:r>
        <w:t>Save and test with a small amount</w:t>
      </w:r>
    </w:p>
    <w:p/>
    <w:p>
      <w:pPr>
        <w:pStyle w:val="Heading2"/>
      </w:pPr>
      <w:r>
        <w:t>App Crashes on Older Devices</w:t>
      </w:r>
    </w:p>
    <w:p>
      <w:pPr>
        <w:pStyle w:val="Heading3"/>
      </w:pPr>
      <w:r>
        <w:t>Minimum requirements</w:t>
      </w:r>
    </w:p>
    <w:p>
      <w:pPr>
        <w:pStyle w:val="ListBullet"/>
      </w:pPr>
      <w:r>
        <w:t>Android: Version 8.0 (Oreo) or higher, 2GB RAM minimum</w:t>
      </w:r>
    </w:p>
    <w:p>
      <w:pPr>
        <w:pStyle w:val="ListBullet"/>
      </w:pPr>
      <w:r>
        <w:t>iOS: Version 14.0 or higher, iPhone 6s or newer</w:t>
      </w:r>
    </w:p>
    <w:p>
      <w:pPr>
        <w:pStyle w:val="Heading3"/>
      </w:pPr>
      <w:r>
        <w:t>If your device meets requirements but still crashes</w:t>
      </w:r>
    </w:p>
    <w:p>
      <w:pPr>
        <w:pStyle w:val="ListNumber"/>
      </w:pPr>
      <w:r>
        <w:t>Update to the latest app version</w:t>
      </w:r>
    </w:p>
    <w:p>
      <w:pPr>
        <w:pStyle w:val="ListNumber"/>
      </w:pPr>
      <w:r>
        <w:t>Clear app cache: Settings → Apps → Speiro CMS → Storage → Clear Cache</w:t>
      </w:r>
    </w:p>
    <w:p>
      <w:pPr>
        <w:pStyle w:val="ListNumber"/>
      </w:pPr>
      <w:r>
        <w:t>Ensure at least 500MB free storage on your device</w:t>
      </w:r>
    </w:p>
    <w:p>
      <w:pPr>
        <w:pStyle w:val="ListNumber"/>
      </w:pPr>
      <w:r>
        <w:t>Close other apps running in the background</w:t>
      </w:r>
    </w:p>
    <w:p>
      <w:pPr>
        <w:pStyle w:val="ListNumber"/>
      </w:pPr>
      <w:r>
        <w:t>Restart your phone</w:t>
      </w:r>
    </w:p>
    <w:p>
      <w:pPr>
        <w:pStyle w:val="Heading3"/>
      </w:pPr>
      <w:r>
        <w:t>If your device is below minimum requirements</w:t>
      </w:r>
    </w:p>
    <w:p>
      <w:r>
        <w:t>The app may not function reliably on older hardware. Consider:</w:t>
      </w:r>
    </w:p>
    <w:p>
      <w:pPr>
        <w:pStyle w:val="ListBullet"/>
      </w:pPr>
      <w:r>
        <w:t>Using the web version at https://www.speiro.africa instead</w:t>
      </w:r>
    </w:p>
    <w:p>
      <w:pPr>
        <w:pStyle w:val="ListBullet"/>
      </w:pPr>
      <w:r>
        <w:t>Upgrading your device's OS if an update is available</w:t>
      </w:r>
    </w:p>
    <w:p/>
    <w:p>
      <w:pPr>
        <w:pStyle w:val="Heading2"/>
      </w:pPr>
      <w:r>
        <w:t>Member Birthdays</w:t>
      </w:r>
    </w:p>
    <w:p>
      <w:pPr>
        <w:pStyle w:val="Heading3"/>
      </w:pPr>
      <w:r>
        <w:t>Member Birthdays shows empty</w:t>
      </w:r>
    </w:p>
    <w:p>
      <w:r/>
      <w:r>
        <w:rPr>
          <w:b/>
        </w:rPr>
        <w:t>Cause:</w:t>
      </w:r>
      <w:r>
        <w:t xml:space="preserve"> Members don't have their date of birth set in their profiles.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Ask members to go to More → My Details and enter their date of birth</w:t>
      </w:r>
    </w:p>
    <w:p>
      <w:pPr>
        <w:pStyle w:val="ListNumber"/>
      </w:pPr>
      <w:r>
        <w:t>Only members with a date_of_birth value will appear in the birthday lists</w:t>
      </w:r>
    </w:p>
    <w:p>
      <w:pPr>
        <w:pStyle w:val="ListNumber"/>
      </w:pPr>
      <w:r>
        <w:t>If a member's birthday is today but not showing, confirm their date of birth is correctly set (day and month match today)</w:t>
      </w:r>
    </w:p>
    <w:p>
      <w:pPr>
        <w:pStyle w:val="Heading3"/>
      </w:pPr>
      <w:r>
        <w:t>No birthday greeting showing</w:t>
      </w:r>
    </w:p>
    <w:p>
      <w:r/>
      <w:r>
        <w:rPr>
          <w:b/>
        </w:rPr>
        <w:t>Cause:</w:t>
      </w:r>
      <w:r>
        <w:t xml:space="preserve"> Your date of birth is not set in your profile.</w:t>
      </w:r>
    </w:p>
    <w:p>
      <w:r/>
      <w:r>
        <w:rPr>
          <w:b/>
        </w:rPr>
        <w:t>Steps:</w:t>
      </w:r>
      <w:r/>
    </w:p>
    <w:p>
      <w:pPr>
        <w:pStyle w:val="ListNumber"/>
      </w:pPr>
      <w:r>
        <w:t>Go to More → My Details</w:t>
      </w:r>
    </w:p>
    <w:p>
      <w:pPr>
        <w:pStyle w:val="ListNumber"/>
      </w:pPr>
      <w:r>
        <w:t>Enter or update your Date of Birth</w:t>
      </w:r>
    </w:p>
    <w:p>
      <w:pPr>
        <w:pStyle w:val="ListNumber"/>
      </w:pPr>
      <w:r>
        <w:t>Tap Save</w:t>
      </w:r>
    </w:p>
    <w:p>
      <w:pPr>
        <w:pStyle w:val="ListNumber"/>
      </w:pPr>
      <w:r>
        <w:t>The birthday greeting ("Happy Birthday [Name], have an amazing day!") will appear on your Home screen on your birthday</w:t>
      </w:r>
    </w:p>
    <w:p>
      <w:pPr>
        <w:pStyle w:val="ListNumber"/>
      </w:pPr>
      <w:r>
        <w:t>If you set it today and today is your birthday, close and reopen the app</w:t>
      </w:r>
    </w:p>
    <w:p/>
    <w:p>
      <w:pPr>
        <w:pStyle w:val="Heading2"/>
      </w:pPr>
      <w:r>
        <w:t>Still Need Help?</w:t>
      </w:r>
    </w:p>
    <w:p>
      <w:r>
        <w:t>If none of the above resolves your issue:</w:t>
      </w:r>
    </w:p>
    <w:p>
      <w:pPr>
        <w:pStyle w:val="ListNumber"/>
      </w:pPr>
      <w:r>
        <w:t>Email: support@speiro.africa (include your church name and a screenshot of the error)</w:t>
      </w:r>
    </w:p>
    <w:p>
      <w:pPr>
        <w:pStyle w:val="ListNumber"/>
      </w:pPr>
      <w:r>
        <w:t>WhatsApp: Available on the Speiro website</w:t>
      </w:r>
    </w:p>
    <w:p>
      <w:pPr>
        <w:pStyle w:val="ListNumber"/>
      </w:pPr>
      <w:r>
        <w:t>In-app: More → Help &amp; Support → Submit a Ticket</w:t>
      </w:r>
    </w:p>
    <w:p>
      <w:r>
        <w:t>When reporting an issue, please include:</w:t>
      </w:r>
    </w:p>
    <w:p>
      <w:pPr>
        <w:pStyle w:val="ListBullet"/>
      </w:pPr>
      <w:r>
        <w:t>Your device model and OS version</w:t>
      </w:r>
    </w:p>
    <w:p>
      <w:pPr>
        <w:pStyle w:val="ListBullet"/>
      </w:pPr>
      <w:r>
        <w:t>The version of Speiro CMS you're running (More → About)</w:t>
      </w:r>
    </w:p>
    <w:p>
      <w:pPr>
        <w:pStyle w:val="ListBullet"/>
      </w:pPr>
      <w:r>
        <w:t>A screenshot or description of the error</w:t>
      </w:r>
    </w:p>
    <w:p>
      <w:pPr>
        <w:pStyle w:val="ListBullet"/>
      </w:pPr>
      <w:r>
        <w:t>Steps to reproduce the problem</w:t>
      </w:r>
    </w:p>
    <w:p/>
    <w:p>
      <w:r>
        <w:t>*Last updated for Speiro CMS v4.1.0*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