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Worship Team Leader Guide</w:t>
      </w:r>
    </w:p>
    <w:p>
      <w:r>
        <w:t>As a Worship Leader, you manage the worship team, plan service music, and coordinate rehearsals.</w:t>
      </w:r>
    </w:p>
    <w:p>
      <w:pPr>
        <w:pStyle w:val="Heading2"/>
      </w:pPr>
      <w:r>
        <w:t>Bottom Navigation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Tab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Does</w:t>
            </w:r>
          </w:p>
        </w:tc>
      </w:tr>
      <w:tr>
        <w:tc>
          <w:tcPr>
            <w:tcW w:type="dxa" w:w="4320"/>
          </w:tcPr>
          <w:p>
            <w:r>
              <w:t>Home</w:t>
            </w:r>
          </w:p>
        </w:tc>
        <w:tc>
          <w:tcPr>
            <w:tcW w:type="dxa" w:w="4320"/>
          </w:tcPr>
          <w:p>
            <w:r>
              <w:t>Personalised dashboard</w:t>
            </w:r>
          </w:p>
        </w:tc>
      </w:tr>
      <w:tr>
        <w:tc>
          <w:tcPr>
            <w:tcW w:type="dxa" w:w="4320"/>
          </w:tcPr>
          <w:p>
            <w:r>
              <w:t>Songs</w:t>
            </w:r>
          </w:p>
        </w:tc>
        <w:tc>
          <w:tcPr>
            <w:tcW w:type="dxa" w:w="4320"/>
          </w:tcPr>
          <w:p>
            <w:r>
              <w:t>Full song library with chord charts</w:t>
            </w:r>
          </w:p>
        </w:tc>
      </w:tr>
      <w:tr>
        <w:tc>
          <w:tcPr>
            <w:tcW w:type="dxa" w:w="4320"/>
          </w:tcPr>
          <w:p>
            <w:r>
              <w:t>Schedule</w:t>
            </w:r>
          </w:p>
        </w:tc>
        <w:tc>
          <w:tcPr>
            <w:tcW w:type="dxa" w:w="4320"/>
          </w:tcPr>
          <w:p>
            <w:r>
              <w:t>Your upcoming assignments</w:t>
            </w:r>
          </w:p>
        </w:tc>
      </w:tr>
      <w:tr>
        <w:tc>
          <w:tcPr>
            <w:tcW w:type="dxa" w:w="4320"/>
          </w:tcPr>
          <w:p>
            <w:r>
              <w:t>This Week</w:t>
            </w:r>
          </w:p>
        </w:tc>
        <w:tc>
          <w:tcPr>
            <w:tcW w:type="dxa" w:w="4320"/>
          </w:tcPr>
          <w:p>
            <w:r>
              <w:t>Current service plan and songs</w:t>
            </w:r>
          </w:p>
        </w:tc>
      </w:tr>
      <w:tr>
        <w:tc>
          <w:tcPr>
            <w:tcW w:type="dxa" w:w="4320"/>
          </w:tcPr>
          <w:p>
            <w:r>
              <w:t>More</w:t>
            </w:r>
          </w:p>
        </w:tc>
        <w:tc>
          <w:tcPr>
            <w:tcW w:type="dxa" w:w="4320"/>
          </w:tcPr>
          <w:p>
            <w:r>
              <w:t>Worship team management</w:t>
            </w:r>
          </w:p>
        </w:tc>
      </w:tr>
    </w:tbl>
    <w:p/>
    <w:p>
      <w:pPr>
        <w:pStyle w:val="Heading2"/>
      </w:pPr>
      <w:r>
        <w:t>Song Library</w:t>
      </w:r>
    </w:p>
    <w:p>
      <w:pPr>
        <w:pStyle w:val="ListBullet"/>
      </w:pPr>
      <w:r>
        <w:t>Songs tab → browse all songs with title, author, key, tempo, CCLI</w:t>
      </w:r>
    </w:p>
    <w:p>
      <w:pPr>
        <w:pStyle w:val="ListBullet"/>
      </w:pPr>
      <w:r>
        <w:t>Tap a song → chord charts with key selector and transposition</w:t>
      </w:r>
    </w:p>
    <w:p>
      <w:pPr>
        <w:pStyle w:val="Heading2"/>
      </w:pPr>
      <w:r>
        <w:t>Managing the Worship Team</w:t>
      </w:r>
    </w:p>
    <w:p>
      <w:pPr>
        <w:pStyle w:val="ListBullet"/>
      </w:pPr>
      <w:r>
        <w:t>More → Manage Worship Team → search, add/remove members</w:t>
      </w:r>
    </w:p>
    <w:p>
      <w:pPr>
        <w:pStyle w:val="ListBullet"/>
      </w:pPr>
      <w:r>
        <w:t>More → Create Team for Service → select a service plan, pick members, assign roles:</w:t>
      </w:r>
    </w:p>
    <w:p>
      <w:pPr>
        <w:pStyle w:val="ListBullet"/>
      </w:pPr>
      <w:r>
        <w:t>Music Director, Worship, Vocals, Keys, Guitar, Bass, Drums, Sound</w:t>
      </w:r>
    </w:p>
    <w:p>
      <w:pPr>
        <w:pStyle w:val="ListBullet"/>
      </w:pPr>
      <w:r>
        <w:t>Each member is directly assigned to the service — they'll see it on their home screen</w:t>
      </w:r>
    </w:p>
    <w:p>
      <w:pPr>
        <w:pStyle w:val="ListBullet"/>
      </w:pPr>
      <w:r>
        <w:t>Teams can be campus-specific or serve across all campuses</w:t>
      </w:r>
    </w:p>
    <w:p>
      <w:pPr>
        <w:pStyle w:val="Heading2"/>
      </w:pPr>
      <w:r>
        <w:t>View &amp; Edit Service Teams</w:t>
      </w:r>
    </w:p>
    <w:p>
      <w:pPr>
        <w:pStyle w:val="ListBullet"/>
      </w:pPr>
      <w:r>
        <w:t>More → View Service Teams → see all service plans with their assigned team</w:t>
      </w:r>
    </w:p>
    <w:p>
      <w:pPr>
        <w:pStyle w:val="ListBullet"/>
      </w:pPr>
      <w:r>
        <w:t>Expand a service to see all team members with their roles</w:t>
      </w:r>
    </w:p>
    <w:p>
      <w:pPr>
        <w:pStyle w:val="ListBullet"/>
      </w:pPr>
      <w:r>
        <w:t>Remove a member from a service by tapping the remove icon</w:t>
      </w:r>
    </w:p>
    <w:p>
      <w:pPr>
        <w:pStyle w:val="ListBullet"/>
      </w:pPr>
      <w:r>
        <w:t>Members can also decline their own assignments from their home screen</w:t>
      </w:r>
    </w:p>
    <w:p>
      <w:pPr>
        <w:pStyle w:val="Heading2"/>
      </w:pPr>
      <w:r>
        <w:t>Rehearsals</w:t>
      </w:r>
    </w:p>
    <w:p>
      <w:pPr>
        <w:pStyle w:val="ListBullet"/>
      </w:pPr>
      <w:r>
        <w:t>More → Rehearsals → schedule with date/time picker</w:t>
      </w:r>
    </w:p>
    <w:p>
      <w:pPr>
        <w:pStyle w:val="ListBullet"/>
      </w:pPr>
      <w:r>
        <w:t>Select a service plan, add notes, view/delete rehearsals</w:t>
      </w:r>
    </w:p>
    <w:p>
      <w:pPr>
        <w:pStyle w:val="Heading2"/>
      </w:pPr>
      <w:r>
        <w:t>Worship Notes</w:t>
      </w:r>
    </w:p>
    <w:p>
      <w:pPr>
        <w:pStyle w:val="ListBullet"/>
      </w:pPr>
      <w:r>
        <w:t>More → Add Worship Notes → select a service plan, add notes for the team</w:t>
      </w:r>
    </w:p>
    <w:p>
      <w:pPr>
        <w:pStyle w:val="ListBullet"/>
      </w:pPr>
      <w:r>
        <w:t>Notes are visible to all team members assigned to that service</w:t>
      </w:r>
    </w:p>
    <w:p>
      <w:pPr>
        <w:pStyle w:val="Heading2"/>
      </w:pPr>
      <w:r>
        <w:t>Messaging</w:t>
      </w:r>
    </w:p>
    <w:p>
      <w:pPr>
        <w:pStyle w:val="ListBullet"/>
      </w:pPr>
      <w:r>
        <w:t>More → Message Worship Team → send email to all team members at once</w:t>
      </w:r>
    </w:p>
    <w:p>
      <w:pPr>
        <w:pStyle w:val="Heading2"/>
      </w:pPr>
      <w:r>
        <w:t>Service Plans</w:t>
      </w:r>
    </w:p>
    <w:p>
      <w:pPr>
        <w:pStyle w:val="ListBullet"/>
      </w:pPr>
      <w:r>
        <w:t>More → Service Plans → view upcoming services</w:t>
      </w:r>
    </w:p>
    <w:p>
      <w:pPr>
        <w:pStyle w:val="ListBullet"/>
      </w:pPr>
      <w:r>
        <w:t>Create service plans from templates with elements and timing</w:t>
      </w:r>
    </w:p>
    <w:p>
      <w:pPr>
        <w:pStyle w:val="ListBullet"/>
      </w:pPr>
      <w:r>
        <w:t>Assign members to elements (worship roles or Welcome/Offering/prayer): they're notified; members with a blockout on that date can't be selected; assignees can decline and the slot reopens</w:t>
      </w:r>
    </w:p>
    <w:p>
      <w:pPr>
        <w:pStyle w:val="ListBullet"/>
      </w:pPr>
      <w:r>
        <w:t>You build the plan in Draft; a Pastor or Admin approves it. Once approved it goes live and ends automatically on the day at its start/end times</w:t>
      </w:r>
    </w:p>
    <w:p/>
    <w:p>
      <w:pPr>
        <w:pStyle w:val="Heading2"/>
      </w:pPr>
      <w:r>
        <w:t>App Version Display</w:t>
      </w:r>
    </w:p>
    <w:p>
      <w:r>
        <w:t xml:space="preserve">The current app version is displayed at the bottom of the </w:t>
      </w:r>
      <w:r>
        <w:rPr>
          <w:b/>
        </w:rPr>
        <w:t>More</w:t>
      </w:r>
      <w:r>
        <w:t xml:space="preserve"> screen in the format:</w:t>
      </w:r>
    </w:p>
    <w:p>
      <w:r>
        <w:t>&gt; Speiro CMS vX.Y.Z (buildNumber)</w:t>
      </w:r>
    </w:p>
    <w:p>
      <w:r>
        <w:t>This helps with troubleshooting and confirming you are on the latest release.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