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Worship Team Member Guide</w:t>
      </w:r>
    </w:p>
    <w:p>
      <w:r>
        <w:t>As a Worship Team Member, you can view your schedule, manage your instrument profile, and see service songs.</w:t>
      </w:r>
    </w:p>
    <w:p>
      <w:pPr>
        <w:pStyle w:val="Heading2"/>
      </w:pPr>
      <w:r>
        <w:t>What You Can Do</w:t>
      </w:r>
    </w:p>
    <w:p>
      <w:pPr>
        <w:pStyle w:val="ListBullet"/>
      </w:pPr>
      <w:r>
        <w:t>View your upcoming service assignments on the Home screen</w:t>
      </w:r>
    </w:p>
    <w:p>
      <w:pPr>
        <w:pStyle w:val="ListBullet"/>
      </w:pPr>
      <w:r>
        <w:t>See songs for services you're assigned to with full chord charts</w:t>
      </w:r>
    </w:p>
    <w:p>
      <w:pPr>
        <w:pStyle w:val="ListBullet"/>
      </w:pPr>
      <w:r>
        <w:t>Manage your instrument/singer profile</w:t>
      </w:r>
    </w:p>
    <w:p>
      <w:pPr>
        <w:pStyle w:val="ListBullet"/>
      </w:pPr>
      <w:r>
        <w:t>Decline assignments you can't make</w:t>
      </w:r>
    </w:p>
    <w:p>
      <w:pPr>
        <w:pStyle w:val="Heading2"/>
      </w:pPr>
      <w:r>
        <w:t>My Upcoming Schedule</w:t>
      </w:r>
    </w:p>
    <w:p>
      <w:pPr>
        <w:pStyle w:val="ListBullet"/>
      </w:pPr>
      <w:r>
        <w:t>Home screen → "My Upcoming Schedule" section shows your assigned services</w:t>
      </w:r>
    </w:p>
    <w:p>
      <w:pPr>
        <w:pStyle w:val="ListBullet"/>
      </w:pPr>
      <w:r>
        <w:t>Each card shows: service name, date, your role (Guitar, Vocals, etc.), and status</w:t>
      </w:r>
    </w:p>
    <w:p>
      <w:pPr>
        <w:pStyle w:val="ListBullet"/>
      </w:pPr>
      <w:r>
        <w:t>Tap the X button on a pending assignment to decline/remove yourself</w:t>
      </w:r>
    </w:p>
    <w:p>
      <w:pPr>
        <w:pStyle w:val="ListBullet"/>
      </w:pPr>
      <w:r>
        <w:t>Confirmed assignments cannot be declined — contact your worship leader</w:t>
      </w:r>
    </w:p>
    <w:p>
      <w:pPr>
        <w:pStyle w:val="Heading2"/>
      </w:pPr>
      <w:r>
        <w:t>This Week's Songs</w:t>
      </w:r>
    </w:p>
    <w:p>
      <w:pPr>
        <w:pStyle w:val="ListBullet"/>
      </w:pPr>
      <w:r>
        <w:t>Home screen → "This Week's Songs" section</w:t>
      </w:r>
    </w:p>
    <w:p>
      <w:pPr>
        <w:pStyle w:val="ListBullet"/>
      </w:pPr>
      <w:r>
        <w:t>Tap a song → full chord charts in ChordPro format with key selector</w:t>
      </w:r>
    </w:p>
    <w:p>
      <w:pPr>
        <w:pStyle w:val="ListBullet"/>
      </w:pPr>
      <w:r>
        <w:t>Worship team members see chords; regular members see lyrics only</w:t>
      </w:r>
    </w:p>
    <w:p>
      <w:pPr>
        <w:pStyle w:val="Heading2"/>
      </w:pPr>
      <w:r>
        <w:t>Worship Profile</w:t>
      </w:r>
    </w:p>
    <w:p>
      <w:pPr>
        <w:pStyle w:val="ListBullet"/>
      </w:pPr>
      <w:r>
        <w:t>More → Worship Profile → add your instruments (guitar, piano, vocals, drums, etc.)</w:t>
      </w:r>
    </w:p>
    <w:p>
      <w:pPr>
        <w:pStyle w:val="ListBullet"/>
      </w:pPr>
      <w:r>
        <w:t>Mark one as primary instrument</w:t>
      </w:r>
    </w:p>
    <w:p>
      <w:pPr>
        <w:pStyle w:val="ListBullet"/>
      </w:pPr>
      <w:r>
        <w:t>Save — the worship leader sees this when building service teams</w:t>
      </w:r>
    </w:p>
    <w:p>
      <w:pPr>
        <w:pStyle w:val="Heading2"/>
      </w:pPr>
      <w:r>
        <w:t>My Groups</w:t>
      </w:r>
    </w:p>
    <w:p>
      <w:pPr>
        <w:pStyle w:val="ListBullet"/>
      </w:pPr>
      <w:r>
        <w:t>My Groups tab → see groups you belong to with meeting schedules</w:t>
      </w:r>
    </w:p>
    <w:p>
      <w:pPr>
        <w:pStyle w:val="ListBullet"/>
      </w:pPr>
      <w:r>
        <w:t>Tap a group → view members, meeting details</w:t>
      </w:r>
    </w:p>
    <w:p>
      <w:pPr>
        <w:pStyle w:val="Heading2"/>
      </w:pPr>
      <w:r>
        <w:t>Other Features</w:t>
      </w:r>
    </w:p>
    <w:p>
      <w:pPr>
        <w:pStyle w:val="ListBullet"/>
      </w:pPr>
      <w:r>
        <w:t>My Details, Blockout Dates, Announcements, Sermons &amp; Videos, Prayer Requests, Meet Your Leaders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